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Оскарження Пігмаліона</w:t>
      </w:r>
    </w:p>
    <w:p>
      <w:r>
        <w:br/>
        <w:t xml:space="preserve"> Не рідше й не частіш являється шедевр,&lt;br /&gt;</w:t>
        <w:br/>
        <w:t>аніж для цього час приспіє та накаже.</w:t>
      </w:r>
    </w:p>
    <w:p>
      <w:r>
        <w:br/>
        <w:t>Поліпшення душі не діється щодень,&lt;br /&gt;</w:t>
        <w:br/>
        <w:t>а то б ми всі давно змінилися на краще.</w:t>
      </w:r>
    </w:p>
    <w:p>
      <w:r>
        <w:br/>
        <w:t>Жуєш ласкавий хліб, а й натяку на злам!&lt;br /&gt;</w:t>
        <w:br/>
        <w:t>На світі ти жилець аж надто довговічний.&lt;br /&gt;</w:t>
        <w:br/>
        <w:t>Неначе залюбки без ліку та числа&lt;br /&gt;</w:t>
        <w:br/>
        <w:t>тобі літа кує зозуля механічна.</w:t>
      </w:r>
    </w:p>
    <w:p>
      <w:r>
        <w:br/>
        <w:t>Невже не надійде такий прегарний день —&lt;br /&gt;</w:t>
        <w:br/>
        <w:t>закінчиться завод, а ключик пропаде?..</w:t>
      </w:r>
    </w:p>
    <w:p>
      <w:r>
        <w:br/>
        <w:t>Духовності прошу! Як в погребі — вікна.&lt;br /&gt;</w:t>
        <w:br/>
        <w:t>Покращання душі залеясить і від нас.</w:t>
      </w:r>
    </w:p>
    <w:p>
      <w:r>
        <w:br/>
        <w:t>Об мармур наших душ обламано долот!&lt;br /&gt;</w:t>
        <w:br/>
        <w:t>Спрацьовано долонь, проллято поту — ріки…&lt;br /&gt;</w:t>
        <w:br/>
        <w:t>Шедеври — упідряд? Такого не було.&lt;br /&gt;</w:t>
        <w:br/>
        <w:t>В цеху ремісників Пігмаліони рідкість.</w:t>
      </w:r>
    </w:p>
    <w:p>
      <w:r>
        <w:br/>
        <w:t>Тож сподіваймося: взірцево-визначне&lt;br /&gt;</w:t>
        <w:br/>
        <w:t>з конвейєрів іти ніколи не почне!</w:t>
      </w:r>
    </w:p>
    <w:p>
      <w:r>
        <w:br/>
        <w:t>Це страшно й уявить: гряде, гряде, гряде&lt;br /&gt;</w:t>
        <w:br/>
        <w:t>суцільна тиснява ожилих Галатей…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Оскарження Пігмаліона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