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Осінню</w:t>
      </w:r>
    </w:p>
    <w:p>
      <w:r>
        <w:br/>
        <w:t xml:space="preserve"> &lt;p&gt;Слабим усміхом грає сонце по пожовклій деревині парку і лісу, а тут і там ворушиться щось між листям тихим шелестом, неначе-б самітня пташина вигребувала що гострими ніжками. Однак це лиш подув осіннього вітру. Всунувся поміж почервоніле листя дикого винограду — он там на білім мурі — і від часу до часу здіймає його в ритмічних рухах червоно-жовтою хоруговкою; або знов обзивається шолопанням в поодиноких незамітних місцях.</w:t>
      </w:r>
    </w:p>
    <w:p>
      <w:r>
        <w:br/>
        <w:t>Так осінню.</w:t>
      </w:r>
    </w:p>
    <w:p>
      <w:r>
        <w:br/>
        <w:t>Він все тут.</w:t>
      </w:r>
    </w:p>
    <w:p>
      <w:r>
        <w:br/>
        <w:t>Придрімує. Жде лиш відповідного часу, щоб іноді розгулятися злобним вихром і застелити за одну хвилину землю хаотичним взором різнородного опалого листя.</w:t>
      </w:r>
    </w:p>
    <w:p>
      <w:r>
        <w:br/>
        <w:t>Всюди — де не глянути — воно впосліднє процвітає, немовби відчувало обмежену хвилину життя, і розкошує в барвах.</w:t>
      </w:r>
    </w:p>
    <w:p>
      <w:r>
        <w:br/>
        <w:t>Там горить жовтим полум'ям між густо-зеленими смереками, там блідніють зубчасті листки незнаної якоїсь заграничної деревини, там розжеврілося дрібне листя ніжної берези, дрижачи неспокійно перед подихом закінчення, а там опадає нечутно лагідним летом широке блідо-жовте листя сильного явора. Виживають до послідньої крапельки, пристроюючися все наново, на якесь дальше, і застою не знають ніякого.</w:t>
      </w:r>
    </w:p>
    <w:p>
      <w:r>
        <w:br/>
        <w:t>Здається, щось чигає за їх плечима.</w:t>
      </w:r>
    </w:p>
    <w:p>
      <w:r>
        <w:br/>
        <w:t>Не бачать його, а відчувають.</w:t>
      </w:r>
    </w:p>
    <w:p>
      <w:r>
        <w:br/>
        <w:t>У воздусі — холодними, напричуд ясними зоряними ночами — і днями, закутаними сивою імлою, лиш рідко коли просвіченими сонцем без тепла — а там і довгими сумерками надвечір'я.</w:t>
      </w:r>
    </w:p>
    <w:p>
      <w:r>
        <w:br/>
        <w:t>Іменно довгими сумерками воно наближається.</w:t>
      </w:r>
    </w:p>
    <w:p>
      <w:r>
        <w:br/>
        <w:t>Всього крок — і стане.</w:t>
      </w:r>
    </w:p>
    <w:p>
      <w:r>
        <w:br/>
        <w:t>Блиск денного сонця його все ще здержує. І знов крок. Ще вода має розцвістися. Має стати прозора і чиста, якою не буває ніколи ні весною, ні літом, а лиш пізньою осінню. Ще й павутинка срібна не пірвалася дрижучою ниткою між гіллям в лісі. Ще день. і ще день, і аж відтак воно опиниться справді посеред всього.</w:t>
      </w:r>
    </w:p>
    <w:p>
      <w:r>
        <w:br/>
        <w:t>Вітер здійметься остро пекучою струєю, розірве свавільно посліднє зісохле, безбарвне вже листя, стане мести зневажливо землю, а небо закутається в сірий смуток.</w:t>
      </w:r>
    </w:p>
    <w:p>
      <w:r>
        <w:br/>
        <w:t>Прибране в білу одіж, з груддю, переповненою зимним віддихом, з срібною косою на плечах. Так зближається воно.</w:t>
      </w:r>
    </w:p>
    <w:p>
      <w:r>
        <w:br/>
        <w:t>Прилітає далеким запустілим полем.</w:t>
      </w:r>
    </w:p>
    <w:p>
      <w:r>
        <w:br/>
        <w:t>Гуляє і стає.</w:t>
      </w:r>
    </w:p>
    <w:p>
      <w:r>
        <w:br/>
        <w:t>Скликає чорне вороння і радить.</w:t>
      </w:r>
    </w:p>
    <w:p>
      <w:r>
        <w:br/>
        <w:t>Де б і не процвітало опізнене зілля, нехай би навіть і чудотворне, що лиш раз в житті розцвітає, нехай би навіть і опівночі, не спостережене нічиїм оком,— воно опиниться і над ним і скошує.</w:t>
      </w:r>
    </w:p>
    <w:p>
      <w:r>
        <w:br/>
        <w:t>Дзень. Дзень.</w:t>
      </w:r>
    </w:p>
    <w:p>
      <w:r>
        <w:br/>
        <w:t>Тому до послідньої краплини видобуває деревина силу з землі і перебирається в барви. З розкоші і жалю неначе горить і в листя виливає останню кров свою.</w:t>
      </w:r>
    </w:p>
    <w:p>
      <w:r>
        <w:br/>
        <w:t>Вилляло, і пишається, і дразнить барвами окруження, і перешіптується потайним шелестом, непокоячи ним себе і других, а меланхолія всього окінченого укладається чимраз глибше на все, куди б і не глянути.</w:t>
      </w:r>
    </w:p>
    <w:p>
      <w:r>
        <w:br/>
        <w:t>Меланхолія і ще щось.</w:t>
      </w:r>
    </w:p>
    <w:p>
      <w:r>
        <w:br/>
        <w:t>За сонцем то все?</w:t>
      </w:r>
    </w:p>
    <w:p>
      <w:r>
        <w:br/>
        <w:t>Ні. Не за сонцем.</w:t>
      </w:r>
    </w:p>
    <w:p>
      <w:r>
        <w:br/>
        <w:t>Воно хоть звисока і здалека, а все усміхається однаковим своїм усміхом. Це меланхолія і жах перед тим, що настане. Холодним, закаменілим і мовчазним.</w:t>
      </w:r>
    </w:p>
    <w:p>
      <w:r>
        <w:br/>
        <w:t>Перед бездушною тишиною, котрої і золота мушка не проб'є ніколи перед закінченням.</w:t>
      </w:r>
    </w:p>
    <w:p>
      <w:r>
        <w:br/>
        <w:t>Тому грає і дрижить напівпомертвіле листя осінню</w:t>
      </w:r>
    </w:p>
    <w:p>
      <w:r>
        <w:br/>
        <w:t>Бореться, і усміхається, і опирається тому із всієї сили. Обливається кров'ю і за себе, і за других і до останку надіється.</w:t>
      </w:r>
    </w:p>
    <w:p>
      <w:r>
        <w:br/>
        <w:t>Надія це послідня, що їх покидає.</w:t>
      </w:r>
    </w:p>
    <w:p>
      <w:r>
        <w:br/>
        <w:t>Так з дня на день.</w:t>
      </w:r>
    </w:p>
    <w:p>
      <w:r>
        <w:br/>
        <w:t>Поки не стануть падати лагідним летом білі сніжини — не закриється ліс і все в білу мрію.</w:t>
      </w:r>
    </w:p>
    <w:p>
      <w:r>
        <w:br/>
        <w:t>Тоді вже примкнуть очі — піддаються.</w:t>
      </w:r>
    </w:p>
    <w:p>
      <w:r>
        <w:br/>
        <w:t>З далекого запустілого поля біжать враз з білими хмарами снігу змішані з острим вітром звуки страшної коси.</w:t>
      </w:r>
    </w:p>
    <w:p>
      <w:r>
        <w:br/>
        <w:t>Дзень. Дзень.</w:t>
      </w:r>
    </w:p>
    <w:p>
      <w:r>
        <w:br/>
        <w:t>Чернівці, 1900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