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вітер</w:t>
      </w:r>
    </w:p>
    <w:p>
      <w:r>
        <w:br/>
        <w:t xml:space="preserve"> &lt;p&gt;На Зеленому Острові є оксамитова прогалина поміж чорних лісів. Там протікає струмочок, а понад струмочком повелося сільце. Кілька хатинок стало громадкою над водою, а одна відбилася набік й вибігла на гору, під самий ліс.</w:t>
      </w:r>
    </w:p>
    <w:p>
      <w:r>
        <w:br/>
        <w:t>В тій хатинці самітно проживав молодий селянин. Звали його Іваном. Як померли його старенькі, поховав він їх, потужив за ними та й зачав господарити самотужки.</w:t>
      </w:r>
    </w:p>
    <w:p>
      <w:r>
        <w:br/>
        <w:t>Удень в полі воли поганяє, а плужок поскрипує, свіжа земелька пахне; часами — луки косить, траву граблями перевертає, копички становить; а не то — ціпом на току клепає. Та й у хаті є чимало праці; все робота здорова, радісна.</w:t>
      </w:r>
    </w:p>
    <w:p>
      <w:r>
        <w:br/>
        <w:t>Зате, як вечір — ото вже його: вийде на прогалину в лісі та й сидить якийсь час на пенькові. Прийде туди на провесні: світлячки на мохові миготять та по вітах блищать, мов зелені живі каганчата; прийде літом: цвіркуни цвірінчать, зорі вилискують; приходить і восени, коли срібна імла понад травою звивається, ніби лісові мавки при місяці танок водять...</w:t>
      </w:r>
    </w:p>
    <w:p>
      <w:r>
        <w:br/>
        <w:t>Якось сидів він там, а було це пізньої осені, коли вже за дверима стояла зима. Світив місяць, чорні хмари ганяли одна одну по небі, вигравав вітер. Іван наслухав, про що гомоніли дерева, й майже розумів їхню мову. Коли це чує він тонесенький голосок: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І враз сотки інших тоненьких голосків так само залунали по лісі: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В деревах загуло, затріщало, і знову чує Іван тоненький голосок: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А за тим — знову сотки таких самих тонесеньких голосків: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Раптом по тому знялися до неба полки чорних їздців і подалися просто на місяць.</w:t>
      </w:r>
    </w:p>
    <w:p>
      <w:r>
        <w:br/>
        <w:t>— Це штука не кепська! — подумав Іван та й собі загукав: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Ще й останнього слова не промовив, як вже стоїть біля нього чорний кінь, на золоті підкови кований, в срібну вуздечку обряджений; стоїть і дивиться на нього розумними очима. Вхопив Іван його за гриву, вискочив на спину й гукнув: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Знову ще й до кінця не доказав, а вже той баский кінь вкупі з ним понад деревами несеться, мов той вітер, по небу летить понад лісами, понад луками, над горами та багновищами. А коли вже чорних їздців наздогнав, то й Іван до їхнього гурту прилучився.</w:t>
      </w:r>
    </w:p>
    <w:p>
      <w:r>
        <w:br/>
        <w:t>От один з них і питається:</w:t>
      </w:r>
    </w:p>
    <w:p>
      <w:r>
        <w:br/>
        <w:t>— То це й ти, Іване, сьогодні їдеш з нами?</w:t>
      </w:r>
    </w:p>
    <w:p>
      <w:r>
        <w:br/>
        <w:t>— А їду! — відказує Іван.</w:t>
      </w:r>
    </w:p>
    <w:p>
      <w:r>
        <w:br/>
        <w:t>— Ну, то й добре! — каже чорний їздець.</w:t>
      </w:r>
    </w:p>
    <w:p>
      <w:r>
        <w:br/>
        <w:t>І полетіли вони понад лісами та горами, понад степами та долинами. Коли це перший їздець доскочив місяця, вхопив його, та — шусть! — під кирею! Потемніло на хвильку на небі, але ж місяць вислизнув — і знову розвиднилось. Тоді й другий їздець так само вхопив місяця; затьмарилось, та місяць вимотався з киреї, й знову вияснилось. І так усі їздці один-по-одному, аж до останнього, з місяцем жартували. Місяць дуже роззлобився, але їздці, сміючись, гонили далі, а з ними — й Іван&amp;hellip;</w:t>
      </w:r>
    </w:p>
    <w:p>
      <w:r>
        <w:br/>
        <w:t>Дев'ятеро гір перелетіли, троє морів перескочили й опинилися в цілком незнайомій країні: гори жодної, рівнина рівная, а по ній повно дерев, садів, виноградників. Чорні їздці кожне дерево зачіпають, кожен виноградовий кущ потрусять, аж віти їм з дороги відхиляються.</w:t>
      </w:r>
    </w:p>
    <w:p>
      <w:r>
        <w:br/>
        <w:t>— Чи знаєш ти, Іване, де ми тепер? — питалися їздці.</w:t>
      </w:r>
    </w:p>
    <w:p>
      <w:r>
        <w:br/>
        <w:t>— Ні, не знаю,— відмовляє Іван.</w:t>
      </w:r>
    </w:p>
    <w:p>
      <w:r>
        <w:br/>
        <w:t>— Ми — аж у Франції. Королівна має цієї ночі взяти шлюб, і ми не повинні спізнитись.</w:t>
      </w:r>
    </w:p>
    <w:p>
      <w:r>
        <w:br/>
        <w:t>Й полинули далі понад сплячими селами, черкаючи своїми киреями по темних шибах у хатах. Люди скрізь спали, ніхто не озивався, навіть пес ніде не загавкав.</w:t>
      </w:r>
    </w:p>
    <w:p>
      <w:r>
        <w:br/>
        <w:t>Нарешті прилетіли до чудового палацу. Він далеко зорів у ночі своїми вікнами, і їздці кинулись просто до тих високих вікон.</w:t>
      </w:r>
    </w:p>
    <w:p>
      <w:r>
        <w:br/>
        <w:t>— А подивися добренько, Іване,— кажуть йому.</w:t>
      </w:r>
    </w:p>
    <w:p>
      <w:r>
        <w:br/>
        <w:t>Подивився.</w:t>
      </w:r>
    </w:p>
    <w:p>
      <w:r>
        <w:br/>
        <w:t>— Що ж ти там бачиш?</w:t>
      </w:r>
    </w:p>
    <w:p>
      <w:r>
        <w:br/>
        <w:t>— Та бачу я велику світлицю. Замість ночі — у ній день від того світла, що силою вогнів відбиває в старих люстрах; ну, чисто тобі змінено осінню ніч на весняний ранок!.. Скільки там по всіх кутках розквітлих троянд, пальм та всяких інших квіток! Скрізь золото та мармур, стіни мальовані; підлога, як люстро, а на підлозі — розкішний килим, мов місток із квітів через замерзле озеро.</w:t>
      </w:r>
    </w:p>
    <w:p>
      <w:r>
        <w:br/>
        <w:t>— А ще що бачиш, Іване?</w:t>
      </w:r>
    </w:p>
    <w:p>
      <w:r>
        <w:br/>
        <w:t>— Та ще бачу столи, розкішними потравами заставлені, а за тими столами повно панства в червоному єдвабі, в білому оксамиті, в мереживах та золоті. А тут, ось, сам король сидить на престолі; найпишніші пані навколо нього.</w:t>
      </w:r>
    </w:p>
    <w:p>
      <w:r>
        <w:br/>
        <w:t>Їдять, п'ють, музики їм грають... о, як же там гарно!</w:t>
      </w:r>
    </w:p>
    <w:p>
      <w:r>
        <w:br/>
        <w:t>— Що ти ще бачиш, Іване?</w:t>
      </w:r>
    </w:p>
    <w:p>
      <w:r>
        <w:br/>
        <w:t>— Бачу ще принцесу — королівну. Чудова, як травнева квітка, але бліда, смутна-невесела... Біля неї сидить кривоногий, пишно зодягнений панич, до чорна опалений.</w:t>
      </w:r>
    </w:p>
    <w:p>
      <w:r>
        <w:br/>
        <w:t>— Еге ж, Іване. То її наречений — еспанського короля син. Вже три дні триває цей бенкет, а тепер, опівночі, на третю ніч, має він взяти її собі за жінку. Тільки ж принцеса його не хоче; вона цілком нещасна. Допоможи ти нам її врятувати. Наші тіла випрядені з імли осінньої, ми не можемо самі вирвати її звідціль!</w:t>
      </w:r>
    </w:p>
    <w:p>
      <w:r>
        <w:br/>
        <w:t>Іван пообіцяв, що врятує сердешну королівну.</w:t>
      </w:r>
    </w:p>
    <w:p>
      <w:r>
        <w:br/>
        <w:t>Знялися їздці над королівським садом. Понад столітніми деревами, понад білими стежками та чорною травою роз'їхались широкою хмарою й з усієї сили кинулись на вікна. Коні їх зіп'ялися догори, болісно заскиглили, але забряжчали вікна, та не виломились. У світлиці перелякане панство вискочило з-поза столів, кинулося до чорних вікон, однак побачило там лише відблиск світла з палацу.</w:t>
      </w:r>
    </w:p>
    <w:p>
      <w:r>
        <w:br/>
        <w:t>Король промовив:</w:t>
      </w:r>
    </w:p>
    <w:p>
      <w:r>
        <w:br/>
        <w:t>— А, пусте! То лише осінній вітер б'ється у вікна. Нехай собі казиться там, нам же буде тута затишно!</w:t>
      </w:r>
    </w:p>
    <w:p>
      <w:r>
        <w:br/>
        <w:t>Усі зразу повеселішали; пани сміялися, а панночки почали хвалитися, що вони ані трішечки й не злякалися... Чорні їздці вдруге знялися над столітньою алеєю, над сонними водограями, над мармуровими альтанками. Ще ширшою хмарою розляглися й ударили на вікна. Знову коні зіп'ялися, протяжно заквилили,— вікна затріщали, але витримали.</w:t>
      </w:r>
    </w:p>
    <w:p>
      <w:r>
        <w:br/>
        <w:t>Ще раз скочили на рівні ноги усі, хто був у світлиці; сам король похмурився, подивився на вікна й промовив:</w:t>
      </w:r>
    </w:p>
    <w:p>
      <w:r>
        <w:br/>
        <w:t>— І що це, справді, той північний вітер таке сю ніч виробляє!? Але ж не може він нам пошкодити!..</w:t>
      </w:r>
    </w:p>
    <w:p>
      <w:r>
        <w:br/>
        <w:t>Панство знову посідало за столи, тільки вже нікому не було до сміху.</w:t>
      </w:r>
    </w:p>
    <w:p>
      <w:r>
        <w:br/>
        <w:t>По-третє розлетілися чорні їздці, закрутились понад садами; цього разу залетіли аж до золочених штахетів, що ними було огороджено королівські сади, широченною хмарою розійшлися по небу й раптом ударились у вікна. Й розлетілись на бризки кришталеві шиби, забряжчали скляні черепки, чорні їздці упали в світлицю, а з ними — й Іван. Пани втікали, спотикаючись на убрусах, тільки сама королівна сиділа мовчки, така хороша, як травнева квітка, але така смутна, мов спіймана пташка.</w:t>
      </w:r>
    </w:p>
    <w:p>
      <w:r>
        <w:br/>
        <w:t>Іван зіскочив з коня; не зважав, як чорні їздці ганяли панство по залах, а вклонився принцесі й спитав: чи хоче вона чорному еспанському короленкові віддатись, або, коли — ні, то нехай їде з ним, й нічого не боїться.</w:t>
      </w:r>
    </w:p>
    <w:p>
      <w:r>
        <w:br/>
        <w:t>Королівна одразу згодилась тікати. Іван посадовив її перед себе на чорного коня й вилетів розбитим вікном, а чорні їздці — за ним...</w:t>
      </w:r>
    </w:p>
    <w:p>
      <w:r>
        <w:br/>
        <w:t>Полинули над лісами та понад луками, над болотами та понад горами; троє морів, дев'ять гір перелетіли — й опинилися в тому лісі, з якого вилетіли.</w:t>
      </w:r>
    </w:p>
    <w:p>
      <w:r>
        <w:br/>
        <w:t>Вранці другого дня, прокинувшись на печі. Іван подумав, що все те йому тільки снилося. Але ж на білій постелі, де раніше спала його покійна матуся, лежала тепер прекрасна королівна, рожева, як майова квітка й любенько всміхалася уві сні. Коли ж прокинулася,— почала плакати. Кликала прислужниць, щоб її зодягли, умили та намастили парфумами,— однак прислужниць не було. А тим часом ще ніколи в своєму житті сама себе вона не одягала, а тепер мусила. Отож морочилась з тим аж до полудня.</w:t>
      </w:r>
    </w:p>
    <w:p>
      <w:r>
        <w:br/>
        <w:t>А потім прийшли нові муки. Вивів Іван королівну на двір, показав їй свою хатину й садочок, стару яблуню й трояндовий кущ. Отже ж принцеса злякалася гиндика, коли він на неї злісно розприндився; боялася вона бджілок, що гули, літаючи; та так всього того настрашилася, що ледве знову не розплакалась. Але ж, позаяк вона дуже раділа, що все-таки здихалась еспанського короленка, та ще й до того й Іван припав їй до серця,— то вона себе перемогла.</w:t>
      </w:r>
    </w:p>
    <w:p>
      <w:r>
        <w:br/>
        <w:t>Іван повів її до лісу на свої улюблені місця. Розважав, намагався її втішити; та тільки ж принцеса звикла ходити по рівних, піском посипаних, стежках, а тепер, у черевичках з високими підборами, мала ходити по коріннях та каміннях. За мох зачіпалися її підбори, ожина чіпляла її за поділ єдвабної сукні — і знову почала вона плакати.</w:t>
      </w:r>
    </w:p>
    <w:p>
      <w:r>
        <w:br/>
        <w:t>І так було раз-у-раз. До того ж мусила все робити сама: і постіль застелити, і хату причепурити, і квітки на вікнах поливати. Була цілком нещасна; нещасним був з нею й Іван.</w:t>
      </w:r>
    </w:p>
    <w:p>
      <w:r>
        <w:br/>
        <w:t>Увечері він сказав їй:</w:t>
      </w:r>
    </w:p>
    <w:p>
      <w:r>
        <w:br/>
        <w:t>— Нема іншої ради — мусиш вернути додому: наша халупка задля тебе занадто мізерна!</w:t>
      </w:r>
    </w:p>
    <w:p>
      <w:r>
        <w:br/>
        <w:t>Принцеса відповідала, що вона не хоче вертатись, що боїться еспанського короленка, але ж увечері все-таки пішла з Іваном до лісу, покликати чорних їздців, щоб відвезли її до батька.</w:t>
      </w:r>
    </w:p>
    <w:p>
      <w:r>
        <w:br/>
        <w:t>Тихо в лісі. Місяць ще не зійшов, ніде не тремтить жоден листочок... Марно чекають вони, що ось-ось обізвуться вчорашні голоси. Тоді Іван почав кликати сам:</w:t>
      </w:r>
    </w:p>
    <w:p>
      <w:r>
        <w:br/>
        <w:t>— "Іди сюди, кониченьку мій вороний, золотом підкований, сріблом погаптований!"</w:t>
      </w:r>
    </w:p>
    <w:p>
      <w:r>
        <w:br/>
        <w:t>Нічого...</w:t>
      </w:r>
    </w:p>
    <w:p>
      <w:r>
        <w:br/>
        <w:t>Гукнув він ще раз, а потім ще й ще.</w:t>
      </w:r>
    </w:p>
    <w:p>
      <w:r>
        <w:br/>
        <w:t>Ніщо не озвалося.</w:t>
      </w:r>
    </w:p>
    <w:p>
      <w:r>
        <w:br/>
        <w:t>Так, нічого не дочекавшись, мусили повернутись до хатини.</w:t>
      </w:r>
    </w:p>
    <w:p>
      <w:r>
        <w:br/>
        <w:t>Не докликались тих їздців і другого вечора. Королівна ж так побивалася, що, якби знала, кудою йти, то й пішки додому пішла би, нехай тільки Іван її доведе.</w:t>
      </w:r>
    </w:p>
    <w:p>
      <w:r>
        <w:br/>
        <w:t>Звісно, можна те сказати, але ж треба було б, може, й три роки на ту подорож витратити, бо не близький то світ — з Зеленого Острова до землі французької!..</w:t>
      </w:r>
    </w:p>
    <w:p>
      <w:r>
        <w:br/>
        <w:t>Отже мусила принцеса зостатися в мізерній Івановій халупці.</w:t>
      </w:r>
    </w:p>
    <w:p>
      <w:r>
        <w:br/>
        <w:t>— Ну, що ж, а чи не взяла б ти одежини, що моя неня носила, як ще дівувала? Було б тобі догідніше ходити по наших кам'яних стежках. Я маю на пам'ятку сховане в мальованій скрині вбрання, розмарином переложене, зовсім як нове.</w:t>
      </w:r>
    </w:p>
    <w:p>
      <w:r>
        <w:br/>
        <w:t>Згодилась королівна.</w:t>
      </w:r>
    </w:p>
    <w:p>
      <w:r>
        <w:br/>
        <w:t>Та й як же їй гарно прийшлася червона коротка спідниця, гаптована попередниця, вишивана керсетка! Тепер вже й ожина її за поділ не хапає, уже й не спотикається вона на коріннях!..</w:t>
      </w:r>
    </w:p>
    <w:p>
      <w:r>
        <w:br/>
        <w:t>— А що, коли б ти спробувала зварити мені їсти, як я сам буваю цілий день у полі? Нудишся, що й сумно тобі, й довго час триває, може б тоді швидше й час минав?</w:t>
      </w:r>
    </w:p>
    <w:p>
      <w:r>
        <w:br/>
        <w:t>Спробувала й того королівна. Навчив її Іван куховарити, а в обід понесла вона йому на поле страву. Посідали обоє на межі,— а там материнка пахне, жайворонок співає, сонечко пригріває. Їли та розмовляли.</w:t>
      </w:r>
    </w:p>
    <w:p>
      <w:r>
        <w:br/>
        <w:t>Принцеса про свій дім розповідала, як з того часу, коли її мати померла, було їй вдома зле. Татко її нітрішки не любив, бо коли б любив, то за еспанського короленка йти заміж не примушував би!.. А Іван і собі про небіжку матусю розказує.</w:t>
      </w:r>
    </w:p>
    <w:p>
      <w:r>
        <w:br/>
        <w:t>Так той обід на межі королівні до вподоби припав, що стала вона кожного дня їжу Іванові на поле носити, а потроху вже й палац свій золотий забувати почала.</w:t>
      </w:r>
    </w:p>
    <w:p>
      <w:r>
        <w:br/>
        <w:t>Тепер, коли Іван приводив її на свої улюблені місця у лісі: на пригорок, де лісові мавки при місяці танцюють; під вільху до струмочка, на пригріту сонцем просіку,— всюди їй так було любо, що аж в долоні плескала:</w:t>
      </w:r>
    </w:p>
    <w:p>
      <w:r>
        <w:br/>
        <w:t>— От це не те, що якийсь там наш парк!..</w:t>
      </w:r>
    </w:p>
    <w:p>
      <w:r>
        <w:br/>
        <w:t>Іван був повен тихої радості й показував їй все нові й нові речі.</w:t>
      </w:r>
    </w:p>
    <w:p>
      <w:r>
        <w:br/>
        <w:t>Так само стало їй і дома все до вподоби. І хатина з різбляним сволоком, і віконця з мальованими віконницями, і садочок з трояндовим кущем, і кімната з темною стелею. Вже не боялася вона ані гиндика, ані корівки, не цуралася й хатньої праці, а в сільському строї ходила весела, ніби носила його змалечку.</w:t>
      </w:r>
    </w:p>
    <w:p>
      <w:r>
        <w:br/>
        <w:t>Так і минув їм цілий рік, аж не зчулися й як...</w:t>
      </w:r>
    </w:p>
    <w:p>
      <w:r>
        <w:br/>
        <w:t>Було вже пізньої осені.</w:t>
      </w:r>
    </w:p>
    <w:p>
      <w:r>
        <w:br/>
        <w:t>Випав гарний вечір, і пішли вони вдвох до лісу на просіку, щоб хвилинку посидіти на пенькові, як звик бувало сидіти Іван.</w:t>
      </w:r>
    </w:p>
    <w:p>
      <w:r>
        <w:br/>
        <w:t>Світив місяць, чорні хмари гонилися по небі одна за одною, по вітах грав вітрець. Послухали вони, про що розповідали дерева й майже розуміли їхню мову, коли це чують тоненький голосок:</w:t>
      </w:r>
    </w:p>
    <w:p>
      <w:r>
        <w:br/>
        <w:t>— "Іди сюди, мій кониченьку вороний, золотом підкований, сріблом погаптований!"</w:t>
      </w:r>
    </w:p>
    <w:p>
      <w:r>
        <w:br/>
        <w:t>А сотки інших голосів по всьому лісі й собі повторюють той самий поклик.</w:t>
      </w:r>
    </w:p>
    <w:p>
      <w:r>
        <w:br/>
        <w:t>Аж підскочив Іван:</w:t>
      </w:r>
    </w:p>
    <w:p>
      <w:r>
        <w:br/>
        <w:t>— Це знову — "їхній" день! Це знову осінній вітер полетить до Франції! Хочеш: я коня покличу й одвезу тебе додому?</w:t>
      </w:r>
    </w:p>
    <w:p>
      <w:r>
        <w:br/>
        <w:t>І засміялася королівна.</w:t>
      </w:r>
    </w:p>
    <w:p>
      <w:r>
        <w:br/>
        <w:t>— Не клич ти кониченька: мені з тобою добре й тут! Хіба ж людині конче треба королювати, щоб бути щасливою?! Зостануся я з тобою, мій любий, назавше і буду твоєю дружиною!</w:t>
      </w:r>
    </w:p>
    <w:p>
      <w:r>
        <w:br/>
        <w:t>В деревах загуло, затріщало; чорний їздець на чорному коні спинився перед них і питав:</w:t>
      </w:r>
    </w:p>
    <w:p>
      <w:r>
        <w:br/>
        <w:t>— Іване! Ти не поїдеш з нами цієї ночі?</w:t>
      </w:r>
    </w:p>
    <w:p>
      <w:r>
        <w:br/>
        <w:t>— Ні, не поїду!</w:t>
      </w:r>
    </w:p>
    <w:p>
      <w:r>
        <w:br/>
        <w:t>А принцеса сказала:</w:t>
      </w:r>
    </w:p>
    <w:p>
      <w:r>
        <w:br/>
        <w:t>— Спинись там, в золотому палаці, де живе французький король, повідай йому, що я тут, на Зеленому Острові, жінкою селянина Івана...</w:t>
      </w:r>
    </w:p>
    <w:p>
      <w:r>
        <w:br/>
        <w:t>І жили вони спільно в коханні та згоді, а щороку, як здіймався північний осінній вітер,— переказували через нього привітання родині...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