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Осіння поема</w:t>
      </w:r>
    </w:p>
    <w:p>
      <w:r>
        <w:br/>
        <w:t xml:space="preserve"> &lt;blockquote&gt;Маркові Вороному присвячую&lt;br /&gt;</w:t>
        <w:br/>
        <w:t>&lt;/blockquote&gt;&lt;br /&gt;</w:t>
        <w:br/>
        <w:t>І</w:t>
      </w:r>
    </w:p>
    <w:p>
      <w:r>
        <w:br/>
        <w:t>Що ж, ти мені співала непогано,&lt;br /&gt;</w:t>
        <w:br/>
        <w:t>Ти пестила, як друг, втішала, мов сестра…&lt;br /&gt;</w:t>
        <w:br/>
        <w:t>Не знала я, вколисана в туманах,&lt;br /&gt;</w:t>
        <w:br/>
        <w:t>Чи то любов, чи то жорстока гра…&lt;br /&gt;</w:t>
        <w:br/>
        <w:t>Ти не моя… ти ж тільки осінь-осінь.&lt;br /&gt;</w:t>
        <w:br/>
        <w:t>Не хочу я твоєї глибини…&lt;br /&gt;</w:t>
        <w:br/>
        <w:t>Нехай світанком скам’янілі роси&lt;br /&gt;</w:t>
        <w:br/>
        <w:t>Розкажуть пошепки мої надійні сни…&lt;br /&gt;</w:t>
        <w:br/>
        <w:t>Ти їх послухай, зраднице лукава,&lt;br /&gt;</w:t>
        <w:br/>
        <w:t>Дивись – твій сухолист знов у тумані зник…&lt;br /&gt;</w:t>
        <w:br/>
        <w:t>Я мудрість випила до дна в достиглих травах,&lt;br /&gt;</w:t>
        <w:br/>
        <w:t>До дна душі пройшов солодкий сік…&lt;br /&gt;</w:t>
        <w:br/>
        <w:t>Візьми, візьми назад свої дарунки,&lt;br /&gt;</w:t>
        <w:br/>
        <w:t>Твій сухолист мене не подола,&lt;br /&gt;</w:t>
        <w:br/>
        <w:t>Ти поверни мої цілунки,&lt;br /&gt;</w:t>
        <w:br/>
        <w:t>Що, заворожена тобою, я дала…&lt;br /&gt;</w:t>
        <w:br/>
        <w:t>Що ж, непогано ти мені співала,&lt;br /&gt;</w:t>
        <w:br/>
        <w:t>Втішала, мов сестра, і пестила, як друг…&lt;br /&gt;</w:t>
        <w:br/>
        <w:t>З якою мукою в нестямі цілувала&lt;br /&gt;</w:t>
        <w:br/>
        <w:t>Я пальці довгії твоїх печальних рук.</w:t>
      </w:r>
    </w:p>
    <w:p>
      <w:r>
        <w:br/>
        <w:t>ІІ</w:t>
      </w:r>
    </w:p>
    <w:p>
      <w:r>
        <w:br/>
        <w:t>Щодня все тануть голубі простори,&lt;br /&gt;</w:t>
        <w:br/>
        <w:t>Щодня прозоріє замріяна печаль…&lt;br /&gt;</w:t>
        <w:br/>
        <w:t>Тополі обнялись, і хтось смертельно-хворий&lt;br /&gt;</w:t>
        <w:br/>
        <w:t>Одяг в останній раз бурштини і кораль…&lt;br /&gt;</w:t>
        <w:br/>
        <w:t>Глибока осінь, наче дно криниці,&lt;br /&gt;</w:t>
        <w:br/>
        <w:t>Що вабить таємничо-тихим дном…&lt;br /&gt;</w:t>
        <w:br/>
        <w:t>А в небі тануть дні… і линуть в ірій птиці,&lt;br /&gt;</w:t>
        <w:br/>
        <w:t>Черкаючи об мури хмар крилом…&lt;br /&gt;</w:t>
        <w:br/>
        <w:t>Невже ж відваживсь ти тут зимувати?&lt;br /&gt;</w:t>
        <w:br/>
        <w:t>Невже тобі такий міцний полон?&lt;br /&gt;</w:t>
        <w:br/>
        <w:t>В сплетінні вій твоїх, в очей суворих ґратах&lt;br /&gt;</w:t>
        <w:br/>
        <w:t>Заплутався лінивий юний сон…&lt;br /&gt;</w:t>
        <w:br/>
        <w:t>Ну, що ж, зимуй. В одвічнім шумовинні&lt;br /&gt;</w:t>
        <w:br/>
        <w:t>Нехай загасне полум’я турбот,&lt;br /&gt;</w:t>
        <w:br/>
        <w:t>В таємнім шелесті і шепоті невпиннім&lt;br /&gt;</w:t>
        <w:br/>
        <w:t>Є щастя для таких, як ти, істот…&lt;br /&gt;</w:t>
        <w:br/>
        <w:t>А вчора – мов у сні (навколо жовтий жовтень,&lt;br /&gt;</w:t>
        <w:br/>
        <w:t>І сон землі й мережаний туман…)&lt;br /&gt;</w:t>
        <w:br/>
        <w:t>Учора над кущем засохлим і пожовклим&lt;br /&gt;</w:t>
        <w:br/>
        <w:t>Я вчула ясно пахощі троянд…</w:t>
      </w:r>
    </w:p>
    <w:p>
      <w:r>
        <w:br/>
        <w:t>ІІІ</w:t>
      </w:r>
    </w:p>
    <w:p>
      <w:r>
        <w:br/>
        <w:t>Сьогодні голуби мої тривожні&lt;br /&gt;</w:t>
        <w:br/>
        <w:t>Кружляють у осінньому танку…&lt;br /&gt;</w:t>
        <w:br/>
        <w:t>Ти – тільки випадковий подорожній&lt;br /&gt;</w:t>
        <w:br/>
        <w:t>На запашнім, заквітчанім шляху…&lt;br /&gt;</w:t>
        <w:br/>
        <w:t>Чи крук там очи виклював у трупа,&lt;br /&gt;</w:t>
        <w:br/>
        <w:t>Ті очи, що ціловано не раз,&lt;br /&gt;</w:t>
        <w:br/>
        <w:t>Чи так напитися схотіли спраглі губи&lt;br /&gt;</w:t>
        <w:br/>
        <w:t>З криниці болю, з джерела образ.&lt;br /&gt;</w:t>
        <w:br/>
        <w:t>Так дівчина над лісовим струмочком,&lt;br /&gt;</w:t>
        <w:br/>
        <w:t>На мостом перекинутій вербі,&lt;br /&gt;</w:t>
        <w:br/>
        <w:t>Співає тихим, тьмяним голосочком&lt;br /&gt;</w:t>
        <w:br/>
        <w:t>Про сокола, що горлицю любив…&lt;br /&gt;</w:t>
        <w:br/>
        <w:t>А потім схилиться і жалібно заплаче,&lt;br /&gt;</w:t>
        <w:br/>
        <w:t>Що папороть у гаї не цвіла,&lt;br /&gt;</w:t>
        <w:br/>
        <w:t>Що чорний крук над трупом знову кряче,&lt;br /&gt;</w:t>
        <w:br/>
        <w:t>Що сині очи стали мов зі скла —&lt;br /&gt;</w:t>
        <w:br/>
        <w:t>І прийде випадковий подорожній,&lt;br /&gt;</w:t>
        <w:br/>
        <w:t>Немов би чув, неначе знав усе,&lt;br /&gt;</w:t>
        <w:br/>
        <w:t>І в подарунок чистий і порожній&lt;br /&gt;</w:t>
        <w:br/>
        <w:t>Їй зайвину весни своєї принесе…</w:t>
      </w:r>
    </w:p>
    <w:p>
      <w:r>
        <w:br/>
        <w:t>IV</w:t>
      </w:r>
    </w:p>
    <w:p>
      <w:r>
        <w:br/>
        <w:t>Так сталося… Порожня і велична&lt;br /&gt;</w:t>
        <w:br/>
        <w:t>І знов холоне чорная земля,&lt;br /&gt;</w:t>
        <w:br/>
        <w:t>І на скрижалях мудрих і одвічних&lt;br /&gt;</w:t>
        <w:br/>
        <w:t>Вам присуд пишеться, спустошені поля.&lt;br /&gt;</w:t>
        <w:br/>
        <w:t>Ти хочеш знати, як чуже сумління&lt;br /&gt;</w:t>
        <w:br/>
        <w:t>Керує в мороці і зрячим, і сліпим;&lt;br /&gt;</w:t>
        <w:br/>
        <w:t>Се тільки так: в непевнім шумовинні&lt;br /&gt;</w:t>
        <w:br/>
        <w:t>Скоритися промінням золотим…&lt;br /&gt;</w:t>
        <w:br/>
        <w:t>Ти хочеш знати, як у лютім герці&lt;br /&gt;</w:t>
        <w:br/>
        <w:t>Вбивається прекрасне й молоде;&lt;br /&gt;</w:t>
        <w:br/>
        <w:t>Се тільки так: твоє розбите серце&lt;br /&gt;</w:t>
        <w:br/>
        <w:t>Знов золотою квіткою цвіте…&lt;br /&gt;</w:t>
        <w:br/>
        <w:t>Ти хочеш знать, як тьмяні мертві фарби&lt;br /&gt;</w:t>
        <w:br/>
        <w:t>Живуть і дихають від дотику митця,&lt;br /&gt;</w:t>
        <w:br/>
        <w:t>Се тільки так: сховай нетлінні скарби,&lt;br /&gt;</w:t>
        <w:br/>
        <w:t>Пий трунок самоти в коханні до кінця.&lt;br /&gt;</w:t>
        <w:br/>
        <w:t>Так сталося… В утомі без змагання&lt;br /&gt;</w:t>
        <w:br/>
        <w:t>Ще раз скорилася покривджена земля…&lt;br /&gt;</w:t>
        <w:br/>
        <w:t>Ти хочеш знать, як губиться кохання?&lt;br /&gt;</w:t>
        <w:br/>
        <w:t>Се вічна радість для таких, як я.</w:t>
      </w:r>
    </w:p>
    <w:p>
      <w:r>
        <w:br/>
        <w:t>V</w:t>
      </w:r>
    </w:p>
    <w:p>
      <w:r>
        <w:br/>
        <w:t>Колись у день, як сонцю буйну славу&lt;br /&gt;</w:t>
        <w:br/>
        <w:t>Гули чмелі у квітах запашних, —&lt;br /&gt;</w:t>
        <w:br/>
        <w:t>Я лугом йшла… його достиглі трави&lt;br /&gt;</w:t>
        <w:br/>
        <w:t>Аж до рамен торкалися моїх…&lt;br /&gt;</w:t>
        <w:br/>
        <w:t>Я лугом йшла… А в небі вічна зміна,&lt;br /&gt;</w:t>
        <w:br/>
        <w:t>А в небі оргія перлинно-білих хмар,&lt;br /&gt;</w:t>
        <w:br/>
        <w:t>Купайлів день в одвічнім шумовинні&lt;br /&gt;</w:t>
        <w:br/>
        <w:t>Заносив ніж і готував удар.&lt;br /&gt;</w:t>
        <w:br/>
        <w:t>А в тілі і в душі така блискуча повня,&lt;br /&gt;</w:t>
        <w:br/>
        <w:t>Така нестерпна сили зайвина,&lt;br /&gt;</w:t>
        <w:br/>
        <w:t>І так хотілося: на білім щастя човні&lt;br /&gt;</w:t>
        <w:br/>
        <w:t>з уст гранатових отруту пить до дна…&lt;br /&gt;</w:t>
        <w:br/>
        <w:t>І думалось……. ось-ось за поворотом стріну,&lt;br /&gt;</w:t>
        <w:br/>
        <w:t>Підійде зараз той, хто все життя чекав…&lt;br /&gt;</w:t>
        <w:br/>
        <w:t>Нікого навкруги… лиш вічна в небі зміна&lt;br /&gt;</w:t>
        <w:br/>
        <w:t>Та море роменців в зеленім морі трав…&lt;br /&gt;</w:t>
        <w:br/>
        <w:t>Жила… і плутала барвистими стежками,&lt;br /&gt;</w:t>
        <w:br/>
        <w:t>Але навіки привидом моїм&lt;br /&gt;</w:t>
        <w:br/>
        <w:t>Лишилось поле з білими квітками&lt;br /&gt;</w:t>
        <w:br/>
        <w:t>Та вічна зміна в небі голубім…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Осіння поема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