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Осіння обнова</w:t>
      </w:r>
    </w:p>
    <w:p>
      <w:r>
        <w:br/>
        <w:t xml:space="preserve"> Терпкий, неначе тютюновий,&lt;br /&gt;</w:t>
        <w:br/>
        <w:t>На пальцях запах хризантем…&lt;br /&gt;</w:t>
        <w:br/>
        <w:t>Пора осінньої обнови —&lt;br /&gt;</w:t>
        <w:br/>
        <w:t>Вже час нових шукати тем.</w:t>
      </w:r>
    </w:p>
    <w:p>
      <w:r>
        <w:br/>
        <w:t>І ти від свіжих слів пахучих&lt;br /&gt;</w:t>
        <w:br/>
        <w:t>Немов би раптом захмелів —&lt;br /&gt;</w:t>
        <w:br/>
        <w:t>Вони вилонюються з гущі&lt;br /&gt;</w:t>
        <w:br/>
        <w:t>Давно вже звиклих стертих слів.</w:t>
      </w:r>
    </w:p>
    <w:p>
      <w:r>
        <w:br/>
        <w:t>І вірш, твоя, поете, мрія,&lt;br /&gt;</w:t>
        <w:br/>
        <w:t>Тоді народжується вмить,&lt;br /&gt;</w:t>
        <w:br/>
        <w:t>І слово барвами яскріє&lt;br /&gt;</w:t>
        <w:br/>
        <w:t>І ароматами пахтить!</w:t>
      </w:r>
    </w:p>
    <w:p>
      <w:r>
        <w:br/>
        <w:t>А так було, що назву квітки,&lt;br /&gt;</w:t>
        <w:br/>
        <w:t>Яку ти бачив у садах,&lt;br /&gt;</w:t>
        <w:br/>
        <w:t>Немов морфологічну клітку&lt;br /&gt;</w:t>
        <w:br/>
        <w:t>Вивчав у школі по складах.</w:t>
      </w:r>
    </w:p>
    <w:p>
      <w:r>
        <w:br/>
        <w:t>Тобі ж тепер вона в цвітінні&lt;br /&gt;</w:t>
        <w:br/>
        <w:t>У чаші приквіток своїх –&lt;br /&gt;</w:t>
        <w:br/>
        <w:t>Як спалах між вечірніх тіней,&lt;br /&gt;</w:t>
        <w:br/>
        <w:t>Як чийсь давно забутий сміх…</w:t>
      </w:r>
    </w:p>
    <w:p>
      <w:r>
        <w:br/>
        <w:t>Твій розум знає й серце тужить:&lt;br /&gt;</w:t>
        <w:br/>
        <w:t>Твоя, поете, в тім біда,&lt;br /&gt;</w:t>
        <w:br/>
        <w:t>Що й вірш про квітку, милий друже,&lt;br /&gt;</w:t>
        <w:br/>
        <w:t>Лиш квітки відбитка бліда.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Осіння обнова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