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Осяяння</w:t>
      </w:r>
    </w:p>
    <w:p>
      <w:r>
        <w:br/>
        <w:t xml:space="preserve"> В той день були мої найближчі друзі,&lt;br /&gt;</w:t>
        <w:br/>
        <w:t>Вони прийшли до мене на світанні&lt;br /&gt;</w:t>
        <w:br/>
        <w:t>І підняли на зустріч з Рафаелем.&lt;br /&gt;</w:t>
        <w:br/>
        <w:t>Із Мікеланджело, Джорджоне, Тіціаном…</w:t>
      </w:r>
    </w:p>
    <w:p>
      <w:r>
        <w:br/>
        <w:t>П'ятнадцять залів встало перед нами,&lt;br /&gt;</w:t>
        <w:br/>
        <w:t>П'ятнадцять келихів людського повнозвуччя,&lt;br /&gt;</w:t>
        <w:br/>
        <w:t>П'ятнадцять океанів чистоти…</w:t>
      </w:r>
    </w:p>
    <w:p>
      <w:r>
        <w:br/>
        <w:t>І я не знаю, що ми відчували,&lt;br /&gt;</w:t>
        <w:br/>
        <w:t>Що думали в благословенний день,&lt;br /&gt;</w:t>
        <w:br/>
        <w:t>Бо в першу хвилю я тебе помітив,&lt;br /&gt;</w:t>
        <w:br/>
        <w:t>І я розтав для друзів і людей,</w:t>
      </w:r>
    </w:p>
    <w:p>
      <w:r>
        <w:br/>
        <w:t>Я розлетівсь по стінах на картини,&lt;br /&gt;</w:t>
        <w:br/>
        <w:t>Скульптурами перед тобою встав,&lt;br /&gt;</w:t>
        <w:br/>
        <w:t>Щоб в кожній з них ти бачила мене,&lt;br /&gt;</w:t>
        <w:br/>
        <w:t>Щоб з кожної ти повнилася мною —&lt;br /&gt;</w:t>
        <w:br/>
        <w:t>Любила, проклинала і любила…&lt;br /&gt;</w:t>
        <w:br/>
        <w:t>В той день я йшов до тебе із віків,&lt;br /&gt;</w:t>
        <w:br/>
        <w:t>Стражданням спалений, воскреснутий любов'ю,&lt;br /&gt;</w:t>
        <w:br/>
        <w:t>Піднятий гордістю і кинутий ганьбою…</w:t>
      </w:r>
    </w:p>
    <w:p>
      <w:r>
        <w:br/>
        <w:t>В той день мене до тебе ніс Роден&lt;br /&gt;</w:t>
        <w:br/>
        <w:t>І Мікеланджело, Рембрандт, Моне і Гойя…&lt;br /&gt;</w:t>
        <w:br/>
        <w:t>Ти їхні прізвища читала піді мною,&lt;br /&gt;</w:t>
        <w:br/>
        <w:t>І з кожної скульптури і картини&lt;br /&gt;</w:t>
        <w:br/>
        <w:t>Творець мій говорив в той час тобі:</w:t>
      </w:r>
    </w:p>
    <w:p>
      <w:r>
        <w:br/>
        <w:t>Щасливий я, що можу на Землі&lt;br /&gt;</w:t>
        <w:br/>
        <w:t>Творити світ для згоди і любові,&lt;br /&gt;</w:t>
        <w:br/>
        <w:t>Що всі століття, пройдені людьми,&lt;br /&gt;</w:t>
        <w:br/>
        <w:t>Віддать я в змозі за єдину мить,&lt;br /&gt;</w:t>
        <w:br/>
        <w:t>Тобі присвячену, тобою осіянну!</w:t>
      </w:r>
    </w:p>
    <w:p>
      <w:r>
        <w:br/>
        <w:t>Що я живу з твоєї ласки, Жінко!&lt;br /&gt;</w:t>
        <w:br/>
        <w:t>З твоєї благородності, Любов!&lt;br /&gt;</w:t>
        <w:br/>
        <w:t>І вічно я шукаю лиш тебе,&lt;br /&gt;</w:t>
        <w:br/>
        <w:t>Знаходжу вічно, вічно не знаходжу —&lt;br /&gt;</w:t>
        <w:br/>
        <w:t>І, може, тому я творю добро&lt;br /&gt;</w:t>
        <w:br/>
        <w:t>І мучу Землю, світ і все на світі&lt;br /&gt;</w:t>
        <w:br/>
        <w:t>Єдиним запитанням: щастя, де ти?&lt;br /&gt;</w:t>
        <w:br/>
        <w:t>І Всесвіт мені вказує на тебе!..&lt;br /&gt;</w:t>
        <w:br/>
        <w:t>І я іду дорогою Любові,&lt;br /&gt;</w:t>
        <w:br/>
        <w:t>І вічно не пройду її ніяк…&lt;br /&gt;</w:t>
        <w:br/>
        <w:t>Коли ж я падаю, зруйнований трудами,&lt;br /&gt;</w:t>
        <w:br/>
        <w:t>Тоді сама до мене ти приходиш&lt;br /&gt;</w:t>
        <w:br/>
        <w:t>І розглядаєш все моє найвище,&lt;br /&gt;</w:t>
        <w:br/>
        <w:t>Найкраще, найвеличніше в мені:&lt;br /&gt;</w:t>
        <w:br/>
        <w:t>Ван-Гог… Рембрандт і Гойя… Рафаель…&lt;br /&gt;</w:t>
        <w:br/>
        <w:t>Безсмертні келихи людського повнозвуччя,&lt;br /&gt;</w:t>
        <w:br/>
        <w:t>Осяяння безсмертні океани…</w:t>
      </w:r>
    </w:p>
    <w:p>
      <w:r>
        <w:br/>
      </w:r>
    </w:p>
    <w:p>
      <w:r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Осяяння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