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Оргія</w:t>
      </w:r>
    </w:p>
    <w:p>
      <w:r>
        <w:br/>
        <w:t xml:space="preserve"> драматична поема</w:t>
      </w:r>
    </w:p>
    <w:p>
      <w:r>
        <w:br/>
        <w:t>ДІЯЧІ</w:t>
      </w:r>
    </w:p>
    <w:p>
      <w:r>
        <w:br/>
        <w:t>А н т е й — співець.&lt;br /&gt;</w:t>
        <w:br/>
        <w:t>Г е р м і о н а — мати його.&lt;br /&gt;</w:t>
        <w:br/>
        <w:t>Е в ф р о з і н а — сестра його.&lt;br /&gt;</w:t>
        <w:br/>
        <w:t>Н е р і с а — жінка його.&lt;br /&gt;</w:t>
        <w:br/>
        <w:t>Х і л о н — ученик його.&lt;br /&gt;</w:t>
        <w:br/>
        <w:t>Ф е д о н — скульптор.&lt;br /&gt;</w:t>
        <w:br/>
        <w:t>М е ц е н а т — багатий, значний римлянин, нащадок відомого Мецената.&lt;br /&gt;</w:t>
        <w:br/>
        <w:t>П р е ф е к т.&lt;br /&gt;</w:t>
        <w:br/>
        <w:t>П р о к у р а т о р.</w:t>
      </w:r>
    </w:p>
    <w:p>
      <w:r>
        <w:br/>
        <w:t>Гості на оргії, раби, рабині, танцівниці, міми, хор панегіристів.</w:t>
      </w:r>
    </w:p>
    <w:p>
      <w:r>
        <w:br/>
        <w:t>Діється в Корінфі під римським пануванням.</w:t>
      </w:r>
    </w:p>
    <w:p>
      <w:r>
        <w:br/>
        <w:t>І</w:t>
      </w:r>
    </w:p>
    <w:p>
      <w:r>
        <w:br/>
        <w:t>Садок в оселі співця-поета Антея, невеличкий, оточений глухими мурами з хвірткою в одній стіні; в глибині садка домок з повіткою на чотирьох стовпах і з двома дверима — одні в андроніт, другі — в гінекей.&lt;br /&gt;</w:t>
        <w:br/>
        <w:t>Герміона, стара мати Антеева, сидить на порозі гінекея і пряде вовну. Чутно стук у хвіртку.</w:t>
      </w:r>
    </w:p>
    <w:p>
      <w:r>
        <w:br/>
        <w:t>Г е р м і о н а</w:t>
      </w:r>
    </w:p>
    <w:p>
      <w:r>
        <w:br/>
        <w:t>(не встаючи)</w:t>
      </w:r>
    </w:p>
    <w:p>
      <w:r>
        <w:br/>
        <w:t>Хто там?</w:t>
      </w:r>
    </w:p>
    <w:p>
      <w:r>
        <w:br/>
        <w:t>Г о л о с</w:t>
      </w:r>
    </w:p>
    <w:p>
      <w:r>
        <w:br/>
        <w:t>(за хвірткою)</w:t>
      </w:r>
    </w:p>
    <w:p>
      <w:r>
        <w:br/>
        <w:t>Се я, Хілон Алкмеонід.</w:t>
      </w:r>
    </w:p>
    <w:p>
      <w:r>
        <w:br/>
        <w:t>Г е р м і о н а</w:t>
      </w:r>
    </w:p>
    <w:p>
      <w:r>
        <w:br/>
        <w:t>(гукає в напрямі других дверей)</w:t>
      </w:r>
    </w:p>
    <w:p>
      <w:r>
        <w:br/>
        <w:t>Антею, вийди! Ученкк до тебе!</w:t>
      </w:r>
    </w:p>
    <w:p>
      <w:r>
        <w:br/>
        <w:t>(Сама лишається сидіти, лише нижче спускає покривало).</w:t>
      </w:r>
    </w:p>
    <w:p>
      <w:r>
        <w:br/>
        <w:t>А н т е й</w:t>
      </w:r>
    </w:p>
    <w:p>
      <w:r>
        <w:br/>
        <w:t>(молодий, але мужнього вигляду, виходить з дверей і відчиняє Хілонові хвіртку)</w:t>
      </w:r>
    </w:p>
    <w:p>
      <w:r>
        <w:br/>
        <w:t>Сьогодні ти, Хілоне, запізнився.&lt;br /&gt;</w:t>
        <w:br/>
        <w:t>Всі учні розійшлися.</w:t>
      </w:r>
    </w:p>
    <w:p>
      <w:r>
        <w:br/>
        <w:t>Х і л о н</w:t>
      </w:r>
    </w:p>
    <w:p>
      <w:r>
        <w:br/>
        <w:t>(дуже молодий хлопець, говорить запинаючись, з видимою ніяковістю)</w:t>
      </w:r>
    </w:p>
    <w:p>
      <w:r>
        <w:br/>
        <w:t>Вибачай...&lt;br /&gt;</w:t>
        <w:br/>
        <w:t>але... я, власне, не прийшов учитись...</w:t>
      </w:r>
    </w:p>
    <w:p>
      <w:r>
        <w:br/>
        <w:t>А н т е й</w:t>
      </w:r>
    </w:p>
    <w:p>
      <w:r>
        <w:br/>
        <w:t>(привітно)</w:t>
      </w:r>
    </w:p>
    <w:p>
      <w:r>
        <w:br/>
        <w:t>Будь гостем.</w:t>
      </w:r>
    </w:p>
    <w:p>
      <w:r>
        <w:br/>
        <w:t>(Сідає на ослоні під деревом і показує Хілонові місце коло себе, але той лишається стояти).</w:t>
      </w:r>
    </w:p>
    <w:p>
      <w:r>
        <w:br/>
        <w:t>Чом не сядеш?</w:t>
      </w:r>
    </w:p>
    <w:p>
      <w:r>
        <w:br/>
        <w:t>Х і л о н</w:t>
      </w:r>
    </w:p>
    <w:p>
      <w:r>
        <w:br/>
        <w:t>Маю справу...</w:t>
      </w:r>
    </w:p>
    <w:p>
      <w:r>
        <w:br/>
        <w:t>А н т е й</w:t>
      </w:r>
    </w:p>
    <w:p>
      <w:r>
        <w:br/>
        <w:t>Аж сісти ніколи, таку нагальну?</w:t>
      </w:r>
    </w:p>
    <w:p>
      <w:r>
        <w:br/>
        <w:t>Х і л о н</w:t>
      </w:r>
    </w:p>
    <w:p>
      <w:r>
        <w:br/>
        <w:t>Воно-то ні... але... пробач... я мушу&lt;br /&gt;</w:t>
        <w:br/>
        <w:t>подякувать сьогодні за науку...&lt;br /&gt;</w:t>
        <w:br/>
        <w:t>Я більше не прийду.</w:t>
      </w:r>
    </w:p>
    <w:p>
      <w:r>
        <w:br/>
        <w:t>А н т е й</w:t>
      </w:r>
    </w:p>
    <w:p>
      <w:r>
        <w:br/>
        <w:t>Чому?</w:t>
      </w:r>
    </w:p>
    <w:p>
      <w:r>
        <w:br/>
        <w:t>Хілон мовчить.</w:t>
      </w:r>
    </w:p>
    <w:p>
      <w:r>
        <w:br/>
        <w:t>Та правда,&lt;br /&gt;</w:t>
        <w:br/>
        <w:t>мені про се питать не випадає.&lt;br /&gt;</w:t>
        <w:br/>
        <w:t>Я, очевидячки, не догодив&lt;br /&gt;</w:t>
        <w:br/>
        <w:t>тобі наукою. Що ж, не соромся, —&lt;br /&gt;</w:t>
        <w:br/>
        <w:t>соромитись приходиться мені.</w:t>
      </w:r>
    </w:p>
    <w:p>
      <w:r>
        <w:br/>
        <w:t>Х і л о н</w:t>
      </w:r>
    </w:p>
    <w:p>
      <w:r>
        <w:br/>
        <w:t>(щиро)</w:t>
      </w:r>
    </w:p>
    <w:p>
      <w:r>
        <w:br/>
        <w:t>Ні, ні, учителю! Того не думай!&lt;br /&gt;</w:t>
        <w:br/>
        <w:t>От свідок Аполлон, що я шаную&lt;br /&gt;</w:t>
        <w:br/>
        <w:t>науку ту, мов святощі містерій!</w:t>
      </w:r>
    </w:p>
    <w:p>
      <w:r>
        <w:br/>
        <w:t>А н т е й</w:t>
      </w:r>
    </w:p>
    <w:p>
      <w:r>
        <w:br/>
        <w:t>Тоді не розумію...</w:t>
      </w:r>
    </w:p>
    <w:p>
      <w:r>
        <w:br/>
        <w:t>(Перебиває сам себе, вдарившись долонею по чолі).</w:t>
      </w:r>
    </w:p>
    <w:p>
      <w:r>
        <w:br/>
        <w:t>Догадався!</w:t>
      </w:r>
    </w:p>
    <w:p>
      <w:r>
        <w:br/>
        <w:t>(Видно, що й йому трохи ніяково).</w:t>
      </w:r>
    </w:p>
    <w:p>
      <w:r>
        <w:br/>
        <w:t>Хілоне, слухай... Я пождати можу,&lt;br /&gt;</w:t>
        <w:br/>
        <w:t>поки скінчиш усю мою науку...&lt;br /&gt;</w:t>
        <w:br/>
        <w:t>Та я волів би і зовсім не брати&lt;br /&gt;</w:t>
        <w:br/>
        <w:t>від тебе грошей, як тобі то трудно...</w:t>
      </w:r>
    </w:p>
    <w:p>
      <w:r>
        <w:br/>
        <w:t>Х і л о н</w:t>
      </w:r>
    </w:p>
    <w:p>
      <w:r>
        <w:br/>
        <w:t>Учителю, та ти ж не багатир.</w:t>
      </w:r>
    </w:p>
    <w:p>
      <w:r>
        <w:br/>
        <w:t>А н т е й</w:t>
      </w:r>
    </w:p>
    <w:p>
      <w:r>
        <w:br/>
        <w:t>Хілоне, я скажу тобі по правді,&lt;br /&gt;</w:t>
        <w:br/>
        <w:t>хоч ти ще молодий такеє слухать,&lt;br /&gt;</w:t>
        <w:br/>
        <w:t>але інакше трудно довести...&lt;br /&gt;</w:t>
        <w:br/>
        <w:t>Бач, спів, музика й слово — мій зарібок,&lt;br /&gt;</w:t>
        <w:br/>
        <w:t>та хист мій я таки ціную вище,&lt;br /&gt;</w:t>
        <w:br/>
        <w:t>ніж тії гроші, що приходять з нього.&lt;br /&gt;</w:t>
        <w:br/>
        <w:t>Я талану нікого не навчив&lt;br /&gt;</w:t>
        <w:br/>
        <w:t>і не навчу — се ж тільки бог здолає, —&lt;br /&gt;</w:t>
        <w:br/>
        <w:t>отож коли я вчу людей звичайних,&lt;br /&gt;</w:t>
        <w:br/>
        <w:t>недіткнутих рукою Аполлона,&lt;br /&gt;</w:t>
        <w:br/>
        <w:t>то — я навчаю їх малої втіхи&lt;br /&gt;</w:t>
        <w:br/>
        <w:t>перебирати струни доладненько&lt;br /&gt;</w:t>
        <w:br/>
        <w:t>та вимовляти думку виразніше,&lt;br /&gt;</w:t>
        <w:br/>
        <w:t>вони ж мені дають дещицю грошей,&lt;br /&gt;</w:t>
        <w:br/>
        <w:t>і так ми в обрахунку. Як же бог&lt;br /&gt;</w:t>
        <w:br/>
        <w:t>мені пошле обранця молодого,&lt;br /&gt;</w:t>
        <w:br/>
        <w:t>щоб я йому служив своїм здобутком,&lt;br /&gt;</w:t>
        <w:br/>
        <w:t>і бачу я, що кожна мертва форма,&lt;br /&gt;</w:t>
        <w:br/>
        <w:t>яку я викладаю перед ним,&lt;br /&gt;</w:t>
        <w:br/>
        <w:t>присвоївшись йому, вмить оживає,&lt;br /&gt;</w:t>
        <w:br/>
        <w:t>і геній молодий в прадавній формі&lt;br /&gt;</w:t>
        <w:br/>
        <w:t>шумує та іскриться самоцвітом,&lt;br /&gt;</w:t>
        <w:br/>
        <w:t>як молоде вино в старім кришталі, —&lt;br /&gt;</w:t>
        <w:br/>
        <w:t>тоді я вже заплачений. Ні, більше, —&lt;br /&gt;</w:t>
        <w:br/>
        <w:t>я наче почуваюсь до вини,&lt;br /&gt;</w:t>
        <w:br/>
        <w:t>що я нездатен так йому служити,&lt;br /&gt;</w:t>
        <w:br/>
        <w:t>як би хотів. Тепер ти розумієш?</w:t>
      </w:r>
    </w:p>
    <w:p>
      <w:r>
        <w:br/>
        <w:t>Х і л о н</w:t>
      </w:r>
    </w:p>
    <w:p>
      <w:r>
        <w:br/>
        <w:t>Учителю...</w:t>
      </w:r>
    </w:p>
    <w:p>
      <w:r>
        <w:br/>
        <w:t>(Зворушення не дає йому говорити, він низько похиляє голову і прикриває долонею очі).</w:t>
      </w:r>
    </w:p>
    <w:p>
      <w:r>
        <w:br/>
        <w:t>А н т е й</w:t>
      </w:r>
    </w:p>
    <w:p>
      <w:r>
        <w:br/>
        <w:t>Коли тепер твій геній&lt;br /&gt;</w:t>
        <w:br/>
        <w:t>вже переріс ті форми й ту науку,&lt;br /&gt;</w:t>
        <w:br/>
        <w:t>якими я владаю, що ж, мій хлопче, —&lt;br /&gt;</w:t>
        <w:br/>
        <w:t>покинь мене, я сам тобі те раджу.&lt;br /&gt;</w:t>
        <w:br/>
        <w:t>Та тільки — заклинаю Аполлономі! —&lt;br /&gt;</w:t>
        <w:br/>
        <w:t>не кидай ще науки. Їдь в Афіни,&lt;br /&gt;</w:t>
        <w:br/>
        <w:t>там, певне, знайдеться іще таке,&lt;br /&gt;</w:t>
        <w:br/>
        <w:t>чого ми тут не маємо в Корінфі.&lt;br /&gt;</w:t>
        <w:br/>
        <w:t>А потім, покінчивши різні школи,&lt;br /&gt;</w:t>
        <w:br/>
        <w:t>учися ще, знаходь собі науку&lt;br /&gt;</w:t>
        <w:br/>
        <w:t>в книжках, і в людях, і по цілім світі,&lt;br /&gt;</w:t>
        <w:br/>
        <w:t>але ніколи не кажи до себе:&lt;br /&gt;</w:t>
        <w:br/>
        <w:t>"Я вже скінчив науку".</w:t>
      </w:r>
    </w:p>
    <w:p>
      <w:r>
        <w:br/>
        <w:t>Х і л о н</w:t>
      </w:r>
    </w:p>
    <w:p>
      <w:r>
        <w:br/>
        <w:t>Ся порада,&lt;br /&gt;</w:t>
        <w:br/>
        <w:t>учителю, осмілює мене.&lt;br /&gt;</w:t>
        <w:br/>
        <w:t>Признаюся тобі: я не покину&lt;br /&gt;</w:t>
        <w:br/>
        <w:t>науки, віддалившися від тебе,&lt;br /&gt;</w:t>
        <w:br/>
        <w:t>бо я вступлю до школи...</w:t>
      </w:r>
    </w:p>
    <w:p>
      <w:r>
        <w:br/>
        <w:t>(Знов мовкне).</w:t>
      </w:r>
    </w:p>
    <w:p>
      <w:r>
        <w:br/>
        <w:t>А н т е й</w:t>
      </w:r>
    </w:p>
    <w:p>
      <w:r>
        <w:br/>
        <w:t>До якої?</w:t>
      </w:r>
    </w:p>
    <w:p>
      <w:r>
        <w:br/>
        <w:t>Х і л о н</w:t>
      </w:r>
    </w:p>
    <w:p>
      <w:r>
        <w:br/>
        <w:t>До тої, що врядив тут Меценат.</w:t>
      </w:r>
    </w:p>
    <w:p>
      <w:r>
        <w:br/>
        <w:t>А н т е й</w:t>
      </w:r>
    </w:p>
    <w:p>
      <w:r>
        <w:br/>
        <w:t>Латинської?!</w:t>
      </w:r>
    </w:p>
    <w:p>
      <w:r>
        <w:br/>
        <w:t>Х і л о н</w:t>
      </w:r>
    </w:p>
    <w:p>
      <w:r>
        <w:br/>
        <w:t>Ну, все ж тепер латинське..</w:t>
      </w:r>
    </w:p>
    <w:p>
      <w:r>
        <w:br/>
        <w:t>А н т е й</w:t>
      </w:r>
    </w:p>
    <w:p>
      <w:r>
        <w:br/>
        <w:t>Як? Я, і ти, і наша рідна мова&lt;br /&gt;</w:t>
        <w:br/>
        <w:t>латинськими вже стали?</w:t>
      </w:r>
    </w:p>
    <w:p>
      <w:r>
        <w:br/>
        <w:t>Х і л о н</w:t>
      </w:r>
    </w:p>
    <w:p>
      <w:r>
        <w:br/>
        <w:t>Розумів я,&lt;br /&gt;</w:t>
        <w:br/>
        <w:t>властиво, римське, та змилив у слові.</w:t>
      </w:r>
    </w:p>
    <w:p>
      <w:r>
        <w:br/>
        <w:t>А н т е й</w:t>
      </w:r>
    </w:p>
    <w:p>
      <w:r>
        <w:br/>
        <w:t>Як ти від мене досі не навчився&lt;br /&gt;</w:t>
        <w:br/>
        <w:t>не помилятись так, то в новій школі&lt;br /&gt;</w:t>
        <w:br/>
        <w:t>ще більше буде помилок таких.&lt;br /&gt;</w:t>
        <w:br/>
        <w:t>Але не знаю, що ти там придбаєш,&lt;br /&gt;</w:t>
        <w:br/>
        <w:t>крім помилок. В поезії латинській&lt;br /&gt;</w:t>
        <w:br/>
        <w:t>і я ж тобі, здається, показав&lt;br /&gt;</w:t>
        <w:br/>
        <w:t>усе, що тільки варт було пізнати.&lt;br /&gt;</w:t>
        <w:br/>
        <w:t>Не думаю, щоб ритори в тій школі&lt;br /&gt;</w:t>
        <w:br/>
        <w:t>тобі могли подати щось нового,&lt;br /&gt;</w:t>
        <w:br/>
        <w:t>бо я їх знаю. Думаю, що ти&lt;br /&gt;</w:t>
        <w:br/>
        <w:t>вже міг би їх учити.</w:t>
      </w:r>
    </w:p>
    <w:p>
      <w:r>
        <w:br/>
        <w:t>Х і л о н</w:t>
      </w:r>
    </w:p>
    <w:p>
      <w:r>
        <w:br/>
        <w:t>Сам я певен,&lt;br /&gt;</w:t>
        <w:br/>
        <w:t>що там учителі ні в чім не можуть&lt;br /&gt;</w:t>
        <w:br/>
        <w:t>зрівнятися а тобою. Все ж я мушу&lt;br /&gt;</w:t>
        <w:br/>
        <w:t>до їх піти.</w:t>
      </w:r>
    </w:p>
    <w:p>
      <w:r>
        <w:br/>
        <w:t>А н т е й</w:t>
      </w:r>
    </w:p>
    <w:p>
      <w:r>
        <w:br/>
        <w:t>Що змушує тебе?</w:t>
      </w:r>
    </w:p>
    <w:p>
      <w:r>
        <w:br/>
        <w:t>Х і л о н</w:t>
      </w:r>
    </w:p>
    <w:p>
      <w:r>
        <w:br/>
        <w:t>Учителю, зоставшись при тобі,&lt;br /&gt;</w:t>
        <w:br/>
        <w:t>я став би долею тобі подібний.</w:t>
      </w:r>
    </w:p>
    <w:p>
      <w:r>
        <w:br/>
        <w:t>А н т е й</w:t>
      </w:r>
    </w:p>
    <w:p>
      <w:r>
        <w:br/>
        <w:t>Чому ж та доля так тебе лякає?&lt;br /&gt;</w:t>
        <w:br/>
        <w:t>Хіба вже я останній між співцями?</w:t>
      </w:r>
    </w:p>
    <w:p>
      <w:r>
        <w:br/>
        <w:t>Х і л о н</w:t>
      </w:r>
    </w:p>
    <w:p>
      <w:r>
        <w:br/>
        <w:t>Не між співцями, ні...</w:t>
      </w:r>
    </w:p>
    <w:p>
      <w:r>
        <w:br/>
        <w:t>А н т е й</w:t>
      </w:r>
    </w:p>
    <w:p>
      <w:r>
        <w:br/>
        <w:t>Але між людьми?</w:t>
      </w:r>
    </w:p>
    <w:p>
      <w:r>
        <w:br/>
        <w:t>Х і л о н</w:t>
      </w:r>
    </w:p>
    <w:p>
      <w:r>
        <w:br/>
        <w:t>Я не кажу — останній, але ж правда,&lt;br /&gt;</w:t>
        <w:br/>
        <w:t>що ти в громаді не займаєш місця,&lt;br /&gt;</w:t>
        <w:br/>
        <w:t>належного твоєму талану.</w:t>
      </w:r>
    </w:p>
    <w:p>
      <w:r>
        <w:br/>
        <w:t>А н т е й</w:t>
      </w:r>
    </w:p>
    <w:p>
      <w:r>
        <w:br/>
        <w:t>А ти ж якого маєш запобігти,&lt;br /&gt;</w:t>
        <w:br/>
        <w:t>коли скінчиш ту школу Мецената?</w:t>
      </w:r>
    </w:p>
    <w:p>
      <w:r>
        <w:br/>
        <w:t>Х і л о н</w:t>
      </w:r>
    </w:p>
    <w:p>
      <w:r>
        <w:br/>
        <w:t>Я можу стати ритором в тій школі,&lt;br /&gt;</w:t>
        <w:br/>
        <w:t>а згодом в академії де-небудь.&lt;br /&gt;</w:t>
        <w:br/>
        <w:t>Або поїду в Рим. Там дуже добре&lt;br /&gt;</w:t>
        <w:br/>
        <w:t>ведеться вихованцям Мецената,&lt;br /&gt;</w:t>
        <w:br/>
        <w:t>бо рід його там досі має силу,&lt;br /&gt;</w:t>
        <w:br/>
        <w:t>як повелось від Августа часів.&lt;br /&gt;</w:t>
        <w:br/>
        <w:t>Та поки що, то я й тепер, ще учнем,&lt;br /&gt;</w:t>
        <w:br/>
        <w:t>вступити можу в хор панегіристів&lt;br /&gt;</w:t>
        <w:br/>
        <w:t>самого Мецената.</w:t>
      </w:r>
    </w:p>
    <w:p>
      <w:r>
        <w:br/>
        <w:t>А н т е й</w:t>
      </w:r>
    </w:p>
    <w:p>
      <w:r>
        <w:br/>
        <w:t>(схоплюється обурений)</w:t>
      </w:r>
    </w:p>
    <w:p>
      <w:r>
        <w:br/>
        <w:t>Ти? Ти вступиш&lt;br /&gt;</w:t>
        <w:br/>
        <w:t>у хор панегіристів? Тую зграю&lt;br /&gt;</w:t>
        <w:br/>
        <w:t>запроданців, злочинців проти хисту?&lt;br /&gt;</w:t>
        <w:br/>
        <w:t>О, краще б ти навіки занімів,&lt;br /&gt;</w:t>
        <w:br/>
        <w:t>позбувся рук, оглух, ніж так упасти!&lt;br /&gt;</w:t>
        <w:br/>
        <w:t>І се був мій найкращий ученик!..</w:t>
      </w:r>
    </w:p>
    <w:p>
      <w:r>
        <w:br/>
        <w:t>Пауза.</w:t>
      </w:r>
    </w:p>
    <w:p>
      <w:r>
        <w:br/>
        <w:t>Х і л о н</w:t>
      </w:r>
    </w:p>
    <w:p>
      <w:r>
        <w:br/>
        <w:t>Учителю, прийми ж мою подяку...</w:t>
      </w:r>
    </w:p>
    <w:p>
      <w:r>
        <w:br/>
        <w:t>(Подає Антееві гроші, добувши з калитки).</w:t>
      </w:r>
    </w:p>
    <w:p>
      <w:r>
        <w:br/>
        <w:t>А н т е й</w:t>
      </w:r>
    </w:p>
    <w:p>
      <w:r>
        <w:br/>
        <w:t>(відштовхує його руку)</w:t>
      </w:r>
    </w:p>
    <w:p>
      <w:r>
        <w:br/>
        <w:t>Геть! Я тебе нічого не навчив!&lt;br /&gt;</w:t>
        <w:br/>
        <w:t>Іди з очей!</w:t>
      </w:r>
    </w:p>
    <w:p>
      <w:r>
        <w:br/>
        <w:t>Хілон, похнюпившись, виходить.</w:t>
      </w:r>
    </w:p>
    <w:p>
      <w:r>
        <w:br/>
        <w:t>Г е р м і о н а</w:t>
      </w:r>
    </w:p>
    <w:p>
      <w:r>
        <w:br/>
        <w:t>Даремне ти, Антею,&lt;br /&gt;</w:t>
        <w:br/>
        <w:t>не взяв від нього грошей. В нього батько&lt;br /&gt;</w:t>
        <w:br/>
        <w:t>сто раз від нас багатший. Сяк чи так,&lt;br /&gt;</w:t>
        <w:br/>
        <w:t>а се ж твоя заслуженина.</w:t>
      </w:r>
    </w:p>
    <w:p>
      <w:r>
        <w:br/>
        <w:t>А н т е й</w:t>
      </w:r>
    </w:p>
    <w:p>
      <w:r>
        <w:br/>
        <w:t>Мамо!&lt;br /&gt;</w:t>
        <w:br/>
        <w:t>Нічого я не заслужив, крім ганьби!</w:t>
      </w:r>
    </w:p>
    <w:p>
      <w:r>
        <w:br/>
        <w:t>Г е р м і о н а</w:t>
      </w:r>
    </w:p>
    <w:p>
      <w:r>
        <w:br/>
        <w:t>Немає за що ганити тебе,&lt;br /&gt;</w:t>
        <w:br/>
        <w:t>хіба за те, що ти свій заробіток&lt;br /&gt;</w:t>
        <w:br/>
        <w:t>пускаєш так на вітер. Справді, сину,&lt;br /&gt;</w:t>
        <w:br/>
        <w:t>ми зійдемо на пролетарський хліб.&lt;br /&gt;</w:t>
        <w:br/>
        <w:t>Чи буде ж добре, як твоя родина&lt;br /&gt;</w:t>
        <w:br/>
        <w:t>просити піде пайки дармової&lt;br /&gt;</w:t>
        <w:br/>
        <w:t>до тих римлян, що ти так ненавидиш?</w:t>
      </w:r>
    </w:p>
    <w:p>
      <w:r>
        <w:br/>
        <w:t>А н т е й</w:t>
      </w:r>
    </w:p>
    <w:p>
      <w:r>
        <w:br/>
        <w:t>Ще маєм хліба власного доволі.&lt;br /&gt;</w:t>
        <w:br/>
        <w:t>Не прогнівляй богів.</w:t>
      </w:r>
    </w:p>
    <w:p>
      <w:r>
        <w:br/>
        <w:t>Г е р м і о н а</w:t>
      </w:r>
    </w:p>
    <w:p>
      <w:r>
        <w:br/>
        <w:t>На все їх воля...&lt;br /&gt;</w:t>
        <w:br/>
        <w:t>Запевне, так хотілось Афродіті,&lt;br /&gt;</w:t>
        <w:br/>
        <w:t>щоб я замість багатої невістки&lt;br /&gt;</w:t>
        <w:br/>
        <w:t>дочку рабині-танцівниці мала&lt;br /&gt;</w:t>
        <w:br/>
        <w:t>прийняти в дім...</w:t>
      </w:r>
    </w:p>
    <w:p>
      <w:r>
        <w:br/>
        <w:t>А н т е й</w:t>
      </w:r>
    </w:p>
    <w:p>
      <w:r>
        <w:br/>
        <w:t>Ще не кінець докорам?</w:t>
      </w:r>
    </w:p>
    <w:p>
      <w:r>
        <w:br/>
        <w:t>Г е р м і о н а</w:t>
      </w:r>
    </w:p>
    <w:p>
      <w:r>
        <w:br/>
        <w:t>Се не докори, сину, тільки правда.&lt;br /&gt;</w:t>
        <w:br/>
        <w:t>Чи ти ж не дав на викуп за Нерісу&lt;br /&gt;</w:t>
        <w:br/>
        <w:t>всю спадщину по батьку й добру пайку&lt;br /&gt;</w:t>
        <w:br/>
        <w:t>свого зарібку?</w:t>
      </w:r>
    </w:p>
    <w:p>
      <w:r>
        <w:br/>
        <w:t>А н т е й</w:t>
      </w:r>
    </w:p>
    <w:p>
      <w:r>
        <w:br/>
        <w:t>Вже ж не Афродіту&lt;br /&gt;</w:t>
        <w:br/>
        <w:t>винуй у тому. Всі боги Еллади&lt;br /&gt;</w:t>
        <w:br/>
        <w:t>мені веліли викупить з неволі&lt;br /&gt;</w:t>
        <w:br/>
        <w:t>малу дитину еллінського роду.&lt;br /&gt;</w:t>
        <w:br/>
        <w:t>Адже могла б дістатися у рабство&lt;br /&gt;</w:t>
        <w:br/>
        <w:t>твоя дочка, моя сестра...</w:t>
      </w:r>
    </w:p>
    <w:p>
      <w:r>
        <w:br/>
        <w:t>Г е р м і о н а</w:t>
      </w:r>
    </w:p>
    <w:p>
      <w:r>
        <w:br/>
        <w:t>Ох,сину,&lt;br /&gt;</w:t>
        <w:br/>
        <w:t>до того мало що й тепер бракує!&lt;br /&gt;</w:t>
        <w:br/>
        <w:t>На викуп за Нерісу ми стяглися,&lt;br /&gt;</w:t>
        <w:br/>
        <w:t>але на посаг нашій Евфрозін!&lt;br /&gt;</w:t>
        <w:br/>
        <w:t>навряд чи стягнемось. А чим же доля&lt;br /&gt;</w:t>
        <w:br/>
        <w:t>старої дівки краща, ніж рабині?</w:t>
      </w:r>
    </w:p>
    <w:p>
      <w:r>
        <w:br/>
        <w:t>А н т е й</w:t>
      </w:r>
    </w:p>
    <w:p>
      <w:r>
        <w:br/>
        <w:t>Сестра моя й без посагу цінніша&lt;br /&gt;</w:t>
        <w:br/>
        <w:t>від всіх багацьких дочок.</w:t>
      </w:r>
    </w:p>
    <w:p>
      <w:r>
        <w:br/>
        <w:t>Г е р м і о н а</w:t>
      </w:r>
    </w:p>
    <w:p>
      <w:r>
        <w:br/>
        <w:t>Хто ж те знає?&lt;br /&gt;</w:t>
        <w:br/>
        <w:t>Вона ж у нас не ходить, як римлянка,&lt;br /&gt;</w:t>
        <w:br/>
        <w:t>по всіх усюдах. Завжди в гінекеї&lt;br /&gt;</w:t>
        <w:br/>
        <w:t>та все в роботі. А хоч би й пішла&lt;br /&gt;</w:t>
        <w:br/>
        <w:t>куди на свято, то в її уборах&lt;br /&gt;</w:t>
        <w:br/>
        <w:t>ніхто і не подивиться на неї.</w:t>
      </w:r>
    </w:p>
    <w:p>
      <w:r>
        <w:br/>
        <w:t>На дверях від гінекея стає Евфрозіна, але Герміона того не завважає і править далі.</w:t>
      </w:r>
    </w:p>
    <w:p>
      <w:r>
        <w:br/>
        <w:t>Неріса все причепуриться якось,&lt;br /&gt;</w:t>
        <w:br/>
        <w:t>а Евфрозіні то немає й стрічки.</w:t>
      </w:r>
    </w:p>
    <w:p>
      <w:r>
        <w:br/>
        <w:t>Е в ф р о з і н а</w:t>
      </w:r>
    </w:p>
    <w:p>
      <w:r>
        <w:br/>
        <w:t>(молода, але вже не юна, убрана по-буденному, видно, тільки що від роботи. Нахиляється і обіймає матір)</w:t>
      </w:r>
    </w:p>
    <w:p>
      <w:r>
        <w:br/>
        <w:t>Матусенько! Навіщо ті стрічки?&lt;br /&gt;</w:t>
        <w:br/>
        <w:t>Як є краса, то нащо їй покраси?&lt;br /&gt;</w:t>
        <w:br/>
        <w:t>А як нема, то стрічка не поможе!</w:t>
      </w:r>
    </w:p>
    <w:p>
      <w:r>
        <w:br/>
        <w:t>(Сміючись, цілує матір і випростується).</w:t>
      </w:r>
    </w:p>
    <w:p>
      <w:r>
        <w:br/>
        <w:t>Як, мамочко, заправить голуб'ята?&lt;br /&gt;</w:t>
        <w:br/>
        <w:t>Я вже зварила їх.</w:t>
      </w:r>
    </w:p>
    <w:p>
      <w:r>
        <w:br/>
        <w:t>Г е р м і о н а</w:t>
      </w:r>
    </w:p>
    <w:p>
      <w:r>
        <w:br/>
        <w:t>(встає)</w:t>
      </w:r>
    </w:p>
    <w:p>
      <w:r>
        <w:br/>
        <w:t>Не руш, не руш,&lt;br /&gt;</w:t>
        <w:br/>
        <w:t>я їх сама заправлю — ти не вмієш!</w:t>
      </w:r>
    </w:p>
    <w:p>
      <w:r>
        <w:br/>
        <w:t>(Поспішно йде в хату).</w:t>
      </w:r>
    </w:p>
    <w:p>
      <w:r>
        <w:br/>
        <w:t>Е в ф р о з і н а</w:t>
      </w:r>
    </w:p>
    <w:p>
      <w:r>
        <w:br/>
        <w:t>(підходить до Антея і кладе йому руку на плече)</w:t>
      </w:r>
    </w:p>
    <w:p>
      <w:r>
        <w:br/>
        <w:t>Чого ти, братику, так засмутився?&lt;br /&gt;</w:t>
        <w:br/>
        <w:t>Се знов матуся тута воркотіла?&lt;br /&gt;</w:t>
        <w:br/>
        <w:t>Ти не вважай — то вже стареча звичка.</w:t>
      </w:r>
    </w:p>
    <w:p>
      <w:r>
        <w:br/>
        <w:t>А н т е й</w:t>
      </w:r>
    </w:p>
    <w:p>
      <w:r>
        <w:br/>
        <w:t>(відповідає не одразу, мов не почув її слів. Слова після паузи прориваються у нього, мов не своєю силою)</w:t>
      </w:r>
    </w:p>
    <w:p>
      <w:r>
        <w:br/>
        <w:t>Хілон мене одбіг.</w:t>
      </w:r>
    </w:p>
    <w:p>
      <w:r>
        <w:br/>
        <w:t>Е в ф р о з і н а</w:t>
      </w:r>
    </w:p>
    <w:p>
      <w:r>
        <w:br/>
        <w:t>(здивована)</w:t>
      </w:r>
    </w:p>
    <w:p>
      <w:r>
        <w:br/>
        <w:t>З якої речі?</w:t>
      </w:r>
    </w:p>
    <w:p>
      <w:r>
        <w:br/>
        <w:t>А н т е й</w:t>
      </w:r>
    </w:p>
    <w:p>
      <w:r>
        <w:br/>
        <w:t>Вступити хоче в хор панегіристів.</w:t>
      </w:r>
    </w:p>
    <w:p>
      <w:r>
        <w:br/>
        <w:t>Е в ф р о з і н а</w:t>
      </w:r>
    </w:p>
    <w:p>
      <w:r>
        <w:br/>
        <w:t>Та що ти кажеш?!</w:t>
      </w:r>
    </w:p>
    <w:p>
      <w:r>
        <w:br/>
        <w:t>(На хвилину німіє з дива та обурення, потім опановує собою).</w:t>
      </w:r>
    </w:p>
    <w:p>
      <w:r>
        <w:br/>
        <w:t>Ба, я не дивую.&lt;br /&gt;</w:t>
        <w:br/>
        <w:t>Він розумом хисткий.</w:t>
      </w:r>
    </w:p>
    <w:p>
      <w:r>
        <w:br/>
        <w:t>А н т е й</w:t>
      </w:r>
    </w:p>
    <w:p>
      <w:r>
        <w:br/>
        <w:t>А таланом&lt;br /&gt;</w:t>
        <w:br/>
        <w:t>всіх переважив, мовби на наругу!</w:t>
      </w:r>
    </w:p>
    <w:p>
      <w:r>
        <w:br/>
        <w:t>Е в ф р о з і н а</w:t>
      </w:r>
    </w:p>
    <w:p>
      <w:r>
        <w:br/>
        <w:t>Мені здається, той Аполлодор,&lt;br /&gt;</w:t>
        <w:br/>
        <w:t>що втік до тебе з школи Мецената,&lt;br /&gt;</w:t>
        <w:br/>
        <w:t>Хілона й таланом переважає,&lt;br /&gt;</w:t>
        <w:br/>
        <w:t>не тільки розумом. Я наслухала,&lt;br /&gt;</w:t>
        <w:br/>
        <w:t>як він проказував із "Антігони"&lt;br /&gt;</w:t>
        <w:br/>
        <w:t>Гемонову промову — далебі,&lt;br /&gt;</w:t>
        <w:br/>
        <w:t>я ледве сльози здержати здолала!</w:t>
      </w:r>
    </w:p>
    <w:p>
      <w:r>
        <w:br/>
        <w:t>А н т е й</w:t>
      </w:r>
    </w:p>
    <w:p>
      <w:r>
        <w:br/>
        <w:t>(з лагідним усміхом, обіймаючи сестру за плечі)</w:t>
      </w:r>
    </w:p>
    <w:p>
      <w:r>
        <w:br/>
        <w:t>Бо ти сама у мене Антітона!&lt;br /&gt;</w:t>
        <w:br/>
        <w:t>Здається, я б Хілонові пробачив,&lt;br /&gt;</w:t>
        <w:br/>
        <w:t>якби він вчинок свій зробив для того,&lt;br /&gt;</w:t>
        <w:br/>
        <w:t>щоб вивести з біди таку сестру.</w:t>
      </w:r>
    </w:p>
    <w:p>
      <w:r>
        <w:br/>
        <w:t>Е в ф р о з і н а</w:t>
      </w:r>
    </w:p>
    <w:p>
      <w:r>
        <w:br/>
        <w:t>Зате вже я сестрі тій не простила б!</w:t>
      </w:r>
    </w:p>
    <w:p>
      <w:r>
        <w:br/>
        <w:t>А н т е й</w:t>
      </w:r>
    </w:p>
    <w:p>
      <w:r>
        <w:br/>
        <w:t>О, ти б не прийняла ні сеї жертви,&lt;br /&gt;</w:t>
        <w:br/>
        <w:t>ні іншої. Але, моя сестричко,&lt;br /&gt;</w:t>
        <w:br/>
        <w:t>якщо я хтів би стати багачем,&lt;br /&gt;</w:t>
        <w:br/>
        <w:t>то тільки задля тебе.</w:t>
      </w:r>
    </w:p>
    <w:p>
      <w:r>
        <w:br/>
        <w:t>Е в ф р о з і н а</w:t>
      </w:r>
    </w:p>
    <w:p>
      <w:r>
        <w:br/>
        <w:t>І даремне,&lt;br /&gt;</w:t>
        <w:br/>
        <w:t>бо я того не хочу</w:t>
      </w:r>
    </w:p>
    <w:p>
      <w:r>
        <w:br/>
        <w:t>(Сміється).</w:t>
      </w:r>
    </w:p>
    <w:p>
      <w:r>
        <w:br/>
        <w:t>Мама зараз&lt;br /&gt;</w:t>
        <w:br/>
        <w:t>мені б за гроші жениха купила,&lt;br /&gt;</w:t>
        <w:br/>
        <w:t>і, певне, то було б лихе придбання.</w:t>
      </w:r>
    </w:p>
    <w:p>
      <w:r>
        <w:br/>
        <w:t>А н т е й</w:t>
      </w:r>
    </w:p>
    <w:p>
      <w:r>
        <w:br/>
        <w:t>Та де вже там багатство! Хоч би міг я&lt;br /&gt;</w:t>
        <w:br/>
        <w:t>тебе від злиднів вибавить...</w:t>
      </w:r>
    </w:p>
    <w:p>
      <w:r>
        <w:br/>
        <w:t>Е в ф р о з і н а</w:t>
      </w:r>
    </w:p>
    <w:p>
      <w:r>
        <w:br/>
        <w:t>Від злиднів?&lt;br /&gt;</w:t>
        <w:br/>
        <w:t>А де ж ти бачиш їх?</w:t>
      </w:r>
    </w:p>
    <w:p>
      <w:r>
        <w:br/>
        <w:t>А н т е й</w:t>
      </w:r>
    </w:p>
    <w:p>
      <w:r>
        <w:br/>
        <w:t>Що я не бачу,&lt;br /&gt;</w:t>
        <w:br/>
        <w:t>то се завдячую тобі самій.</w:t>
      </w:r>
    </w:p>
    <w:p>
      <w:r>
        <w:br/>
        <w:t>Е в ф р о з і н а</w:t>
      </w:r>
    </w:p>
    <w:p>
      <w:r>
        <w:br/>
        <w:t>І мамі ж, і Нерісі.</w:t>
      </w:r>
    </w:p>
    <w:p>
      <w:r>
        <w:br/>
        <w:t>А н т е й</w:t>
      </w:r>
    </w:p>
    <w:p>
      <w:r>
        <w:br/>
        <w:t>Ні, ти знаєш...&lt;br /&gt;</w:t>
        <w:br/>
        <w:t>Матуся відробила вже своє...&lt;br /&gt;</w:t>
        <w:br/>
        <w:t>Що ж до Неріси...</w:t>
      </w:r>
    </w:p>
    <w:p>
      <w:r>
        <w:br/>
        <w:t>Е в ф р о з і н а</w:t>
      </w:r>
    </w:p>
    <w:p>
      <w:r>
        <w:br/>
        <w:t>Їй ще час робити.&lt;br /&gt;</w:t>
        <w:br/>
        <w:t>Невже твоє життя таке солодке,&lt;br /&gt;</w:t>
        <w:br/>
        <w:t>що і медовий місяць в ньому зайвий?</w:t>
      </w:r>
    </w:p>
    <w:p>
      <w:r>
        <w:br/>
        <w:t>А н т е й</w:t>
      </w:r>
    </w:p>
    <w:p>
      <w:r>
        <w:br/>
        <w:t>Мені мов сором тішитися щастям,&lt;br /&gt;</w:t>
        <w:br/>
        <w:t>як здумаю, що ти за нього платиш&lt;br /&gt;</w:t>
        <w:br/>
        <w:t>тяжкою працею... Ми маєм щастя,&lt;br /&gt;</w:t>
        <w:br/>
        <w:t>а ти що маєш тут у рідній хаті?</w:t>
      </w:r>
    </w:p>
    <w:p>
      <w:r>
        <w:br/>
        <w:t>Е в ф р о з і н а</w:t>
      </w:r>
    </w:p>
    <w:p>
      <w:r>
        <w:br/>
        <w:t>Я маю брата. І нехай довіку&lt;br /&gt;</w:t>
        <w:br/>
        <w:t>я дівуватиму — я не позаздрю&lt;br /&gt;</w:t>
        <w:br/>
        <w:t>ані жінкам, ні матерям щасливим,&lt;br /&gt;</w:t>
        <w:br/>
        <w:t>бо їх любов лиш їх родині служить,&lt;br /&gt;</w:t>
        <w:br/>
        <w:t>моя ж — Елладі всій. В тобі, Антею,&lt;br /&gt;</w:t>
        <w:br/>
        <w:t>уся надія наша.</w:t>
      </w:r>
    </w:p>
    <w:p>
      <w:r>
        <w:br/>
        <w:t>А н т е й</w:t>
      </w:r>
    </w:p>
    <w:p>
      <w:r>
        <w:br/>
        <w:t>Евфрозіно,&lt;br /&gt;</w:t>
        <w:br/>
        <w:t>як можна всю надію покладати&lt;br /&gt;</w:t>
        <w:br/>
        <w:t>в комусь одному?</w:t>
      </w:r>
    </w:p>
    <w:p>
      <w:r>
        <w:br/>
        <w:t>Е в ф р о з і н а</w:t>
      </w:r>
    </w:p>
    <w:p>
      <w:r>
        <w:br/>
        <w:t>Аполлон один&lt;br /&gt;</w:t>
        <w:br/>
        <w:t>з усіх богів не розлюбив Еллади,&lt;br /&gt;</w:t>
        <w:br/>
        <w:t>і є ще їй надія на життя.&lt;br /&gt;</w:t>
        <w:br/>
        <w:t>А поки Аполлон є на Парнасі,&lt;br /&gt;</w:t>
        <w:br/>
        <w:t>то й музи будуть з ним.</w:t>
      </w:r>
    </w:p>
    <w:p>
      <w:r>
        <w:br/>
        <w:t>А н т е й</w:t>
      </w:r>
    </w:p>
    <w:p>
      <w:r>
        <w:br/>
        <w:t>(з усміхом)</w:t>
      </w:r>
    </w:p>
    <w:p>
      <w:r>
        <w:br/>
        <w:t>Я не безславний,&lt;br /&gt;</w:t>
        <w:br/>
        <w:t>хоч ти одна мені даєш тріумфи,&lt;br /&gt;</w:t>
        <w:br/>
        <w:t>бо ти для мене Ніке!</w:t>
      </w:r>
    </w:p>
    <w:p>
      <w:r>
        <w:br/>
        <w:t>Е в ф р о з і н а</w:t>
      </w:r>
    </w:p>
    <w:p>
      <w:r>
        <w:br/>
        <w:t>Ніке мусить&lt;br /&gt;</w:t>
        <w:br/>
        <w:t>свою роботу знати. Постривай.</w:t>
      </w:r>
    </w:p>
    <w:p>
      <w:r>
        <w:br/>
        <w:t>(Виломлює з лаврового куща дві галузки, зв'язує їх у вінець і стає на посгаменті колони в позі богині перемоги Ніке, простягнувши руку з вінцем).</w:t>
      </w:r>
    </w:p>
    <w:p>
      <w:r>
        <w:br/>
        <w:t>Ходи сюди! Схили прегорде чоло!</w:t>
      </w:r>
    </w:p>
    <w:p>
      <w:r>
        <w:br/>
        <w:t>Антей підходить, все усміхаючись, і схиляє голову перед Евфрозіною, а в неї усміх бореться з сльозами щирого зворушення, коли вона кладе братові лаври на голову.</w:t>
      </w:r>
    </w:p>
    <w:p>
      <w:r>
        <w:br/>
        <w:t>Н е р і с а</w:t>
      </w:r>
    </w:p>
    <w:p>
      <w:r>
        <w:br/>
        <w:t>(молоденька, струнка, надзвичайно зграбна, чепурненько вбрана, стає на порозі гінекея і здивовано скрикує)</w:t>
      </w:r>
    </w:p>
    <w:p>
      <w:r>
        <w:br/>
        <w:t>Се що таке?</w:t>
      </w:r>
    </w:p>
    <w:p>
      <w:r>
        <w:br/>
        <w:t>Евфрозіна засоромлена, зіскакує з постаменту.</w:t>
      </w:r>
    </w:p>
    <w:p>
      <w:r>
        <w:br/>
        <w:t>А н т е й</w:t>
      </w:r>
    </w:p>
    <w:p>
      <w:r>
        <w:br/>
        <w:t>Се Ніке увінчала&lt;br /&gt;</w:t>
        <w:br/>
        <w:t>свого поета. А коли й харіта&lt;br /&gt;</w:t>
        <w:br/>
        <w:t>йому додасть гранату чи троянду,&lt;br /&gt;</w:t>
        <w:br/>
        <w:t>він буде обдарований усім,&lt;br /&gt;</w:t>
        <w:br/>
        <w:t>чого дозволено бажати смертним.</w:t>
      </w:r>
    </w:p>
    <w:p>
      <w:r>
        <w:br/>
        <w:t>Е в ф р о з і н а</w:t>
      </w:r>
    </w:p>
    <w:p>
      <w:r>
        <w:br/>
        <w:t>(почуваючи себе ніяково під холодним поглядом Неріси)</w:t>
      </w:r>
    </w:p>
    <w:p>
      <w:r>
        <w:br/>
        <w:t>Троянда он цвіте...</w:t>
      </w:r>
    </w:p>
    <w:p>
      <w:r>
        <w:br/>
        <w:t>(До Антея).</w:t>
      </w:r>
    </w:p>
    <w:p>
      <w:r>
        <w:br/>
        <w:t>Одначе Ніке&lt;br /&gt;</w:t>
        <w:br/>
        <w:t>до кухні мусить — помогти матусі, —&lt;br /&gt;</w:t>
        <w:br/>
        <w:t>бо в нас сьогодні оргія правдива:&lt;br /&gt;</w:t>
        <w:br/>
        <w:t>купили риби, а якраз вам тітка&lt;br /&gt;</w:t>
        <w:br/>
        <w:t>дала вина і пару голуб'яток.&lt;br /&gt;</w:t>
        <w:br/>
        <w:t>Як я ще напечу медяників,&lt;br /&gt;</w:t>
        <w:br/>
        <w:t>то й Меценат на оргію позаздрить!</w:t>
      </w:r>
    </w:p>
    <w:p>
      <w:r>
        <w:br/>
        <w:t>(З трохи примушеним сміхом зникає в дверях гінекея).</w:t>
      </w:r>
    </w:p>
    <w:p>
      <w:r>
        <w:br/>
        <w:t>Н е р і с а</w:t>
      </w:r>
    </w:p>
    <w:p>
      <w:r>
        <w:br/>
        <w:t>Чудна та Евфрозіна — все їй смішки!</w:t>
      </w:r>
    </w:p>
    <w:p>
      <w:r>
        <w:br/>
        <w:t>А н т е й</w:t>
      </w:r>
    </w:p>
    <w:p>
      <w:r>
        <w:br/>
        <w:t>Що ж, молода...</w:t>
      </w:r>
    </w:p>
    <w:p>
      <w:r>
        <w:br/>
        <w:t>(Здіймає лаври з голови, держить їх в руці, в дальшій розмові кладе на лавці коло себе, сівши).</w:t>
      </w:r>
    </w:p>
    <w:p>
      <w:r>
        <w:br/>
        <w:t>Н е р і с а</w:t>
      </w:r>
    </w:p>
    <w:p>
      <w:r>
        <w:br/>
        <w:t>Та я ж, либонь, молодша,&lt;br /&gt;</w:t>
        <w:br/>
        <w:t>проте...</w:t>
      </w:r>
    </w:p>
    <w:p>
      <w:r>
        <w:br/>
        <w:t>А н т е й</w:t>
      </w:r>
    </w:p>
    <w:p>
      <w:r>
        <w:br/>
        <w:t>"Проте часами хмерую", —&lt;br /&gt;</w:t>
        <w:br/>
        <w:t>так хтіла ти сказати?</w:t>
      </w:r>
    </w:p>
    <w:p>
      <w:r>
        <w:br/>
        <w:t>(Сміючись, обіймає її, вона здержено приймає його пестощі).</w:t>
      </w:r>
    </w:p>
    <w:p>
      <w:r>
        <w:br/>
        <w:t>Що тобі?&lt;br /&gt;</w:t>
        <w:br/>
        <w:t>Нездужаєш чи хто тебе образив?</w:t>
      </w:r>
    </w:p>
    <w:p>
      <w:r>
        <w:br/>
        <w:t>Н е р і с а</w:t>
      </w:r>
    </w:p>
    <w:p>
      <w:r>
        <w:br/>
        <w:t>А ти й не знаєш? Певне, вже й сусіди&lt;br /&gt;</w:t>
        <w:br/>
        <w:t>напам'ять вивчили оту промову.&lt;br /&gt;</w:t>
        <w:br/>
        <w:t>про викуп мій, про посаг Евфрозіни,&lt;br /&gt;</w:t>
        <w:br/>
        <w:t>що мати виголошує щодня.</w:t>
      </w:r>
    </w:p>
    <w:p>
      <w:r>
        <w:br/>
        <w:t>А н т е й</w:t>
      </w:r>
    </w:p>
    <w:p>
      <w:r>
        <w:br/>
        <w:t>Уже й щодня!</w:t>
      </w:r>
    </w:p>
    <w:p>
      <w:r>
        <w:br/>
        <w:t>Н е р і с а</w:t>
      </w:r>
    </w:p>
    <w:p>
      <w:r>
        <w:br/>
        <w:t>Та що ж, в тому є правда.&lt;br /&gt;</w:t>
        <w:br/>
        <w:t>Мені самій ніяково дивитись&lt;br /&gt;</w:t>
        <w:br/>
        <w:t>у вічі Евфрозіні.</w:t>
      </w:r>
    </w:p>
    <w:p>
      <w:r>
        <w:br/>
        <w:t>А н т е й</w:t>
      </w:r>
    </w:p>
    <w:p>
      <w:r>
        <w:br/>
        <w:t>Евфрозіна&lt;br /&gt;</w:t>
        <w:br/>
        <w:t>тебе ні в чім не винуватить.</w:t>
      </w:r>
    </w:p>
    <w:p>
      <w:r>
        <w:br/>
        <w:t>Н е р і с а</w:t>
      </w:r>
    </w:p>
    <w:p>
      <w:r>
        <w:br/>
        <w:t>Знаю.&lt;br /&gt;</w:t>
        <w:br/>
        <w:t>Вона недарма в тебе Антігона...</w:t>
      </w:r>
    </w:p>
    <w:p>
      <w:r>
        <w:br/>
        <w:t>А н т е й</w:t>
      </w:r>
    </w:p>
    <w:p>
      <w:r>
        <w:br/>
        <w:t>Нерісочко! От се вже справді сором, —&lt;br /&gt;</w:t>
        <w:br/>
        <w:t>підслухати, а потім ще й корити.</w:t>
      </w:r>
    </w:p>
    <w:p>
      <w:r>
        <w:br/>
        <w:t>Н е р і с а</w:t>
      </w:r>
    </w:p>
    <w:p>
      <w:r>
        <w:br/>
        <w:t>Підслухати! В нас не такі палати,&lt;br /&gt;</w:t>
        <w:br/>
        <w:t>щоб не було з кутка в куток все чутно!</w:t>
      </w:r>
    </w:p>
    <w:p>
      <w:r>
        <w:br/>
        <w:t>А н т е й</w:t>
      </w:r>
    </w:p>
    <w:p>
      <w:r>
        <w:br/>
        <w:t>(трохи вражений)</w:t>
      </w:r>
    </w:p>
    <w:p>
      <w:r>
        <w:br/>
        <w:t>Палати є тепер лиш у римлян.&lt;br /&gt;</w:t>
        <w:br/>
        <w:t>Було тобі піти за Мецената.</w:t>
      </w:r>
    </w:p>
    <w:p>
      <w:r>
        <w:br/>
        <w:t>Н е р і с а</w:t>
      </w:r>
    </w:p>
    <w:p>
      <w:r>
        <w:br/>
        <w:t>(лагідніше, ніж досі)</w:t>
      </w:r>
    </w:p>
    <w:p>
      <w:r>
        <w:br/>
        <w:t>Я не корю тебе, що ти убогий,&lt;br /&gt;</w:t>
        <w:br/>
        <w:t>але яка ж дружина не бажає&lt;br /&gt;</w:t>
        <w:br/>
        <w:t>своєму чоловікові достатків?</w:t>
      </w:r>
    </w:p>
    <w:p>
      <w:r>
        <w:br/>
        <w:t>А н т е й</w:t>
      </w:r>
    </w:p>
    <w:p>
      <w:r>
        <w:br/>
        <w:t>Ну і собі при тому.</w:t>
      </w:r>
    </w:p>
    <w:p>
      <w:r>
        <w:br/>
        <w:t>Н е р і с а</w:t>
      </w:r>
    </w:p>
    <w:p>
      <w:r>
        <w:br/>
        <w:t>І собі.&lt;br /&gt;</w:t>
        <w:br/>
        <w:t>Хіба то зле? Я справді не вдалася&lt;br /&gt;</w:t>
        <w:br/>
        <w:t>до того, щоб весь день в ярмі ходити&lt;br /&gt;</w:t>
        <w:br/>
        <w:t>так, як твоя сестра.</w:t>
      </w:r>
    </w:p>
    <w:p>
      <w:r>
        <w:br/>
        <w:t>А н т е й</w:t>
      </w:r>
    </w:p>
    <w:p>
      <w:r>
        <w:br/>
        <w:t>Ти ж і не ходиш.</w:t>
      </w:r>
    </w:p>
    <w:p>
      <w:r>
        <w:br/>
        <w:t>Н е р і с а</w:t>
      </w:r>
    </w:p>
    <w:p>
      <w:r>
        <w:br/>
        <w:t>А думаєш, мені від того легше?</w:t>
      </w:r>
    </w:p>
    <w:p>
      <w:r>
        <w:br/>
        <w:t>А н т е й</w:t>
      </w:r>
    </w:p>
    <w:p>
      <w:r>
        <w:br/>
        <w:t>Якби не легше, ти б сама робила.</w:t>
      </w:r>
    </w:p>
    <w:p>
      <w:r>
        <w:br/>
        <w:t>Н е р і с а</w:t>
      </w:r>
    </w:p>
    <w:p>
      <w:r>
        <w:br/>
        <w:t>В людей на те рабині є...</w:t>
      </w:r>
    </w:p>
    <w:p>
      <w:r>
        <w:br/>
        <w:t>А н т е й</w:t>
      </w:r>
    </w:p>
    <w:p>
      <w:r>
        <w:br/>
        <w:t>Нерісо,&lt;br /&gt;</w:t>
        <w:br/>
        <w:t>від тебе трохи дивно сеє чути.</w:t>
      </w:r>
    </w:p>
    <w:p>
      <w:r>
        <w:br/>
        <w:t>Н е р і с а</w:t>
      </w:r>
    </w:p>
    <w:p>
      <w:r>
        <w:br/>
        <w:t>Бо я сама рабинею була?&lt;br /&gt;</w:t>
        <w:br/>
        <w:t>Так що ж, я б і на волі заробляла&lt;br /&gt;</w:t>
        <w:br/>
        <w:t>тим, чим тоді, якби ти допустив.&lt;br /&gt;</w:t>
        <w:br/>
        <w:t>Як я тепер нікому не потрібна,&lt;br /&gt;</w:t>
        <w:br/>
        <w:t>всім на заваді, мов поріг високий,&lt;br /&gt;</w:t>
        <w:br/>
        <w:t>то з того винен ти!</w:t>
      </w:r>
    </w:p>
    <w:p>
      <w:r>
        <w:br/>
        <w:t>А н т е й</w:t>
      </w:r>
    </w:p>
    <w:p>
      <w:r>
        <w:br/>
        <w:t>Ну, годі, люба...</w:t>
      </w:r>
    </w:p>
    <w:p>
      <w:r>
        <w:br/>
        <w:t>Н е р і с а</w:t>
      </w:r>
    </w:p>
    <w:p>
      <w:r>
        <w:br/>
        <w:t>Дозволь мені вступити до театру,&lt;br /&gt;</w:t>
        <w:br/>
        <w:t>то я твою сестру озолочу&lt;br /&gt;</w:t>
        <w:br/>
        <w:t>і буду матері невістка люба,&lt;br /&gt;</w:t>
        <w:br/>
        <w:t>бо, певне, більше зароблю за танці,&lt;br /&gt;</w:t>
        <w:br/>
        <w:t>ніж ти за спів та за науку хисту.</w:t>
      </w:r>
    </w:p>
    <w:p>
      <w:r>
        <w:br/>
        <w:t>А н т е й</w:t>
      </w:r>
    </w:p>
    <w:p>
      <w:r>
        <w:br/>
        <w:t>Нерісо, годі! Се твій жаль говорить,&lt;br /&gt;</w:t>
        <w:br/>
        <w:t>і з сього справді винен я. Прости!</w:t>
      </w:r>
    </w:p>
    <w:p>
      <w:r>
        <w:br/>
        <w:t>(Цілує її, вона прихиляється до нього з виразом невинно ображеної дитини).</w:t>
      </w:r>
    </w:p>
    <w:p>
      <w:r>
        <w:br/>
        <w:t>Моя кохана! Скарбе мій! Не дам,&lt;br /&gt;</w:t>
        <w:br/>
        <w:t>не дам тебе юрбі тій безсоромній!&lt;br /&gt;</w:t>
        <w:br/>
        <w:t>Не підеш ти на оргії до неї, —&lt;br /&gt;</w:t>
        <w:br/>
        <w:t>вона не тямить, що то є правдива&lt;br /&gt;</w:t>
        <w:br/>
        <w:t>святая оргія, встанова божа!</w:t>
      </w:r>
    </w:p>
    <w:p>
      <w:r>
        <w:br/>
        <w:t>Н е р і с а</w:t>
      </w:r>
    </w:p>
    <w:p>
      <w:r>
        <w:br/>
        <w:t>Ти був коли на оргії?</w:t>
      </w:r>
    </w:p>
    <w:p>
      <w:r>
        <w:br/>
        <w:t>А н т е й</w:t>
      </w:r>
    </w:p>
    <w:p>
      <w:r>
        <w:br/>
        <w:t>Давно.&lt;br /&gt;</w:t>
        <w:br/>
        <w:t>Ще підлітком. Ще як була в Корінфі&lt;br /&gt;</w:t>
        <w:br/>
        <w:t>гетерія співців, таємна, звісно,&lt;br /&gt;</w:t>
        <w:br/>
        <w:t>бо всяке ж товариство є злочин,&lt;br /&gt;</w:t>
        <w:br/>
        <w:t>на римську думку.</w:t>
      </w:r>
    </w:p>
    <w:p>
      <w:r>
        <w:br/>
        <w:t>Н е р і с а</w:t>
      </w:r>
    </w:p>
    <w:p>
      <w:r>
        <w:br/>
        <w:t>Що ж? І дуже пишні&lt;br /&gt;</w:t>
        <w:br/>
        <w:t>були в вас оргії?</w:t>
      </w:r>
    </w:p>
    <w:p>
      <w:r>
        <w:br/>
        <w:t>А н т е й</w:t>
      </w:r>
    </w:p>
    <w:p>
      <w:r>
        <w:br/>
        <w:t>Зважай сама.&lt;br /&gt;</w:t>
        <w:br/>
        <w:t>Збирались ми все по таких господах,&lt;br /&gt;</w:t>
        <w:br/>
        <w:t>як-от моя...</w:t>
      </w:r>
    </w:p>
    <w:p>
      <w:r>
        <w:br/>
        <w:t>Н е р і с а</w:t>
      </w:r>
    </w:p>
    <w:p>
      <w:r>
        <w:br/>
        <w:t>(розчаровано)</w:t>
      </w:r>
    </w:p>
    <w:p>
      <w:r>
        <w:br/>
        <w:t>Ах, так!..</w:t>
      </w:r>
    </w:p>
    <w:p>
      <w:r>
        <w:br/>
        <w:t>А н т е й</w:t>
      </w:r>
    </w:p>
    <w:p>
      <w:r>
        <w:br/>
        <w:t>У нас в кратерах&lt;br /&gt;</w:t>
        <w:br/>
        <w:t>вода все панувала над вином.&lt;br /&gt;</w:t>
        <w:br/>
        <w:t>Квітки бували в нас лише в ту пору,&lt;br /&gt;</w:t>
        <w:br/>
        <w:t>коли вони цвіли в садках та в полі,&lt;br /&gt;</w:t>
        <w:br/>
        <w:t>а як верталась в тартар Персефона,&lt;br /&gt;</w:t>
        <w:br/>
        <w:t>то забирала нам усі покраси.</w:t>
      </w:r>
    </w:p>
    <w:p>
      <w:r>
        <w:br/>
        <w:t>Н е р і с а</w:t>
      </w:r>
    </w:p>
    <w:p>
      <w:r>
        <w:br/>
        <w:t>Хіба ж бувають оргії без квітів?</w:t>
      </w:r>
    </w:p>
    <w:p>
      <w:r>
        <w:br/>
        <w:t>А н т е й</w:t>
      </w:r>
    </w:p>
    <w:p>
      <w:r>
        <w:br/>
        <w:t>У нас бували, ще й які буйні!</w:t>
      </w:r>
    </w:p>
    <w:p>
      <w:r>
        <w:br/>
        <w:t>Н е р і с а</w:t>
      </w:r>
    </w:p>
    <w:p>
      <w:r>
        <w:br/>
        <w:t>Але ж вони були таємні, кажеш?&lt;br /&gt;</w:t>
        <w:br/>
        <w:t>То як же буйних оргій тих не чули&lt;br /&gt;</w:t>
        <w:br/>
        <w:t>знадвору люди?</w:t>
      </w:r>
    </w:p>
    <w:p>
      <w:r>
        <w:br/>
        <w:t>А н т е й</w:t>
      </w:r>
    </w:p>
    <w:p>
      <w:r>
        <w:br/>
        <w:t>Чи ж вони могли&lt;br /&gt;</w:t>
        <w:br/>
        <w:t>знадвору чути, як серця в нас б'ються?&lt;br /&gt;</w:t>
        <w:br/>
        <w:t>Чи ж сяйво наших поглядів проймало&lt;br /&gt;</w:t>
        <w:br/>
        <w:t>камінні мури та запони щільні?</w:t>
      </w:r>
    </w:p>
    <w:p>
      <w:r>
        <w:br/>
        <w:t>Н е р і с а</w:t>
      </w:r>
    </w:p>
    <w:p>
      <w:r>
        <w:br/>
        <w:t>А ваші співи?</w:t>
      </w:r>
    </w:p>
    <w:p>
      <w:r>
        <w:br/>
        <w:t>А н т е й</w:t>
      </w:r>
    </w:p>
    <w:p>
      <w:r>
        <w:br/>
        <w:t>О, вони були&lt;br /&gt;</w:t>
        <w:br/>
        <w:t>потужнії натхненням, а не гуком.&lt;br /&gt;</w:t>
        <w:br/>
        <w:t>І в стриманім зітханні тихих струн&lt;br /&gt;</w:t>
        <w:br/>
        <w:t>ми вгадувати вміли урагани,&lt;br /&gt;</w:t>
        <w:br/>
        <w:t>що нуртували в грудях у співця.&lt;br /&gt;</w:t>
        <w:br/>
        <w:t>В нас буйні кучері були, мов тірси,&lt;br /&gt;</w:t>
        <w:br/>
        <w:t>гукали погляди: "Еvoe Bacch!"*&lt;br /&gt;</w:t>
        <w:br/>
        <w:t>Хоч би сама вода була в кратерах,&lt;br /&gt;</w:t>
        <w:br/>
        <w:t>ми ще б розходились додому п'яні.&lt;br /&gt;</w:t>
        <w:br/>
        <w:t>О, я хотів, щоб ти хоч раз попала&lt;br /&gt;</w:t>
        <w:br/>
        <w:t>на оргію таку! В святім безумстві&lt;br /&gt;</w:t>
        <w:br/>
        <w:t>ти б у танку зайшлася, як менада!</w:t>
      </w:r>
    </w:p>
    <w:p>
      <w:r>
        <w:br/>
        <w:t>* Хай живе Вакх! (Лат.) — Ред.</w:t>
      </w:r>
    </w:p>
    <w:p>
      <w:r>
        <w:br/>
        <w:t>Н е р і с а</w:t>
      </w:r>
    </w:p>
    <w:p>
      <w:r>
        <w:br/>
        <w:t>Бувала я на оргіях не раз.</w:t>
      </w:r>
    </w:p>
    <w:p>
      <w:r>
        <w:br/>
        <w:t>А н т е й</w:t>
      </w:r>
    </w:p>
    <w:p>
      <w:r>
        <w:br/>
        <w:t>Але не на таких!</w:t>
      </w:r>
    </w:p>
    <w:p>
      <w:r>
        <w:br/>
        <w:t>Н е р і с а</w:t>
      </w:r>
    </w:p>
    <w:p>
      <w:r>
        <w:br/>
        <w:t>Либонь, на кращих.</w:t>
      </w:r>
    </w:p>
    <w:p>
      <w:r>
        <w:br/>
        <w:t>А н т е й</w:t>
      </w:r>
    </w:p>
    <w:p>
      <w:r>
        <w:br/>
        <w:t>Того не може бути.</w:t>
      </w:r>
    </w:p>
    <w:p>
      <w:r>
        <w:br/>
        <w:t>Н е р і с а</w:t>
      </w:r>
    </w:p>
    <w:p>
      <w:r>
        <w:br/>
        <w:t>Я не знаю,&lt;br /&gt;</w:t>
        <w:br/>
        <w:t>які були ті ваші, але тії,&lt;br /&gt;</w:t>
        <w:br/>
        <w:t>що я на їх дитиною ходила,&lt;br /&gt;</w:t>
        <w:br/>
        <w:t>були мов сни розкішні.</w:t>
      </w:r>
    </w:p>
    <w:p>
      <w:r>
        <w:br/>
        <w:t>А н т е й</w:t>
      </w:r>
    </w:p>
    <w:p>
      <w:r>
        <w:br/>
        <w:t>Се злочин —&lt;br /&gt;</w:t>
        <w:br/>
        <w:t>на оргії такі дітей водити!&lt;br /&gt;</w:t>
        <w:br/>
        <w:t>Н е рі с а&lt;br /&gt;</w:t>
        <w:br/>
        <w:t>Моя матуся мусила.</w:t>
      </w:r>
    </w:p>
    <w:p>
      <w:r>
        <w:br/>
        <w:t>А н т е й</w:t>
      </w:r>
    </w:p>
    <w:p>
      <w:r>
        <w:br/>
        <w:t>Я знаю...&lt;br /&gt;</w:t>
        <w:br/>
        <w:t>Пробач, я мовив нерозумне слово.&lt;br /&gt;</w:t>
        <w:br/>
        <w:t>Повинен би я тямити, як тяжко&lt;br /&gt;</w:t>
        <w:br/>
        <w:t>рабині-танцівниці серце рвалось,&lt;br /&gt;</w:t>
        <w:br/>
        <w:t>коли вона свою єдину доню,&lt;br /&gt;</w:t>
        <w:br/>
        <w:t>що ледве виросла із немовляток,&lt;br /&gt;</w:t>
        <w:br/>
        <w:t>вела на те позорище.</w:t>
      </w:r>
    </w:p>
    <w:p>
      <w:r>
        <w:br/>
        <w:t>Н е р і с а</w:t>
      </w:r>
    </w:p>
    <w:p>
      <w:r>
        <w:br/>
        <w:t>Нічого&lt;br /&gt;</w:t>
        <w:br/>
        <w:t>мені про те матуся не казала.&lt;br /&gt;</w:t>
        <w:br/>
        <w:t>Я завжди йшла на оргію весела,&lt;br /&gt;</w:t>
        <w:br/>
        <w:t>там ласощів я їла досхочу,&lt;br /&gt;</w:t>
        <w:br/>
        <w:t>та й забавки перепадали часом,&lt;br /&gt;</w:t>
        <w:br/>
        <w:t>бо гості пестили мене...</w:t>
      </w:r>
    </w:p>
    <w:p>
      <w:r>
        <w:br/>
        <w:t>А н т е й</w:t>
      </w:r>
    </w:p>
    <w:p>
      <w:r>
        <w:br/>
        <w:t>Не згадуй!&lt;br /&gt;</w:t>
        <w:br/>
        <w:t>Аж холодно, як здумаю... Запевне,&lt;br /&gt;</w:t>
        <w:br/>
        <w:t>ті їхні пестощі були масні&lt;br /&gt;</w:t>
        <w:br/>
        <w:t>і кожне слово брудом перейнято!</w:t>
      </w:r>
    </w:p>
    <w:p>
      <w:r>
        <w:br/>
        <w:t>Н е р і с а</w:t>
      </w:r>
    </w:p>
    <w:p>
      <w:r>
        <w:br/>
        <w:t>Не знаю, я тоді не розуміла&lt;br /&gt;</w:t>
        <w:br/>
        <w:t>ні слів масних, ні поглядів брудних,&lt;br /&gt;</w:t>
        <w:br/>
        <w:t>але красу я тямила й малою,&lt;br /&gt;</w:t>
        <w:br/>
        <w:t>і серденько тремтіло від хвали,&lt;br /&gt;</w:t>
        <w:br/>
        <w:t>як струночка під плектроном на лірі.&lt;br /&gt;</w:t>
        <w:br/>
        <w:t>На примості високім ми обидві&lt;br /&gt;</w:t>
        <w:br/>
        <w:t>були немов веселки — більша й менша —&lt;br /&gt;</w:t>
        <w:br/>
        <w:t>на ясній верховині. Покривала,&lt;br /&gt;</w:t>
        <w:br/>
        <w:t>прозорі та барвисті, легким луком&lt;br /&gt;</w:t>
        <w:br/>
        <w:t>перекидалися понад хмаринки&lt;br /&gt;</w:t>
        <w:br/>
        <w:t>злотистих курев запашних. Тоді&lt;br /&gt;</w:t>
        <w:br/>
        <w:t>мені здавалося, що я танцюю&lt;br /&gt;</w:t>
        <w:br/>
        <w:t>на хмароньках небесних, а з землі&lt;br /&gt;</w:t>
        <w:br/>
        <w:t>до мене долітають тільки квіти.&lt;br /&gt;</w:t>
        <w:br/>
        <w:t>То гості кидали до нас квітки,&lt;br /&gt;</w:t>
        <w:br/>
        <w:t>не тямлячись від захвату палкого...</w:t>
      </w:r>
    </w:p>
    <w:p>
      <w:r>
        <w:br/>
        <w:t>А н т е й</w:t>
      </w:r>
    </w:p>
    <w:p>
      <w:r>
        <w:br/>
        <w:t>А в тих квітках ховався невидимий&lt;br /&gt;</w:t>
        <w:br/>
        <w:t>холодний гад розпусти і зневаги.</w:t>
      </w:r>
    </w:p>
    <w:p>
      <w:r>
        <w:br/>
        <w:t>Н е р і с а</w:t>
      </w:r>
    </w:p>
    <w:p>
      <w:r>
        <w:br/>
        <w:t>Кажу ж тобі, що я того не знала!</w:t>
      </w:r>
    </w:p>
    <w:p>
      <w:r>
        <w:br/>
        <w:t>А н т е й</w:t>
      </w:r>
    </w:p>
    <w:p>
      <w:r>
        <w:br/>
        <w:t>Але тепер ти знаєш, чим бувають&lt;br /&gt;</w:t>
        <w:br/>
        <w:t>рабині-танцівниці для римлян,&lt;br /&gt;</w:t>
        <w:br/>
        <w:t>і тямиш добре, що тебе спіткало б,&lt;br /&gt;</w:t>
        <w:br/>
        <w:t>якби ти серед оргій тих зросла&lt;br /&gt;</w:t>
        <w:br/>
        <w:t>так, як твоя матуся нещаслива,&lt;br /&gt;</w:t>
        <w:br/>
        <w:t>що згинула, мов забавка розбита,&lt;br /&gt;</w:t>
        <w:br/>
        <w:t>у забутті, в недузі та в погорді.</w:t>
      </w:r>
    </w:p>
    <w:p>
      <w:r>
        <w:br/>
        <w:t>Н е р і с а</w:t>
      </w:r>
    </w:p>
    <w:p>
      <w:r>
        <w:br/>
        <w:t>Я тямлю, що тобі я винна дяку.&lt;br /&gt;</w:t>
        <w:br/>
        <w:t>Не бійся, я того не забуваю.</w:t>
      </w:r>
    </w:p>
    <w:p>
      <w:r>
        <w:br/>
        <w:t>А н т е й</w:t>
      </w:r>
    </w:p>
    <w:p>
      <w:r>
        <w:br/>
        <w:t>Нерісо! Чи того ж я потребую?</w:t>
      </w:r>
    </w:p>
    <w:p>
      <w:r>
        <w:br/>
        <w:t>Н е р і с а</w:t>
      </w:r>
    </w:p>
    <w:p>
      <w:r>
        <w:br/>
        <w:t>Ні-ні, я не повинна забувати,&lt;br /&gt;</w:t>
        <w:br/>
        <w:t>що ти зробив людиною мене,&lt;br /&gt;</w:t>
        <w:br/>
        <w:t>"маленьку мавпочку з Танагри".</w:t>
      </w:r>
    </w:p>
    <w:p>
      <w:r>
        <w:br/>
        <w:t>А н т е й</w:t>
      </w:r>
    </w:p>
    <w:p>
      <w:r>
        <w:br/>
        <w:t>Годі!&lt;br /&gt;</w:t>
        <w:br/>
        <w:t>Я не люблю, як ти таке говориш,&lt;br /&gt;</w:t>
        <w:br/>
        <w:t>і прозвища того яне терплю,&lt;br /&gt;</w:t>
        <w:br/>
        <w:t>що прикладали ті римляни грубі&lt;br /&gt;</w:t>
        <w:br/>
        <w:t>до еллінської ніжної дитинки.&lt;br /&gt;</w:t>
        <w:br/>
        <w:t>То заздрили вони, що їх римлянки&lt;br /&gt;</w:t>
        <w:br/>
        <w:t>були важкі й незграбні протії тебе,&lt;br /&gt;</w:t>
        <w:br/>
        <w:t>моєї "вітроногої" Неріси!</w:t>
      </w:r>
    </w:p>
    <w:p>
      <w:r>
        <w:br/>
        <w:t>Н е р і с а</w:t>
      </w:r>
    </w:p>
    <w:p>
      <w:r>
        <w:br/>
        <w:t>(задумана)</w:t>
      </w:r>
    </w:p>
    <w:p>
      <w:r>
        <w:br/>
        <w:t>І нащо то мені?..</w:t>
      </w:r>
    </w:p>
    <w:p>
      <w:r>
        <w:br/>
        <w:t>А н т е й</w:t>
      </w:r>
    </w:p>
    <w:p>
      <w:r>
        <w:br/>
        <w:t>Що саме, люба?</w:t>
      </w:r>
    </w:p>
    <w:p>
      <w:r>
        <w:br/>
        <w:t>Н е р і с а</w:t>
      </w:r>
    </w:p>
    <w:p>
      <w:r>
        <w:br/>
        <w:t>Отая "вітроногість", як ти кажеш...&lt;br /&gt;</w:t>
        <w:br/>
        <w:t>Вже я ж не танцівниця.</w:t>
      </w:r>
    </w:p>
    <w:p>
      <w:r>
        <w:br/>
        <w:t>А н т е й</w:t>
      </w:r>
    </w:p>
    <w:p>
      <w:r>
        <w:br/>
        <w:t>Як, Нерісо?&lt;br /&gt;</w:t>
        <w:br/>
        <w:t>Хіба тебе не радує хвала&lt;br /&gt;</w:t>
        <w:br/>
        <w:t>моя і наших друзів скромних, щирих?&lt;br /&gt;</w:t>
        <w:br/>
        <w:t>Хіба ж то мало — бути в нашій хаті&lt;br /&gt;</w:t>
        <w:br/>
        <w:t>укритим скарбом, але дорогим,&lt;br /&gt;</w:t>
        <w:br/>
        <w:t>таким, що й цезар ліпшого не має?</w:t>
      </w:r>
    </w:p>
    <w:p>
      <w:r>
        <w:br/>
        <w:t>Н е р і с а</w:t>
      </w:r>
    </w:p>
    <w:p>
      <w:r>
        <w:br/>
        <w:t>Укритим скарбом... Я скажу по правді,&lt;br /&gt;</w:t>
        <w:br/>
        <w:t>що я щедрішою вдалась від тебе.&lt;br /&gt;</w:t>
        <w:br/>
        <w:t>І ти ж укритий скарб, а я ж, Антею,&lt;br /&gt;</w:t>
        <w:br/>
        <w:t>тим не радію, що твоєї ліри&lt;br /&gt;</w:t>
        <w:br/>
        <w:t>не чує світ широкий, тільки я&lt;br /&gt;</w:t>
        <w:br/>
        <w:t>та слухачів твоїх мала громадка.&lt;br /&gt;</w:t>
        <w:br/>
        <w:t>Ні! Якби сила, я б тебе сама&lt;br /&gt;</w:t>
        <w:br/>
        <w:t>поставила на п'єдестал високий,&lt;br /&gt;</w:t>
        <w:br/>
        <w:t>мов постать Аполлона-кітариста!&lt;br /&gt;</w:t>
        <w:br/>
        <w:t>І хай би світ сповнявся тих пісень,&lt;br /&gt;</w:t>
        <w:br/>
        <w:t>що ти б тоді творив на високості!</w:t>
      </w:r>
    </w:p>
    <w:p>
      <w:r>
        <w:br/>
        <w:t>А н т е й</w:t>
      </w:r>
    </w:p>
    <w:p>
      <w:r>
        <w:br/>
        <w:t>Ти думаєш, либонь, що і натхнення&lt;br /&gt;</w:t>
        <w:br/>
        <w:t>повищати від п'єдесталу може?</w:t>
      </w:r>
    </w:p>
    <w:p>
      <w:r>
        <w:br/>
        <w:t>Н е р і с а</w:t>
      </w:r>
    </w:p>
    <w:p>
      <w:r>
        <w:br/>
        <w:t>Авжеж! Я певна того!</w:t>
      </w:r>
    </w:p>
    <w:p>
      <w:r>
        <w:br/>
        <w:t>А н т е й</w:t>
      </w:r>
    </w:p>
    <w:p>
      <w:r>
        <w:br/>
        <w:t>Ти дитина...&lt;br /&gt;</w:t>
        <w:br/>
        <w:t>Але як ти так любиш п'єдестали,&lt;br /&gt;</w:t>
        <w:br/>
        <w:t>то будь утішена, бо наш Федон&lt;br /&gt;</w:t>
        <w:br/>
        <w:t>вже ж вирізьбив на взір твій Терпсіхору&lt;br /&gt;</w:t>
        <w:br/>
        <w:t>і дав їй п'єдестал високий досить.</w:t>
      </w:r>
    </w:p>
    <w:p>
      <w:r>
        <w:br/>
        <w:t>Н е р і с а</w:t>
      </w:r>
    </w:p>
    <w:p>
      <w:r>
        <w:br/>
        <w:t>А де ж він тую статую подіне?</w:t>
      </w:r>
    </w:p>
    <w:p>
      <w:r>
        <w:br/>
        <w:t>А н т е й</w:t>
      </w:r>
    </w:p>
    <w:p>
      <w:r>
        <w:br/>
        <w:t>Нам принесе.&lt;br /&gt;</w:t>
        <w:br/>
        <w:t>Н е р іс а&lt;br /&gt;</w:t>
        <w:br/>
        <w:t>Тут і лишить?</w:t>
      </w:r>
    </w:p>
    <w:p>
      <w:r>
        <w:br/>
        <w:t>А н т е й</w:t>
      </w:r>
    </w:p>
    <w:p>
      <w:r>
        <w:br/>
        <w:t>Запевне.&lt;br /&gt;</w:t>
        <w:br/>
        <w:t>Се ж буде дружній дар нам від Федона.</w:t>
      </w:r>
    </w:p>
    <w:p>
      <w:r>
        <w:br/>
        <w:t>(Пауза).</w:t>
      </w:r>
    </w:p>
    <w:p>
      <w:r>
        <w:br/>
        <w:t>Ти щось примовкла, наче зажурилась.&lt;br /&gt;</w:t>
        <w:br/>
        <w:t>Чого, Нерісо?</w:t>
      </w:r>
    </w:p>
    <w:p>
      <w:r>
        <w:br/>
        <w:t>Н е р і с а</w:t>
      </w:r>
    </w:p>
    <w:p>
      <w:r>
        <w:br/>
        <w:t>Я собі гадаю,&lt;br /&gt;</w:t>
        <w:br/>
        <w:t>що скільки ще ся хата поховає&lt;br /&gt;</w:t>
        <w:br/>
        <w:t>в собі укритих скарбів, мов гробниця.</w:t>
      </w:r>
    </w:p>
    <w:p>
      <w:r>
        <w:br/>
        <w:t>А н т е й</w:t>
      </w:r>
    </w:p>
    <w:p>
      <w:r>
        <w:br/>
        <w:t>Я не люблю таких речей у тебе.</w:t>
      </w:r>
    </w:p>
    <w:p>
      <w:r>
        <w:br/>
        <w:t>Н е р і с а</w:t>
      </w:r>
    </w:p>
    <w:p>
      <w:r>
        <w:br/>
        <w:t>Як буде тут камінна Терпсіхора,&lt;br /&gt;</w:t>
        <w:br/>
        <w:t>то я мовчання перейму від неї.</w:t>
      </w:r>
    </w:p>
    <w:p>
      <w:r>
        <w:br/>
        <w:t>А н т е й</w:t>
      </w:r>
    </w:p>
    <w:p>
      <w:r>
        <w:br/>
        <w:t>Нерісо, ти сьогодні вередлива.</w:t>
      </w:r>
    </w:p>
    <w:p>
      <w:r>
        <w:br/>
        <w:t>Н е р і с а</w:t>
      </w:r>
    </w:p>
    <w:p>
      <w:r>
        <w:br/>
        <w:t>Як так, то я піду.</w:t>
      </w:r>
    </w:p>
    <w:p>
      <w:r>
        <w:br/>
        <w:t>(Встає).</w:t>
      </w:r>
    </w:p>
    <w:p>
      <w:r>
        <w:br/>
        <w:t>А н т е й</w:t>
      </w:r>
    </w:p>
    <w:p>
      <w:r>
        <w:br/>
        <w:t>(затримує її, обнявши)</w:t>
      </w:r>
    </w:p>
    <w:p>
      <w:r>
        <w:br/>
        <w:t>Ні-ні, кохана!</w:t>
      </w:r>
    </w:p>
    <w:p>
      <w:r>
        <w:br/>
        <w:t>Н е р і с а</w:t>
      </w:r>
    </w:p>
    <w:p>
      <w:r>
        <w:br/>
        <w:t>(визволяючись)</w:t>
      </w:r>
    </w:p>
    <w:p>
      <w:r>
        <w:br/>
        <w:t>Пусти мене!</w:t>
      </w:r>
    </w:p>
    <w:p>
      <w:r>
        <w:br/>
        <w:t>Чутно стукання у хвіртку. Он хтось прийшов до тебе.&lt;br /&gt;</w:t>
        <w:br/>
        <w:t>Неріса йде в гінекей. Антей одчиняє хвіртку і пускає Федона — молодого скульптора.</w:t>
      </w:r>
    </w:p>
    <w:p>
      <w:r>
        <w:br/>
        <w:t>А н т е й</w:t>
      </w:r>
    </w:p>
    <w:p>
      <w:r>
        <w:br/>
        <w:t>Здоров, Федоне!</w:t>
      </w:r>
    </w:p>
    <w:p>
      <w:r>
        <w:br/>
        <w:t>Вітаються.</w:t>
      </w:r>
    </w:p>
    <w:p>
      <w:r>
        <w:br/>
        <w:t>Ф е д о н</w:t>
      </w:r>
    </w:p>
    <w:p>
      <w:r>
        <w:br/>
        <w:t>Я лиш на хвилинку,&lt;br /&gt;</w:t>
        <w:br/>
        <w:t>так ніколи!</w:t>
      </w:r>
    </w:p>
    <w:p>
      <w:r>
        <w:br/>
        <w:t>А н т е й</w:t>
      </w:r>
    </w:p>
    <w:p>
      <w:r>
        <w:br/>
        <w:t>Чому? Роботу маєш?</w:t>
      </w:r>
    </w:p>
    <w:p>
      <w:r>
        <w:br/>
        <w:t>Ф е д о н</w:t>
      </w:r>
    </w:p>
    <w:p>
      <w:r>
        <w:br/>
        <w:t>Роботу поки що я вже скінчив,&lt;br /&gt;</w:t>
        <w:br/>
        <w:t>та тут нові клопоти — вибираюсь&lt;br /&gt;</w:t>
        <w:br/>
        <w:t>на панську оргію до Мецената!</w:t>
      </w:r>
    </w:p>
    <w:p>
      <w:r>
        <w:br/>
        <w:t>А н т е й</w:t>
      </w:r>
    </w:p>
    <w:p>
      <w:r>
        <w:br/>
        <w:t>(зчудований)</w:t>
      </w:r>
    </w:p>
    <w:p>
      <w:r>
        <w:br/>
        <w:t>Тебе запрошено?</w:t>
      </w:r>
    </w:p>
    <w:p>
      <w:r>
        <w:br/>
        <w:t>Ф е д о н</w:t>
      </w:r>
    </w:p>
    <w:p>
      <w:r>
        <w:br/>
        <w:t>З тобою разом.</w:t>
      </w:r>
    </w:p>
    <w:p>
      <w:r>
        <w:br/>
        <w:t>А н т е й</w:t>
      </w:r>
    </w:p>
    <w:p>
      <w:r>
        <w:br/>
        <w:t>Жартуєш чи глузуєш?</w:t>
      </w:r>
    </w:p>
    <w:p>
      <w:r>
        <w:br/>
        <w:t>Ф е д о н</w:t>
      </w:r>
    </w:p>
    <w:p>
      <w:r>
        <w:br/>
        <w:t>Правду мовлю,&lt;br /&gt;</w:t>
        <w:br/>
        <w:t>се ж я прийшов тобі переказати&lt;br /&gt;</w:t>
        <w:br/>
        <w:t>запросини.</w:t>
      </w:r>
    </w:p>
    <w:p>
      <w:r>
        <w:br/>
        <w:t>А н т е й</w:t>
      </w:r>
    </w:p>
    <w:p>
      <w:r>
        <w:br/>
        <w:t>Хто ж їх тобі приніс?</w:t>
      </w:r>
    </w:p>
    <w:p>
      <w:r>
        <w:br/>
        <w:t>Ф е д о н</w:t>
      </w:r>
    </w:p>
    <w:p>
      <w:r>
        <w:br/>
        <w:t>Я сам одержав, бувши в Мецената.</w:t>
      </w:r>
    </w:p>
    <w:p>
      <w:r>
        <w:br/>
        <w:t>А н т е й</w:t>
      </w:r>
    </w:p>
    <w:p>
      <w:r>
        <w:br/>
        <w:t>Ти в Мецената був? Чого?</w:t>
      </w:r>
    </w:p>
    <w:p>
      <w:r>
        <w:br/>
        <w:t>Ф е д о н</w:t>
      </w:r>
    </w:p>
    <w:p>
      <w:r>
        <w:br/>
        <w:t>По справі...&lt;br /&gt;</w:t>
        <w:br/>
        <w:t>І знаєш, я ніяк не сподівався,&lt;br /&gt;</w:t>
        <w:br/>
        <w:t>що він такий.</w:t>
      </w:r>
    </w:p>
    <w:p>
      <w:r>
        <w:br/>
        <w:t>А н т е й</w:t>
      </w:r>
    </w:p>
    <w:p>
      <w:r>
        <w:br/>
        <w:t>Який?</w:t>
      </w:r>
    </w:p>
    <w:p>
      <w:r>
        <w:br/>
        <w:t>Ф е д о н</w:t>
      </w:r>
    </w:p>
    <w:p>
      <w:r>
        <w:br/>
        <w:t>Такий привітний,&lt;br /&gt;</w:t>
        <w:br/>
        <w:t>і неподібне, що великий пан,&lt;br /&gt;</w:t>
        <w:br/>
        <w:t>говорить так...</w:t>
      </w:r>
    </w:p>
    <w:p>
      <w:r>
        <w:br/>
        <w:t>А н т е й</w:t>
      </w:r>
    </w:p>
    <w:p>
      <w:r>
        <w:br/>
        <w:t>Та з чого ж ти дивуєш?&lt;br /&gt;</w:t>
        <w:br/>
        <w:t>Що пан вельможний на поріг пускає&lt;br /&gt;</w:t>
        <w:br/>
        <w:t>митця убогого? Чи, може, з того,&lt;br /&gt;</w:t>
        <w:br/>
        <w:t>що і римлянин часом дещо тямить&lt;br /&gt;</w:t>
        <w:br/>
        <w:t>у хисті красному?</w:t>
      </w:r>
    </w:p>
    <w:p>
      <w:r>
        <w:br/>
        <w:t>Ф е д о н</w:t>
      </w:r>
    </w:p>
    <w:p>
      <w:r>
        <w:br/>
        <w:t>О ні, не "дещо",&lt;br /&gt;</w:t>
        <w:br/>
        <w:t>а він таки знавець великий, справжній!&lt;br /&gt;</w:t>
        <w:br/>
        <w:t>Адже й тебе він перший оцінив.</w:t>
      </w:r>
    </w:p>
    <w:p>
      <w:r>
        <w:br/>
        <w:t>А н т е й</w:t>
      </w:r>
    </w:p>
    <w:p>
      <w:r>
        <w:br/>
        <w:t>Він перший? Але ж я давно мав школу,&lt;br /&gt;</w:t>
        <w:br/>
        <w:t>як Мецената не було в Корінфі.</w:t>
      </w:r>
    </w:p>
    <w:p>
      <w:r>
        <w:br/>
        <w:t>Ф е д о н</w:t>
      </w:r>
    </w:p>
    <w:p>
      <w:r>
        <w:br/>
        <w:t>Що школа! Та до слави так належить,&lt;br /&gt;</w:t>
        <w:br/>
        <w:t>як глиняна патера до скульптури.</w:t>
      </w:r>
    </w:p>
    <w:p>
      <w:r>
        <w:br/>
        <w:t>А н т е й</w:t>
      </w:r>
    </w:p>
    <w:p>
      <w:r>
        <w:br/>
        <w:t>Та вже було подібне щось до слави,&lt;br /&gt;</w:t>
        <w:br/>
        <w:t>коли той пан довідався про мене.</w:t>
      </w:r>
    </w:p>
    <w:p>
      <w:r>
        <w:br/>
        <w:t>Ф е д о н</w:t>
      </w:r>
    </w:p>
    <w:p>
      <w:r>
        <w:br/>
        <w:t>Сказати правду, випадок сліпий&lt;br /&gt;</w:t>
        <w:br/>
        <w:t>звістив про тебе: учень твій один&lt;br /&gt;</w:t>
        <w:br/>
        <w:t>вступити хтів у хор панегіристів&lt;br /&gt;</w:t>
        <w:br/>
        <w:t>і на зразок умілості своєї&lt;br /&gt;</w:t>
        <w:br/>
        <w:t>твою епіталаму проспівав,&lt;br /&gt;</w:t>
        <w:br/>
        <w:t>оту, що ти зложив на шлюб твій власний.</w:t>
      </w:r>
    </w:p>
    <w:p>
      <w:r>
        <w:br/>
        <w:t>Антей робить рух урази, але Федон, невважаючи, провадять далі.</w:t>
      </w:r>
    </w:p>
    <w:p>
      <w:r>
        <w:br/>
        <w:t>Ми з Меценатом надійшли на теє,&lt;br /&gt;</w:t>
        <w:br/>
        <w:t>я розказав йому, хто автор співу,&lt;br /&gt;</w:t>
        <w:br/>
        <w:t>і зараз же він доручив мені&lt;br /&gt;</w:t>
        <w:br/>
        <w:t>тебе просить на оргію до нього,&lt;br /&gt;</w:t>
        <w:br/>
        <w:t>а се не мало значить, любий друже.</w:t>
      </w:r>
    </w:p>
    <w:p>
      <w:r>
        <w:br/>
        <w:t>А н т е й</w:t>
      </w:r>
    </w:p>
    <w:p>
      <w:r>
        <w:br/>
        <w:t>(стримуючи досаду, викликану останніми словами Федона)</w:t>
      </w:r>
    </w:p>
    <w:p>
      <w:r>
        <w:br/>
        <w:t>Яку ти міг до нього мати справу?</w:t>
      </w:r>
    </w:p>
    <w:p>
      <w:r>
        <w:br/>
        <w:t>Ф е д о н</w:t>
      </w:r>
    </w:p>
    <w:p>
      <w:r>
        <w:br/>
        <w:t>Він статую купив недавно в мене,&lt;br /&gt;</w:t>
        <w:br/>
        <w:t>то я її до нього відпровадив,&lt;br /&gt;</w:t>
        <w:br/>
        <w:t>щоб не ушкодили раби, несучи.</w:t>
      </w:r>
    </w:p>
    <w:p>
      <w:r>
        <w:br/>
        <w:t>А н т е й</w:t>
      </w:r>
    </w:p>
    <w:p>
      <w:r>
        <w:br/>
        <w:t>Яку ж ти статую йому продав?</w:t>
      </w:r>
    </w:p>
    <w:p>
      <w:r>
        <w:br/>
        <w:t>Ф е д о н</w:t>
      </w:r>
    </w:p>
    <w:p>
      <w:r>
        <w:br/>
        <w:t>Пробач... я, власне, мусив би спитати&lt;br /&gt;</w:t>
        <w:br/>
        <w:t>твоєї згоди... та пани вельможні&lt;br /&gt;</w:t>
        <w:br/>
        <w:t>не люблять ждати...</w:t>
      </w:r>
    </w:p>
    <w:p>
      <w:r>
        <w:br/>
        <w:t>А н т е й</w:t>
      </w:r>
    </w:p>
    <w:p>
      <w:r>
        <w:br/>
        <w:t>Ти продав Нерісу?!</w:t>
      </w:r>
    </w:p>
    <w:p>
      <w:r>
        <w:br/>
        <w:t>Ф е д о н</w:t>
      </w:r>
    </w:p>
    <w:p>
      <w:r>
        <w:br/>
        <w:t>Ні, статую богині Терпсіхори.</w:t>
      </w:r>
    </w:p>
    <w:p>
      <w:r>
        <w:br/>
        <w:t>А н т е й</w:t>
      </w:r>
    </w:p>
    <w:p>
      <w:r>
        <w:br/>
        <w:t>Ти б і саму богиню запродав,&lt;br /&gt;</w:t>
        <w:br/>
        <w:t>якби лиш міг, у римський дім розпусти!</w:t>
      </w:r>
    </w:p>
    <w:p>
      <w:r>
        <w:br/>
        <w:t>Ф е д о н</w:t>
      </w:r>
    </w:p>
    <w:p>
      <w:r>
        <w:br/>
        <w:t>(встає ображений)</w:t>
      </w:r>
    </w:p>
    <w:p>
      <w:r>
        <w:br/>
        <w:t>Такого ти не смієш говорити!</w:t>
      </w:r>
    </w:p>
    <w:p>
      <w:r>
        <w:br/>
        <w:t>А н т е й</w:t>
      </w:r>
    </w:p>
    <w:p>
      <w:r>
        <w:br/>
        <w:t>Тобі не до лиця така вражливість,&lt;br /&gt;</w:t>
        <w:br/>
        <w:t>бо ти ж продав туди свій твір найкращий,&lt;br /&gt;</w:t>
        <w:br/>
        <w:t>де зневажають все, що нам святе.</w:t>
      </w:r>
    </w:p>
    <w:p>
      <w:r>
        <w:br/>
        <w:t>Ф е д о н</w:t>
      </w:r>
    </w:p>
    <w:p>
      <w:r>
        <w:br/>
        <w:t>(впадаючи в річ)</w:t>
      </w:r>
    </w:p>
    <w:p>
      <w:r>
        <w:br/>
        <w:t>Нічого там ніхто не зневажає!&lt;br /&gt;</w:t>
        <w:br/>
        <w:t>Там цінять геній, там дарують славу,&lt;br /&gt;</w:t>
        <w:br/>
        <w:t>не тільки гроші. Я не запродав&lt;br /&gt;</w:t>
        <w:br/>
        <w:t>своєї Терпсіхори. Я поставив&lt;br /&gt;</w:t>
        <w:br/>
        <w:t>її на подив людськдй, мов у храмі.&lt;br /&gt;</w:t>
        <w:br/>
        <w:t>Чи вже вона й для храму засвята,&lt;br /&gt;</w:t>
        <w:br/>
        <w:t>по-твоєму?</w:t>
      </w:r>
    </w:p>
    <w:p>
      <w:r>
        <w:br/>
        <w:t>А н т е й</w:t>
      </w:r>
    </w:p>
    <w:p>
      <w:r>
        <w:br/>
        <w:t>По-моєму, блюзнірство —&lt;br /&gt;</w:t>
        <w:br/>
        <w:t>рівняти дім римлянина до храму!&lt;br /&gt;</w:t>
        <w:br/>
        <w:t>За гроші чи за славу — ти продався&lt;br /&gt;</w:t>
        <w:br/>
        <w:t>укупі з твором рук твоїх.</w:t>
      </w:r>
    </w:p>
    <w:p>
      <w:r>
        <w:br/>
        <w:t>Ф е д о н</w:t>
      </w:r>
    </w:p>
    <w:p>
      <w:r>
        <w:br/>
        <w:t>Антею!&lt;br /&gt;</w:t>
        <w:br/>
        <w:t>Ти хочеш довести мене до того,&lt;br /&gt;</w:t>
        <w:br/>
        <w:t>щоб я пішов і викупив назад&lt;br /&gt;</w:t>
        <w:br/>
        <w:t>ту статую. За гроші неможливо,&lt;br /&gt;</w:t>
        <w:br/>
        <w:t>щоб Меценат раз куплене продав,&lt;br /&gt;</w:t>
        <w:br/>
        <w:t>та, може ж, се ще не остання іскра&lt;br /&gt;</w:t>
        <w:br/>
        <w:t>мого натхнення, може, я здолаю&lt;br /&gt;</w:t>
        <w:br/>
        <w:t>щось кращого створити — їй на викуп.</w:t>
      </w:r>
    </w:p>
    <w:p>
      <w:r>
        <w:br/>
        <w:t>А н т е й</w:t>
      </w:r>
    </w:p>
    <w:p>
      <w:r>
        <w:br/>
        <w:t>Ти купиш другий гріх, і то ще тяжчий.</w:t>
      </w:r>
    </w:p>
    <w:p>
      <w:r>
        <w:br/>
        <w:t>Ф е д о н</w:t>
      </w:r>
    </w:p>
    <w:p>
      <w:r>
        <w:br/>
        <w:t>Не розумію, що ти з мене хочеш!&lt;br /&gt;</w:t>
        <w:br/>
        <w:t>Чи мав би й я весь вік, як ти, сидіти&lt;br /&gt;</w:t>
        <w:br/>
        <w:t>без хліба і без слави?</w:t>
      </w:r>
    </w:p>
    <w:p>
      <w:r>
        <w:br/>
        <w:t>А н т е й</w:t>
      </w:r>
    </w:p>
    <w:p>
      <w:r>
        <w:br/>
        <w:t>Се повинен&lt;br /&gt;</w:t>
        <w:br/>
        <w:t>терпіти еллін, коли хліб і славу&lt;br /&gt;</w:t>
        <w:br/>
        <w:t>здобути може тільки з римських рук.</w:t>
      </w:r>
    </w:p>
    <w:p>
      <w:r>
        <w:br/>
        <w:t>Ф е д о н</w:t>
      </w:r>
    </w:p>
    <w:p>
      <w:r>
        <w:br/>
        <w:t>Хто слави не бажає, той не еллін, —&lt;br /&gt;</w:t>
        <w:br/>
        <w:t>жадобу сю батьки нам заповіли,&lt;br /&gt;</w:t>
        <w:br/>
        <w:t>діставши від дідів.</w:t>
      </w:r>
    </w:p>
    <w:p>
      <w:r>
        <w:br/>
        <w:t>А н т е й</w:t>
      </w:r>
    </w:p>
    <w:p>
      <w:r>
        <w:br/>
        <w:t>Діди приймали&lt;br /&gt;</w:t>
        <w:br/>
        <w:t>вінці свої з рук матері Еллади,&lt;br /&gt;</w:t>
        <w:br/>
        <w:t>батьки дозволили зв'язать їй руки&lt;br /&gt;</w:t>
        <w:br/>
        <w:t>і тим синів позбавили вінців.&lt;br /&gt;</w:t>
        <w:br/>
        <w:t>Авжеж, Федоне, відколи безславна&lt;br /&gt;</w:t>
        <w:br/>
        <w:t>сама Еллада — елліни повинні&lt;br /&gt;</w:t>
        <w:br/>
        <w:t>жадобу слави в серці заглушити.</w:t>
      </w:r>
    </w:p>
    <w:p>
      <w:r>
        <w:br/>
        <w:t>Ф е д о н</w:t>
      </w:r>
    </w:p>
    <w:p>
      <w:r>
        <w:br/>
        <w:t>І збільшити безслав'я свого краю?&lt;br /&gt;</w:t>
        <w:br/>
        <w:t>Та чим же вславиться сама Еллада,&lt;br /&gt;</w:t>
        <w:br/>
        <w:t>коли їй діти лаврів не здобудуть?</w:t>
      </w:r>
    </w:p>
    <w:p>
      <w:r>
        <w:br/>
        <w:t>А н т е й</w:t>
      </w:r>
    </w:p>
    <w:p>
      <w:r>
        <w:br/>
        <w:t>Уже ж не з рук ворожих їх приймати!&lt;br /&gt;</w:t>
        <w:br/>
        <w:t>Ф ед о н&lt;br /&gt;</w:t>
        <w:br/>
        <w:t>Чому ж би ні? Гомер казав: "Солодка&lt;br /&gt;</w:t>
        <w:br/>
        <w:t>хвала від ворога".</w:t>
      </w:r>
    </w:p>
    <w:p>
      <w:r>
        <w:br/>
        <w:t>А н т е й</w:t>
      </w:r>
    </w:p>
    <w:p>
      <w:r>
        <w:br/>
        <w:t>На полі бою,&lt;br /&gt;</w:t>
        <w:br/>
        <w:t>та не в полоні!</w:t>
      </w:r>
    </w:p>
    <w:p>
      <w:r>
        <w:br/>
        <w:t>Ф е д о н</w:t>
      </w:r>
    </w:p>
    <w:p>
      <w:r>
        <w:br/>
        <w:t>Слава і в полоні&lt;br /&gt;</w:t>
        <w:br/>
        <w:t>все буде славою.</w:t>
      </w:r>
    </w:p>
    <w:p>
      <w:r>
        <w:br/>
        <w:t>А н т е й</w:t>
      </w:r>
    </w:p>
    <w:p>
      <w:r>
        <w:br/>
        <w:t>Не сподівайся!&lt;br /&gt;</w:t>
        <w:br/>
        <w:t>Неславу дозволяють нам носити,&lt;br /&gt;</w:t>
        <w:br/>
        <w:t>а славу Рим бере, немов податок.&lt;br /&gt;</w:t>
        <w:br/>
        <w:t>І тая Терпсіхора, що продав ти,&lt;br /&gt;</w:t>
        <w:br/>
        <w:t>прославить не Елладу й не тебе,&lt;br /&gt;</w:t>
        <w:br/>
        <w:t>а той багатий Рим, що стяг всі скарби&lt;br /&gt;</w:t>
        <w:br/>
        <w:t>з усіх країв руками Меценатів.&lt;br /&gt;</w:t>
        <w:br/>
        <w:t>Його колекцію твій твір прославить,&lt;br /&gt;</w:t>
        <w:br/>
        <w:t>а не тебе, ти тільки раб отой,&lt;br /&gt;</w:t>
        <w:br/>
        <w:t>що хистом оргію панам скрашає,&lt;br /&gt;</w:t>
        <w:br/>
        <w:t>та оргія все ж панська зостається,&lt;br /&gt;</w:t>
        <w:br/>
        <w:t>хоч рабські руки вряджують її.</w:t>
      </w:r>
    </w:p>
    <w:p>
      <w:r>
        <w:br/>
        <w:t>Ф е д о н</w:t>
      </w:r>
    </w:p>
    <w:p>
      <w:r>
        <w:br/>
        <w:t>Рабам на оргії немає честі,&lt;br /&gt;</w:t>
        <w:br/>
        <w:t>але хто має гостем буть на ній,&lt;br /&gt;</w:t>
        <w:br/>
        <w:t>як я і ти...</w:t>
      </w:r>
    </w:p>
    <w:p>
      <w:r>
        <w:br/>
        <w:t>А н т е й</w:t>
      </w:r>
    </w:p>
    <w:p>
      <w:r>
        <w:br/>
        <w:t>Того не сподівайся,&lt;br /&gt;</w:t>
        <w:br/>
        <w:t>щоб я пішов на оргію з тобою!&lt;br /&gt;</w:t>
        <w:br/>
        <w:t>Запобігай вже сам вельможних ласки,&lt;br /&gt;</w:t>
        <w:br/>
        <w:t>а я лишусь "без хліба і без слави",&lt;br /&gt;</w:t>
        <w:br/>
        <w:t>як ти казав, та, може, не без честі.</w:t>
      </w:r>
    </w:p>
    <w:p>
      <w:r>
        <w:br/>
        <w:t>Ф е д о н</w:t>
      </w:r>
    </w:p>
    <w:p>
      <w:r>
        <w:br/>
        <w:t>По щирості, я радив би піти.</w:t>
      </w:r>
    </w:p>
    <w:p>
      <w:r>
        <w:br/>
        <w:t>А н т е й</w:t>
      </w:r>
    </w:p>
    <w:p>
      <w:r>
        <w:br/>
        <w:t>Та вже ж! Волам у парі охвітніше&lt;br /&gt;</w:t>
        <w:br/>
        <w:t>ярмо носити.</w:t>
      </w:r>
    </w:p>
    <w:p>
      <w:r>
        <w:br/>
        <w:t>Ф е д о н</w:t>
      </w:r>
    </w:p>
    <w:p>
      <w:r>
        <w:br/>
        <w:t>Бачу, ти не віриш,&lt;br /&gt;</w:t>
        <w:br/>
        <w:t>що я тобі добра бажати можу.&lt;br /&gt;</w:t>
        <w:br/>
        <w:t>А все ж, хоч ти мене образив тяжко,&lt;br /&gt;</w:t>
        <w:br/>
        <w:t>я не забув, що ми з тобою друзі.</w:t>
      </w:r>
    </w:p>
    <w:p>
      <w:r>
        <w:br/>
        <w:t>А н т е й</w:t>
      </w:r>
    </w:p>
    <w:p>
      <w:r>
        <w:br/>
        <w:t>То я тебе, не ти мене образив?!</w:t>
      </w:r>
    </w:p>
    <w:p>
      <w:r>
        <w:br/>
        <w:t>Ф е д о н</w:t>
      </w:r>
    </w:p>
    <w:p>
      <w:r>
        <w:br/>
        <w:t>Авжеж, я Терпсіхору відкуплю,&lt;br /&gt;</w:t>
        <w:br/>
        <w:t>а ти вразливих слів своїх не вернеш.</w:t>
      </w:r>
    </w:p>
    <w:p>
      <w:r>
        <w:br/>
        <w:t>А н т е й</w:t>
      </w:r>
    </w:p>
    <w:p>
      <w:r>
        <w:br/>
        <w:t>І ти того не можеш відкупити,&lt;br /&gt;</w:t>
        <w:br/>
        <w:t>що ти вчинив. Ти оганьбив свій хист.&lt;br /&gt;</w:t>
        <w:br/>
        <w:t>З богині ти зробив товар звичайний.&lt;br /&gt;</w:t>
        <w:br/>
        <w:t>Хоч вернеться з неволі Терпсіхора,&lt;br /&gt;</w:t>
        <w:br/>
        <w:t>то вже вона богинею не буде.&lt;br /&gt;</w:t>
        <w:br/>
        <w:t>А мармур — як не бог, то просто камінь.</w:t>
      </w:r>
    </w:p>
    <w:p>
      <w:r>
        <w:br/>
        <w:t>Ф е д о н</w:t>
      </w:r>
    </w:p>
    <w:p>
      <w:r>
        <w:br/>
        <w:t>Коли він богом став, то вже ніколи&lt;br /&gt;</w:t>
        <w:br/>
        <w:t>у камінь не повернеться. Твір хисту&lt;br /&gt;</w:t>
        <w:br/>
        <w:t>на всякім місц твором хисту буде.&lt;br /&gt;</w:t>
        <w:br/>
        <w:t>Твоя епіталама пролунала&lt;br /&gt;</w:t>
        <w:br/>
        <w:t>не гірше у просторій римській школі,&lt;br /&gt;</w:t>
        <w:br/>
        <w:t>ніж у твоїй тісній убогій хаті.&lt;br /&gt;</w:t>
        <w:br/>
        <w:t>Якби ж ти сам ще заспівав її&lt;br /&gt;</w:t>
        <w:br/>
        <w:t>у Меценатових гучних палатах,&lt;br /&gt;</w:t>
        <w:br/>
        <w:t>приграючи на лірі дорогій...</w:t>
      </w:r>
    </w:p>
    <w:p>
      <w:r>
        <w:br/>
        <w:t>А н т е й</w:t>
      </w:r>
    </w:p>
    <w:p>
      <w:r>
        <w:br/>
        <w:t>Федоне! Не кажи мені такого,&lt;br /&gt;</w:t>
        <w:br/>
        <w:t>бо я тебе зненавиджу навіки!</w:t>
      </w:r>
    </w:p>
    <w:p>
      <w:r>
        <w:br/>
        <w:t>Ф е д о н</w:t>
      </w:r>
    </w:p>
    <w:p>
      <w:r>
        <w:br/>
        <w:t>Антею, се якась дивна затятість.&lt;br /&gt;</w:t>
        <w:br/>
        <w:t>Таж еллінам не першина приймати&lt;br /&gt;</w:t>
        <w:br/>
        <w:t>хвалу чужинців, і яка ж в тім ганьба?</w:t>
      </w:r>
    </w:p>
    <w:p>
      <w:r>
        <w:br/>
        <w:t>А н т е й</w:t>
      </w:r>
    </w:p>
    <w:p>
      <w:r>
        <w:br/>
        <w:t>Чужинців — так, але не переможців.&lt;br /&gt;</w:t>
        <w:br/>
        <w:t>Бо переможець лиш тоді похвалить,&lt;br /&gt;</w:t>
        <w:br/>
        <w:t>коли подоланий похилить чоло&lt;br /&gt;</w:t>
        <w:br/>
        <w:t>йому до ніг і порох поцілує&lt;br /&gt;</w:t>
        <w:br/>
        <w:t>з-під стіп його.</w:t>
      </w:r>
    </w:p>
    <w:p>
      <w:r>
        <w:br/>
        <w:t>Ф е д о н</w:t>
      </w:r>
    </w:p>
    <w:p>
      <w:r>
        <w:br/>
        <w:t>Таке бувало в персів&lt;br /&gt;</w:t>
        <w:br/>
        <w:t>та в інших східних варварів. Ніколи&lt;br /&gt;</w:t>
        <w:br/>
        <w:t>сього від нас не вимагали в Римі.</w:t>
      </w:r>
    </w:p>
    <w:p>
      <w:r>
        <w:br/>
        <w:t>А н т е й</w:t>
      </w:r>
    </w:p>
    <w:p>
      <w:r>
        <w:br/>
        <w:t>Не вимагали? Хто ж то перейшов&lt;br /&gt;</w:t>
        <w:br/>
        <w:t>по нас, як по містках, до храму слави&lt;br /&gt;</w:t>
        <w:br/>
        <w:t>всесвітньої? Кого ми на собі&lt;br /&gt;</w:t>
        <w:br/>
        <w:t>з безодні варварства на гору несли?&lt;br /&gt;</w:t>
        <w:br/>
        <w:t>Чи ж не лягли ми каменем наріжним&lt;br /&gt;</w:t>
        <w:br/>
        <w:t>до мавзолею нашим переможцям?&lt;br /&gt;</w:t>
        <w:br/>
        <w:t>І ми ще маємо радіти з того,&lt;br /&gt;</w:t>
        <w:br/>
        <w:t>що нам дозволять у гучних палатах&lt;br /&gt;</w:t>
        <w:br/>
        <w:t>на лірі заграбованій пограти?</w:t>
      </w:r>
    </w:p>
    <w:p>
      <w:r>
        <w:br/>
        <w:t>Ф е д о н</w:t>
      </w:r>
    </w:p>
    <w:p>
      <w:r>
        <w:br/>
        <w:t>Хіба тій лірі краще німувати?</w:t>
      </w:r>
    </w:p>
    <w:p>
      <w:r>
        <w:br/>
        <w:t>А н т е й</w:t>
      </w:r>
    </w:p>
    <w:p>
      <w:r>
        <w:br/>
        <w:t>Так, краще!</w:t>
      </w:r>
    </w:p>
    <w:p>
      <w:r>
        <w:br/>
        <w:t>Ф е д о н</w:t>
      </w:r>
    </w:p>
    <w:p>
      <w:r>
        <w:br/>
        <w:t>Ні, я думаю, що гірше.&lt;br /&gt;</w:t>
        <w:br/>
        <w:t>Все ж краще будувати мавзолеї&lt;br /&gt;</w:t>
        <w:br/>
        <w:t>хоч би і не собі, ніж просто бути,&lt;br /&gt;</w:t>
        <w:br/>
        <w:t>мов зілля придорожнє, під ногами&lt;br /&gt;</w:t>
        <w:br/>
        <w:t>у того ж переможця. Він як схоче,&lt;br /&gt;</w:t>
        <w:br/>
        <w:t>то збройною ногою вмить розтопче&lt;br /&gt;</w:t>
        <w:br/>
        <w:t>всі наші гордощі, всі буйні мрії...</w:t>
      </w:r>
    </w:p>
    <w:p>
      <w:r>
        <w:br/>
        <w:t>А н т е й</w:t>
      </w:r>
    </w:p>
    <w:p>
      <w:r>
        <w:br/>
        <w:t>Що ж? Ліпше нам самим те все стоптати,&lt;br /&gt;</w:t>
        <w:br/>
        <w:t>щоб ворогам не завдавати праці?&lt;br /&gt;</w:t>
        <w:br/>
        <w:t>Се жрець краси так думає й говорить?&lt;br /&gt;</w:t>
        <w:br/>
        <w:t>Лишилося одно — так і вчинити.&lt;br /&gt;</w:t>
        <w:br/>
        <w:t>Ти не продався, — гірше! Ти віддався&lt;br /&gt;</w:t>
        <w:br/>
        <w:t>у руки ворогу, як мертва глина,&lt;br /&gt;</w:t>
        <w:br/>
        <w:t>з якої кожне виліпить, що хоче.&lt;br /&gt;</w:t>
        <w:br/>
        <w:t>Та хто ж тобі натхне вогонь живий,&lt;br /&gt;</w:t>
        <w:br/>
        <w:t>коли з творця ти творивом зробився?&lt;br /&gt;</w:t>
        <w:br/>
        <w:t>Іди служи своєму Меценату,&lt;br /&gt;</w:t>
        <w:br/>
        <w:t>забудь краси великі заповіти,&lt;br /&gt;</w:t>
        <w:br/>
        <w:t>забудь несмертний образ Прометея,&lt;br /&gt;</w:t>
        <w:br/>
        <w:t>борця проти богів, забудь і муки&lt;br /&gt;</w:t>
        <w:br/>
        <w:t>Лаокоона, страдника за правду,&lt;br /&gt;</w:t>
        <w:br/>
        <w:t>не згадуй героїні Антігони,&lt;br /&gt;</w:t>
        <w:br/>
        <w:t>ні месниці Електри. Викинь з думки&lt;br /&gt;</w:t>
        <w:br/>
        <w:t>Елладу, що, мов Андромеда скута,&lt;br /&gt;</w:t>
        <w:br/>
        <w:t>покинута потворі на поталу,&lt;br /&gt;</w:t>
        <w:br/>
        <w:t>з нудьгою жде Персея-оборонця.&lt;br /&gt;</w:t>
        <w:br/>
        <w:t>Ти не Персей, бо ти закам'янів&lt;br /&gt;</w:t>
        <w:br/>
        <w:t>перед обличчям римської Медузи.&lt;br /&gt;</w:t>
        <w:br/>
        <w:t>Ти вже не тямиш вищої краси,&lt;br /&gt;</w:t>
        <w:br/>
        <w:t>краси змагання, хоч і без надії...</w:t>
      </w:r>
    </w:p>
    <w:p>
      <w:r>
        <w:br/>
        <w:t>Ф е д о н</w:t>
      </w:r>
    </w:p>
    <w:p>
      <w:r>
        <w:br/>
        <w:t>Нема краси в затятості безсилій...&lt;br /&gt;</w:t>
        <w:br/>
        <w:t>Але з тобою, бачу, не зговориш!&lt;br /&gt;</w:t>
        <w:br/>
        <w:t>Бувай здоров. Я йду.</w:t>
      </w:r>
    </w:p>
    <w:p>
      <w:r>
        <w:br/>
        <w:t>А н т е й</w:t>
      </w:r>
    </w:p>
    <w:p>
      <w:r>
        <w:br/>
        <w:t>Прощай, Федоне.</w:t>
      </w:r>
    </w:p>
    <w:p>
      <w:r>
        <w:br/>
        <w:t>Ф е д о н</w:t>
      </w:r>
    </w:p>
    <w:p>
      <w:r>
        <w:br/>
        <w:t>Ми вже не друзями розстаємось?</w:t>
      </w:r>
    </w:p>
    <w:p>
      <w:r>
        <w:br/>
        <w:t>А н т е й</w:t>
      </w:r>
    </w:p>
    <w:p>
      <w:r>
        <w:br/>
        <w:t>Боюсь, коли б не стрілись ворогами.</w:t>
      </w:r>
    </w:p>
    <w:p>
      <w:r>
        <w:br/>
        <w:t>Федон, здвигнувши плечима, виходить.</w:t>
      </w:r>
    </w:p>
    <w:p>
      <w:r>
        <w:br/>
        <w:t>Н е р і с а</w:t>
      </w:r>
    </w:p>
    <w:p>
      <w:r>
        <w:br/>
        <w:t>(виходить з гінекея, ледве зачинилась хвіртка аа Федоном)</w:t>
      </w:r>
    </w:p>
    <w:p>
      <w:r>
        <w:br/>
        <w:t>Антею, я тебе не розумію!&lt;br /&gt;</w:t>
        <w:br/>
        <w:t>Так шорстко ти з Федоном обійшовся,&lt;br /&gt;</w:t>
        <w:br/>
        <w:t>а в чім його вина?</w:t>
      </w:r>
    </w:p>
    <w:p>
      <w:r>
        <w:br/>
        <w:t>А н т е й</w:t>
      </w:r>
    </w:p>
    <w:p>
      <w:r>
        <w:br/>
        <w:t>Ти прислухалась?&lt;br /&gt;</w:t>
        <w:br/>
        <w:t>То вже було прислухатись як слід.&lt;br /&gt;</w:t>
        <w:br/>
        <w:t>Чи, може, то тобі якраз до мислі,&lt;br /&gt;</w:t>
        <w:br/>
        <w:t>що буде на позорищі стояти&lt;br /&gt;</w:t>
        <w:br/>
        <w:t>твоя подоба в домі переможця?</w:t>
      </w:r>
    </w:p>
    <w:p>
      <w:r>
        <w:br/>
        <w:t>Н е р і с а</w:t>
      </w:r>
    </w:p>
    <w:p>
      <w:r>
        <w:br/>
        <w:t>Яке позорище? Хто переможець?&lt;br /&gt;</w:t>
        <w:br/>
        <w:t>Чим винен Меценат, що дід його&lt;br /&gt;</w:t>
        <w:br/>
        <w:t>чи, може, прадід з еллінами бився?&lt;br /&gt;</w:t>
        <w:br/>
        <w:t>Тепер же Меценат не забирає&lt;br /&gt;</w:t>
        <w:br/>
        <w:t>ніяких наших скарбів силоміць,&lt;br /&gt;</w:t>
        <w:br/>
        <w:t>але купує, ще й за добру ціну.</w:t>
      </w:r>
    </w:p>
    <w:p>
      <w:r>
        <w:br/>
        <w:t>А н т е й</w:t>
      </w:r>
    </w:p>
    <w:p>
      <w:r>
        <w:br/>
        <w:t>Тим злотом, що стягається до Риму&lt;br /&gt;</w:t>
        <w:br/>
        <w:t>з подоланих, таки ж і з нас самих.</w:t>
      </w:r>
    </w:p>
    <w:p>
      <w:r>
        <w:br/>
        <w:t>Н е р і с а</w:t>
      </w:r>
    </w:p>
    <w:p>
      <w:r>
        <w:br/>
        <w:t>Не сам же Меценат його стягає.&lt;br /&gt;</w:t>
        <w:br/>
        <w:t>Та й ти як спадок одібрав по батьку,&lt;br /&gt;</w:t>
        <w:br/>
        <w:t>то не питав, хто й як його надбав.</w:t>
      </w:r>
    </w:p>
    <w:p>
      <w:r>
        <w:br/>
        <w:t>А н т е й</w:t>
      </w:r>
    </w:p>
    <w:p>
      <w:r>
        <w:br/>
        <w:t>Я знав, що то було придбання чесне.</w:t>
      </w:r>
    </w:p>
    <w:p>
      <w:r>
        <w:br/>
        <w:t>Н е р і с а</w:t>
      </w:r>
    </w:p>
    <w:p>
      <w:r>
        <w:br/>
        <w:t>Так, певне, думає і Меценат&lt;br /&gt;</w:t>
        <w:br/>
        <w:t>про статки батьківські. Він повертає&lt;br /&gt;</w:t>
        <w:br/>
        <w:t>чималу частку нам назад в Елладу,&lt;br /&gt;</w:t>
        <w:br/>
        <w:t>а ти за те найбільше ворогуєш.&lt;br /&gt;</w:t>
        <w:br/>
        <w:t>По-твоєму, то добре, щоб у нас&lt;br /&gt;</w:t>
        <w:br/>
        <w:t>по закутках марніли твори хисту,&lt;br /&gt;</w:t>
        <w:br/>
        <w:t>щоб з голоду митці снагу втрачали,&lt;br /&gt;</w:t>
        <w:br/>
        <w:t>щоб мармур цвіль посіла, струни — ржа,&lt;br /&gt;</w:t>
        <w:br/>
        <w:t>щоб елліни на варварів звелися,&lt;br /&gt;</w:t>
        <w:br/>
        <w:t>аби римлянам чим не послужити?</w:t>
      </w:r>
    </w:p>
    <w:p>
      <w:r>
        <w:br/>
        <w:t>А н т е й</w:t>
      </w:r>
    </w:p>
    <w:p>
      <w:r>
        <w:br/>
        <w:t>Доволі вже їм служать. Я не буду.</w:t>
      </w:r>
    </w:p>
    <w:p>
      <w:r>
        <w:br/>
        <w:t>Н е р і с а</w:t>
      </w:r>
    </w:p>
    <w:p>
      <w:r>
        <w:br/>
        <w:t>Ніхто й не вимагав від тебе служби.&lt;br /&gt;</w:t>
        <w:br/>
        <w:t>Чи Меценат завдав тобі зневагу,&lt;br /&gt;</w:t>
        <w:br/>
        <w:t>в гостину через друга запросивши?</w:t>
      </w:r>
    </w:p>
    <w:p>
      <w:r>
        <w:br/>
        <w:t>А н т е й</w:t>
      </w:r>
    </w:p>
    <w:p>
      <w:r>
        <w:br/>
        <w:t>В гостину? Ти се думаєш навсправжки,&lt;br /&gt;</w:t>
        <w:br/>
        <w:t>що Меценат співця до себе кличе&lt;br /&gt;</w:t>
        <w:br/>
        <w:t>на оргію для дружньої балачки,&lt;br /&gt;</w:t>
        <w:br/>
        <w:t>а не для співу на розривку гостям?</w:t>
      </w:r>
    </w:p>
    <w:p>
      <w:r>
        <w:br/>
        <w:t>Н е р і с а</w:t>
      </w:r>
    </w:p>
    <w:p>
      <w:r>
        <w:br/>
        <w:t>А що ж, якби ти й заспівав там трошки?&lt;br /&gt;</w:t>
        <w:br/>
        <w:t>Твої пісні вже й так були в тім домі.</w:t>
      </w:r>
    </w:p>
    <w:p>
      <w:r>
        <w:br/>
        <w:t>А н т е й</w:t>
      </w:r>
    </w:p>
    <w:p>
      <w:r>
        <w:br/>
        <w:t>Та з того я не винен.</w:t>
      </w:r>
    </w:p>
    <w:p>
      <w:r>
        <w:br/>
        <w:t>Н е р і с а</w:t>
      </w:r>
    </w:p>
    <w:p>
      <w:r>
        <w:br/>
        <w:t>Ні, ти "винен",&lt;br /&gt;</w:t>
        <w:br/>
        <w:t>ти дав ученикам пісні списати&lt;br /&gt;</w:t>
        <w:br/>
        <w:t>і, значить, сам їх випустив у світ.&lt;br /&gt;</w:t>
        <w:br/>
        <w:t>А що римлянин оцінив їх краще,&lt;br /&gt;</w:t>
        <w:br/>
        <w:t>ніж земляки, то се вже річ звичайна,&lt;br /&gt;</w:t>
        <w:br/>
        <w:t>винуй у тім, як хочеш, Мецената.&lt;br /&gt;</w:t>
        <w:br/>
        <w:t>Тепер в Елладі той лиш має славу,&lt;br /&gt;</w:t>
        <w:br/>
        <w:t>кого похвалить Рим. Корінф оцінить&lt;br /&gt;</w:t>
        <w:br/>
        <w:t>свого співця тоді, коли втеряе.&lt;br /&gt;</w:t>
        <w:br/>
        <w:t>Якби ти в Рим дістався з Меценатом&lt;br /&gt;</w:t>
        <w:br/>
        <w:t>і там здобув заслужений тріумф, —&lt;br /&gt;</w:t>
        <w:br/>
        <w:t>бо Рим же вміє талани вінчати! —&lt;br /&gt;</w:t>
        <w:br/>
        <w:t>а потім повернувся до Корінфа,&lt;br /&gt;</w:t>
        <w:br/>
        <w:t>то рідні лаври, наче ряст весною,&lt;br /&gt;</w:t>
        <w:br/>
        <w:t>прослалися б тобі попід ногами.</w:t>
      </w:r>
    </w:p>
    <w:p>
      <w:r>
        <w:br/>
        <w:t>А н т е й</w:t>
      </w:r>
    </w:p>
    <w:p>
      <w:r>
        <w:br/>
        <w:t>Топтати рідних лаврів я не хочу.&lt;br /&gt;</w:t>
        <w:br/>
        <w:t>Тріумфи в Римі — то для мене ганьба.</w:t>
      </w:r>
    </w:p>
    <w:p>
      <w:r>
        <w:br/>
        <w:t>Н е р і с а</w:t>
      </w:r>
    </w:p>
    <w:p>
      <w:r>
        <w:br/>
        <w:t>Чого ж ти ждеш?</w:t>
      </w:r>
    </w:p>
    <w:p>
      <w:r>
        <w:br/>
        <w:t>А н т е й</w:t>
      </w:r>
    </w:p>
    <w:p>
      <w:r>
        <w:br/>
        <w:t>Признання в ріднім краї&lt;br /&gt;</w:t>
        <w:br/>
        <w:t>без помочі ласкавих переможців.</w:t>
      </w:r>
    </w:p>
    <w:p>
      <w:r>
        <w:br/>
        <w:t>Н е р і с а</w:t>
      </w:r>
    </w:p>
    <w:p>
      <w:r>
        <w:br/>
        <w:t>Коли ж те буде? Як життя скінчиться?&lt;br /&gt;</w:t>
        <w:br/>
        <w:t>Посмертна слава — то звичайний дар&lt;br /&gt;</w:t>
        <w:br/>
        <w:t>таким співцям, як ти. А поки живі,&lt;br /&gt;</w:t>
        <w:br/>
        <w:t>ніхто не чує їх, ніхто не бачить,&lt;br /&gt;</w:t>
        <w:br/>
        <w:t>немов вони поховані в могилі.&lt;br /&gt;</w:t>
        <w:br/>
        <w:t>Поринувши глибоко в думи й мрії,&lt;br /&gt;</w:t>
        <w:br/>
        <w:t>такі співці не рухаються з місця,&lt;br /&gt;</w:t>
        <w:br/>
        <w:t>а понад ними пролітає буйно&lt;br /&gt;</w:t>
        <w:br/>
        <w:t>барвиста вакханалія життя&lt;br /&gt;</w:t>
        <w:br/>
        <w:t>і кидає тому і лаври, й квіти,&lt;br /&gt;</w:t>
        <w:br/>
        <w:t>хто вміє їх ловити на льоту.&lt;br /&gt;</w:t>
        <w:br/>
        <w:t>Такому ж от, як ти, хіба лишиться&lt;br /&gt;</w:t>
        <w:br/>
        <w:t>зів'яле листя та вінці нагробні.&lt;br /&gt;</w:t>
        <w:br/>
        <w:t>Чи думаєш ти Рим перемогти&lt;br /&gt;</w:t>
        <w:br/>
        <w:t>могильною незрушністю такою?&lt;br /&gt;</w:t>
        <w:br/>
        <w:t>Тобою бувши, я б його сліпила&lt;br /&gt;</w:t>
        <w:br/>
        <w:t>всім блиском генія свого й Еллади,&lt;br /&gt;</w:t>
        <w:br/>
        <w:t>на всіх би сценах я запанувала,&lt;br /&gt;</w:t>
        <w:br/>
        <w:t>всі форуми і портики посіла,&lt;br /&gt;</w:t>
        <w:br/>
        <w:t>моє імення заглушило б гомін&lt;br /&gt;</w:t>
        <w:br/>
        <w:t>імення цезаря! Оце була б&lt;br /&gt;</w:t>
        <w:br/>
        <w:t>справдешня перемога!</w:t>
      </w:r>
    </w:p>
    <w:p>
      <w:r>
        <w:br/>
        <w:t>А н т е й</w:t>
      </w:r>
    </w:p>
    <w:p>
      <w:r>
        <w:br/>
        <w:t>Всі б казали:&lt;br /&gt;</w:t>
        <w:br/>
        <w:t>"Яких співців скуповує наш Рим!&lt;br /&gt;</w:t>
        <w:br/>
        <w:t>Зовсім уже пішла в старці Еллада!"</w:t>
      </w:r>
    </w:p>
    <w:p>
      <w:r>
        <w:br/>
        <w:t>(Бере в руки Евфрозінин лавровий вінець).</w:t>
      </w:r>
    </w:p>
    <w:p>
      <w:r>
        <w:br/>
        <w:t>Дивись, Нерісо, сей вінець єдиний&lt;br /&gt;</w:t>
        <w:br/>
        <w:t>здобув я за життя, та він дорожчий&lt;br /&gt;</w:t>
        <w:br/>
        <w:t>від всіх твоїх розхвалених тріумфів.&lt;br /&gt;</w:t>
        <w:br/>
        <w:t>Коли такі вінці нагробні будуть,&lt;br /&gt;</w:t>
        <w:br/>
        <w:t>так що ж, нехай скоріше прийде смерть!</w:t>
      </w:r>
    </w:p>
    <w:p>
      <w:r>
        <w:br/>
        <w:t>(Надіває на голову вінець з гордим спокійним усміхом)</w:t>
      </w:r>
    </w:p>
    <w:p>
      <w:r>
        <w:br/>
        <w:t>Н е р і с а</w:t>
      </w:r>
    </w:p>
    <w:p>
      <w:r>
        <w:br/>
        <w:t>Антею, слухай! Я не можу більше&lt;br /&gt;</w:t>
        <w:br/>
        <w:t>сього терпіти. Так затхнутись можна&lt;br /&gt;</w:t>
        <w:br/>
        <w:t>в могильному повітрі сеї хати.&lt;br /&gt;</w:t>
        <w:br/>
        <w:t>Ти або я повинні вийти в світ.&lt;br /&gt;</w:t>
        <w:br/>
        <w:t>Я так тебе кохаю, що пристану&lt;br /&gt;</w:t>
        <w:br/>
        <w:t>на те, щоб славою твоєю жити,&lt;br /&gt;</w:t>
        <w:br/>
        <w:t>але зовсім без слави жить не можу —&lt;br /&gt;</w:t>
        <w:br/>
        <w:t>я еллінка!</w:t>
      </w:r>
    </w:p>
    <w:p>
      <w:r>
        <w:br/>
        <w:t>А н т е й</w:t>
      </w:r>
    </w:p>
    <w:p>
      <w:r>
        <w:br/>
        <w:t>І хочеш добувати&lt;br /&gt;</w:t>
        <w:br/>
        <w:t>в римлян ту славу?</w:t>
      </w:r>
    </w:p>
    <w:p>
      <w:r>
        <w:br/>
        <w:t>Н е р і с а</w:t>
      </w:r>
    </w:p>
    <w:p>
      <w:r>
        <w:br/>
        <w:t>У римлян чи в інших —&lt;br /&gt;</w:t>
        <w:br/>
        <w:t>однаково. Мені потрібна слава,&lt;br /&gt;</w:t>
        <w:br/>
        <w:t>як хліб, вода й повітря. Коли ти&lt;br /&gt;</w:t>
        <w:br/>
        <w:t>мені того постачити не можеш,&lt;br /&gt;</w:t>
        <w:br/>
        <w:t>без чого я не проживу, то мушу&lt;br /&gt;</w:t>
        <w:br/>
        <w:t>сама собі здобути, а вмирати&lt;br /&gt;</w:t>
        <w:br/>
        <w:t>не хочу я, бо я ще молода.</w:t>
      </w:r>
    </w:p>
    <w:p>
      <w:r>
        <w:br/>
        <w:t>А н т е й</w:t>
      </w:r>
    </w:p>
    <w:p>
      <w:r>
        <w:br/>
        <w:t>Та чим же ти здобудеш тую славу?</w:t>
      </w:r>
    </w:p>
    <w:p>
      <w:r>
        <w:br/>
        <w:t>Н е р і с а</w:t>
      </w:r>
    </w:p>
    <w:p>
      <w:r>
        <w:br/>
        <w:t>Тим, чим і ти здобув би — власним хистом.</w:t>
      </w:r>
    </w:p>
    <w:p>
      <w:r>
        <w:br/>
        <w:t>А н т е й</w:t>
      </w:r>
    </w:p>
    <w:p>
      <w:r>
        <w:br/>
        <w:t>Ти все-таки піти на сцену хочеш?</w:t>
      </w:r>
    </w:p>
    <w:p>
      <w:r>
        <w:br/>
        <w:t>(Після паузи).</w:t>
      </w:r>
    </w:p>
    <w:p>
      <w:r>
        <w:br/>
        <w:t>Ну що ж, Нерісо, я скажу по правді, —&lt;br /&gt;</w:t>
        <w:br/>
        <w:t>коли тебе не марна примха кличе,&lt;br /&gt;</w:t>
        <w:br/>
        <w:t>а муза Терпсіхора, я не смію&lt;br /&gt;</w:t>
        <w:br/>
        <w:t>з богинею змагатись. Може, справді&lt;br /&gt;</w:t>
        <w:br/>
        <w:t>ти можеш відродити для Корінфа&lt;br /&gt;</w:t>
        <w:br/>
        <w:t>святую таємницю Діоніса.</w:t>
      </w:r>
    </w:p>
    <w:p>
      <w:r>
        <w:br/>
        <w:t>Н е р і с а</w:t>
      </w:r>
    </w:p>
    <w:p>
      <w:r>
        <w:br/>
        <w:t>О ні, не для КорінфаІ Ти не думай!&lt;br /&gt;</w:t>
        <w:br/>
        <w:t>Мене корінфські оплески не ваблять.&lt;br /&gt;</w:t>
        <w:br/>
        <w:t>Либонь, жива Неріса переважить&lt;br /&gt;</w:t>
        <w:br/>
        <w:t>камінну Терпсіхору в Мецената,&lt;br /&gt;</w:t>
        <w:br/>
        <w:t>як протанцює перед ним сьогодні&lt;br /&gt;</w:t>
        <w:br/>
        <w:t>танець Танагри!</w:t>
      </w:r>
    </w:p>
    <w:p>
      <w:r>
        <w:br/>
        <w:t>А н т е й</w:t>
      </w:r>
    </w:p>
    <w:p>
      <w:r>
        <w:br/>
        <w:t>Ти, либонь, маячиш?</w:t>
      </w:r>
    </w:p>
    <w:p>
      <w:r>
        <w:br/>
        <w:t>Н е р і с а</w:t>
      </w:r>
    </w:p>
    <w:p>
      <w:r>
        <w:br/>
        <w:t>Ні, я ще не в гарячці.</w:t>
      </w:r>
    </w:p>
    <w:p>
      <w:r>
        <w:br/>
        <w:t>А н т е й</w:t>
      </w:r>
    </w:p>
    <w:p>
      <w:r>
        <w:br/>
        <w:t>Ти ж не можеш&lt;br /&gt;</w:t>
        <w:br/>
        <w:t>на оргію піти!</w:t>
      </w:r>
    </w:p>
    <w:p>
      <w:r>
        <w:br/>
        <w:t>Н е р і с а</w:t>
      </w:r>
    </w:p>
    <w:p>
      <w:r>
        <w:br/>
        <w:t>Чому не можу?&lt;br /&gt;</w:t>
        <w:br/>
        <w:t>Римлянка ходять скрізь — чому ж би й нам&lt;br /&gt;</w:t>
        <w:br/>
        <w:t>не перейняти в їх того звичаю?&lt;br /&gt;</w:t>
        <w:br/>
        <w:t>Прийду й скажу: "Мій чоловік недужий,&lt;br /&gt;</w:t>
        <w:br/>
        <w:t>але, щоб не зневажить Мецената,&lt;br /&gt;</w:t>
        <w:br/>
        <w:t>прислав мене, свою жону, в гостину..."</w:t>
      </w:r>
    </w:p>
    <w:p>
      <w:r>
        <w:br/>
        <w:t>А н т е й</w:t>
      </w:r>
    </w:p>
    <w:p>
      <w:r>
        <w:br/>
        <w:t>Ні, тв ве підеш!</w:t>
      </w:r>
    </w:p>
    <w:p>
      <w:r>
        <w:br/>
        <w:t>Н е р і с а</w:t>
      </w:r>
    </w:p>
    <w:p>
      <w:r>
        <w:br/>
        <w:t>Ти мене замкнеш?&lt;br /&gt;</w:t>
        <w:br/>
        <w:t>Тоді вже я напевне буду знати,&lt;br /&gt;</w:t>
        <w:br/>
        <w:t>що ти мене перекупив у рабство.&lt;br /&gt;</w:t>
        <w:br/>
        <w:t>Але й рабині часом утікають.&lt;br /&gt;</w:t>
        <w:br/>
        <w:t>Ти не впевняйся на замки.</w:t>
      </w:r>
    </w:p>
    <w:p>
      <w:r>
        <w:br/>
        <w:t>А н т е й</w:t>
      </w:r>
    </w:p>
    <w:p>
      <w:r>
        <w:br/>
        <w:t>Нерісо!!</w:t>
      </w:r>
    </w:p>
    <w:p>
      <w:r>
        <w:br/>
        <w:t>Н е р і с а</w:t>
      </w:r>
    </w:p>
    <w:p>
      <w:r>
        <w:br/>
        <w:t>Що, пане мій?</w:t>
      </w:r>
    </w:p>
    <w:p>
      <w:r>
        <w:br/>
        <w:t>(Пауза).</w:t>
      </w:r>
    </w:p>
    <w:p>
      <w:r>
        <w:br/>
        <w:t>Ну то рішай же зараз:&lt;br /&gt;</w:t>
        <w:br/>
        <w:t>чи ти, чи я.</w:t>
      </w:r>
    </w:p>
    <w:p>
      <w:r>
        <w:br/>
        <w:t>А н т е й</w:t>
      </w:r>
    </w:p>
    <w:p>
      <w:r>
        <w:br/>
        <w:t>Ох, якби мав я силу&lt;br /&gt;</w:t>
        <w:br/>
        <w:t>тебе від серця одірвати геть&lt;br /&gt;</w:t>
        <w:br/>
        <w:t>і кинути, мов гадину отрутну,&lt;br /&gt;</w:t>
        <w:br/>
        <w:t>римлянам тим під ноги!</w:t>
      </w:r>
    </w:p>
    <w:p>
      <w:r>
        <w:br/>
        <w:t>Н е р і с а</w:t>
      </w:r>
    </w:p>
    <w:p>
      <w:r>
        <w:br/>
        <w:t>(з коротким злісним сміхом)</w:t>
      </w:r>
    </w:p>
    <w:p>
      <w:r>
        <w:br/>
        <w:t>Ти не можеш?&lt;br /&gt;</w:t>
        <w:br/>
        <w:t>То мусиш покоритись. Може, згодом&lt;br /&gt;</w:t>
        <w:br/>
        <w:t>ти сам мені подякуєш за се.&lt;br /&gt;</w:t>
        <w:br/>
        <w:t>Бо я не відступлюсь від свого слова, —&lt;br /&gt;</w:t>
        <w:br/>
        <w:t>коли не ти, то я здобуду слави,&lt;br /&gt;</w:t>
        <w:br/>
        <w:t>і то сьогодні. Я доволі ждала.</w:t>
      </w:r>
    </w:p>
    <w:p>
      <w:r>
        <w:br/>
        <w:t>А н т е й</w:t>
      </w:r>
    </w:p>
    <w:p>
      <w:r>
        <w:br/>
        <w:t>(після важкого мовчання)</w:t>
      </w:r>
    </w:p>
    <w:p>
      <w:r>
        <w:br/>
        <w:t>Так, я піду. Мені миліше буде&lt;br /&gt;</w:t>
        <w:br/>
        <w:t>з римлянами, аніж отут з тобою.</w:t>
      </w:r>
    </w:p>
    <w:p>
      <w:r>
        <w:br/>
        <w:t>Н е р і с а</w:t>
      </w:r>
    </w:p>
    <w:p>
      <w:r>
        <w:br/>
        <w:t>Іди. Та оббери ж оте галуззя&lt;br /&gt;</w:t>
        <w:br/>
        <w:t>з своєї голови — невже ж так підеш?</w:t>
      </w:r>
    </w:p>
    <w:p>
      <w:r>
        <w:br/>
        <w:t>Антей сягає за голову, здіймав лаври, з проймаючим жалем дивиться на їх і мовчки кладе там, де стояла Евфрозіна, коли квітчала його.</w:t>
      </w:r>
    </w:p>
    <w:p>
      <w:r>
        <w:br/>
        <w:t>Г о л о с Е в ф р о з і н и</w:t>
      </w:r>
    </w:p>
    <w:p>
      <w:r>
        <w:br/>
        <w:t>(озивається з глибини дому)</w:t>
      </w:r>
    </w:p>
    <w:p>
      <w:r>
        <w:br/>
        <w:t>Нерісо! Клич Антея! Йдіть обідать!&lt;br /&gt;</w:t>
        <w:br/>
        <w:t>Уже готова оргія препишна!</w:t>
      </w:r>
    </w:p>
    <w:p>
      <w:r>
        <w:br/>
        <w:t>Антей миттю кидається до хвіртки,</w:t>
      </w:r>
    </w:p>
    <w:p>
      <w:r>
        <w:br/>
        <w:t>Н е р і с а</w:t>
      </w:r>
    </w:p>
    <w:p>
      <w:r>
        <w:br/>
        <w:t>(доганяючи його)</w:t>
      </w:r>
    </w:p>
    <w:p>
      <w:r>
        <w:br/>
        <w:t>Куди ж ти? Треба ж переодягтися!</w:t>
      </w:r>
    </w:p>
    <w:p>
      <w:r>
        <w:br/>
        <w:t>А н т е й</w:t>
      </w:r>
    </w:p>
    <w:p>
      <w:r>
        <w:br/>
        <w:t>Пусти мене! Бо прийде Евфрозіна,&lt;br /&gt;</w:t>
        <w:br/>
        <w:t>а я не смію глянуть їй у вічі.</w:t>
      </w:r>
    </w:p>
    <w:p>
      <w:r>
        <w:br/>
        <w:t>(Вибігає за хвіртку).</w:t>
      </w:r>
    </w:p>
    <w:p>
      <w:r>
        <w:br/>
        <w:t>Е в ф р о з і н а</w:t>
      </w:r>
    </w:p>
    <w:p>
      <w:r>
        <w:br/>
        <w:t>(виходить з дверей)</w:t>
      </w:r>
    </w:p>
    <w:p>
      <w:r>
        <w:br/>
        <w:t>А де ж Антей?</w:t>
      </w:r>
    </w:p>
    <w:p>
      <w:r>
        <w:br/>
        <w:t>Н е р і с а</w:t>
      </w:r>
    </w:p>
    <w:p>
      <w:r>
        <w:br/>
        <w:t>На оргію пішов.&lt;br /&gt;</w:t>
        <w:br/>
        <w:t>Його запрошено до Мецената.</w:t>
      </w:r>
    </w:p>
    <w:p>
      <w:r>
        <w:br/>
        <w:t>Е в ф р о з і н а</w:t>
      </w:r>
    </w:p>
    <w:p>
      <w:r>
        <w:br/>
        <w:t>Якийсь дивний твій жарт.</w:t>
      </w:r>
    </w:p>
    <w:p>
      <w:r>
        <w:br/>
        <w:t>Н е р і с а</w:t>
      </w:r>
    </w:p>
    <w:p>
      <w:r>
        <w:br/>
        <w:t>Я не жартую.&lt;br /&gt;</w:t>
        <w:br/>
        <w:t>Он там лежать зів'ялі хатні лаври, —&lt;br /&gt;</w:t>
        <w:br/>
        <w:t>сьогодні він нам свіжі принесе,&lt;br /&gt;</w:t>
        <w:br/>
        <w:t>здобувши з рук знавців.</w:t>
      </w:r>
    </w:p>
    <w:p>
      <w:r>
        <w:br/>
        <w:t>(Гордо підвівши голову, йде в хату).</w:t>
      </w:r>
    </w:p>
    <w:p>
      <w:r>
        <w:br/>
        <w:t>Е в ф р о з і н а</w:t>
      </w:r>
    </w:p>
    <w:p>
      <w:r>
        <w:br/>
        <w:t>(хапаючись за голову)</w:t>
      </w:r>
    </w:p>
    <w:p>
      <w:r>
        <w:br/>
        <w:t>Невже се правда?!</w:t>
      </w:r>
    </w:p>
    <w:p>
      <w:r>
        <w:br/>
        <w:t>ІІ</w:t>
      </w:r>
    </w:p>
    <w:p>
      <w:r>
        <w:br/>
        <w:t>В господі Мецената, ндщадка того славутнього Мецената, що жив за Августа. Велика, пишна, прибрана як для оргії світлиця, аркою переділена на дві нерівні частини: у першій, меншій (на передньому плані), поставлено триклініум для господаря Мецената і двох найпочесніших гостей — прокуратора і префекта —і вряджено невиоокий примост, засланий килимами, для виступів співців, мімів та інших артистів; у другій, більшій (на задньому плані), багато столів, то з ліжками навколо — на грецький лад то з стільцями — на римський, там сидять і лежать гостів різного стану і віку, греки і римляни. Бенкет ще ледве почався і йде якось мляво, видко, що гості мало знайомі межи собою і почуваються ніяково під увагою почесного триклінія чільної частини світлиці. На примості хор панегіристів — між ними Хілон — кінчає сяів.</w:t>
      </w:r>
    </w:p>
    <w:p>
      <w:r>
        <w:br/>
        <w:t>Х о р п а н е г і р и с т і в</w:t>
      </w:r>
    </w:p>
    <w:p>
      <w:r>
        <w:br/>
        <w:t>(співає)</w:t>
      </w:r>
    </w:p>
    <w:p>
      <w:r>
        <w:br/>
        <w:t>Світло від світла&lt;br /&gt;</w:t>
        <w:br/>
        <w:t>родиться вічно,&lt;br /&gt;</w:t>
        <w:br/>
        <w:t>так і пресвітлий&lt;br /&gt;</w:t>
        <w:br/>
        <w:t>рід Мецената&lt;br /&gt;</w:t>
        <w:br/>
        <w:t>з променя в промінь&lt;br /&gt;</w:t>
        <w:br/>
        <w:t>переливає&lt;br /&gt;</w:t>
        <w:br/>
        <w:t>сяйво своє!</w:t>
      </w:r>
    </w:p>
    <w:p>
      <w:r>
        <w:br/>
        <w:t>Коли хор скінчив співати, Меценат злегка кивнув головою корифеєві і зробив рукою рух, не то наказуючий, не то запрошуючий, щоб хористи зайняли місця на бенкеті в задній частині світлиці. Хор розміщається поза найдальшими столами в самій глибині. Раби розносять напитки й наїдки, рабині роздають квіти.</w:t>
      </w:r>
    </w:p>
    <w:p>
      <w:r>
        <w:br/>
        <w:t>М е ц е н а т</w:t>
      </w:r>
    </w:p>
    <w:p>
      <w:r>
        <w:br/>
        <w:t>(рухом пальця закликає раба-домоправителя)</w:t>
      </w:r>
    </w:p>
    <w:p>
      <w:r>
        <w:br/>
        <w:t>Нехай тим часом тут поскачуть міми,&lt;br /&gt;</w:t>
        <w:br/>
        <w:t>а потім ті етиптянки безкості,&lt;br /&gt;</w:t>
        <w:br/>
        <w:t>що то показують з мечами штгуки,&lt;br /&gt;</w:t>
        <w:br/>
        <w:t>але щоб те трюмо все недовго:&lt;br /&gt;</w:t>
        <w:br/>
        <w:t>хвилину-дві щоб кожне зоставалось&lt;br /&gt;</w:t>
        <w:br/>
        <w:t>і щоб ніхто не смів виходить двічі.</w:t>
      </w:r>
    </w:p>
    <w:p>
      <w:r>
        <w:br/>
        <w:t>(До прокуратора і префекта).</w:t>
      </w:r>
    </w:p>
    <w:p>
      <w:r>
        <w:br/>
        <w:t>Бо уявіть собі, що й тії мавпи&lt;br /&gt;</w:t>
        <w:br/>
        <w:t>до сл-ави не байдужі: раз плесніть,&lt;br /&gt;</w:t>
        <w:br/>
        <w:t>то потім і прогнати з кону трудно.</w:t>
      </w:r>
    </w:p>
    <w:p>
      <w:r>
        <w:br/>
        <w:t>Тим часом домоправитель, уклонившись, вийшов, і на кону стали з'являтися міми, представляючи коротенькі мімічні фарси без слів, акробатки-єгиптянки з мечами, жонглери і жонглерки з барвистими опуками і т. ін. Гості поплескують їм, часом кидають їм квіти й ласощі. Мало звертаючи на те все уваги, Меценат і двоє його почесних гостей розмовляють межи собою, Меценат трохи зниженим голосом, Префект рівно, однотонне і трохи недбало, Прокуратор голосно і непримушено.</w:t>
      </w:r>
    </w:p>
    <w:p>
      <w:r>
        <w:br/>
        <w:t>М е ц е н а т</w:t>
      </w:r>
    </w:p>
    <w:p>
      <w:r>
        <w:br/>
        <w:t>Ся оргія моя, признатись мушу,&lt;br /&gt;</w:t>
        <w:br/>
        <w:t>нагадує щось трошки царство тінів&lt;br /&gt;</w:t>
        <w:br/>
        <w:t>перед Плутоновим тріумвіратом.&lt;br /&gt;</w:t>
        <w:br/>
        <w:t>Ви не повірите, як я працюю,&lt;br /&gt;</w:t>
        <w:br/>
        <w:t>щоб якось подолати сюю дикість&lt;br /&gt;</w:t>
        <w:br/>
        <w:t>і недовірливість, щоб сполучити&lt;br /&gt;</w:t>
        <w:br/>
        <w:t>в одну родину дві частини люду&lt;br /&gt;</w:t>
        <w:br/>
        <w:t>корінфського — римлян і греків.</w:t>
      </w:r>
    </w:p>
    <w:p>
      <w:r>
        <w:br/>
        <w:t>П р е ф е к т</w:t>
      </w:r>
    </w:p>
    <w:p>
      <w:r>
        <w:br/>
        <w:t>Друже,&lt;br /&gt;</w:t>
        <w:br/>
        <w:t>ти й так уже великого досяг:&lt;br /&gt;</w:t>
        <w:br/>
        <w:t>взірцевий маєш хор панегіристів,&lt;br /&gt;</w:t>
        <w:br/>
        <w:t>такий і в Римі не щодня почуєш.</w:t>
      </w:r>
    </w:p>
    <w:p>
      <w:r>
        <w:br/>
        <w:t>М е ц е н а т</w:t>
      </w:r>
    </w:p>
    <w:p>
      <w:r>
        <w:br/>
        <w:t>(махнувши рукою)</w:t>
      </w:r>
    </w:p>
    <w:p>
      <w:r>
        <w:br/>
        <w:t>Ет, що той хор!.. Па щирості сказавши,&lt;br /&gt;</w:t>
        <w:br/>
        <w:t>такій поезії на кухні місце,&lt;br /&gt;</w:t>
        <w:br/>
        <w:t>бо їй недоїдки — миліша плата,&lt;br /&gt;</w:t>
        <w:br/>
        <w:t>ніж лаври... Я прошу в вас вибачення,&lt;br /&gt;</w:t>
        <w:br/>
        <w:t>що вас частую отаким злиденством —</w:t>
      </w:r>
    </w:p>
    <w:p>
      <w:r>
        <w:br/>
        <w:t>(ще тихше)</w:t>
      </w:r>
    </w:p>
    <w:p>
      <w:r>
        <w:br/>
        <w:t>бо се, властиве, тільки для юрби —&lt;br /&gt;</w:t>
        <w:br/>
        <w:t>та я надолужити сподіваюсь&lt;br /&gt;</w:t>
        <w:br/>
        <w:t>на іншому. Я тут назнав співця&lt;br /&gt;</w:t>
        <w:br/>
        <w:t>справдешнього. Не дуже він славутній,&lt;br /&gt;</w:t>
        <w:br/>
        <w:t>та се вже грекам сором, не співцеві.&lt;br /&gt;</w:t>
        <w:br/>
        <w:t>Я покажу Корінфові, що треба&lt;br /&gt;</w:t>
        <w:br/>
        <w:t>римлянина для цінування хисту,&lt;br /&gt;</w:t>
        <w:br/>
        <w:t>інакше хист лишиться неужитком.</w:t>
      </w:r>
    </w:p>
    <w:p>
      <w:r>
        <w:br/>
        <w:t>П р о к у р а т о р</w:t>
      </w:r>
    </w:p>
    <w:p>
      <w:r>
        <w:br/>
        <w:t>Співець той хутко прийде?</w:t>
      </w:r>
    </w:p>
    <w:p>
      <w:r>
        <w:br/>
        <w:t>М е ц е н а т</w:t>
      </w:r>
    </w:p>
    <w:p>
      <w:r>
        <w:br/>
        <w:t>Я не знаю.&lt;br /&gt;</w:t>
        <w:br/>
        <w:t>Я запросив його, але відповідь&lt;br /&gt;</w:t>
        <w:br/>
        <w:t>була від нього невиразна.</w:t>
      </w:r>
    </w:p>
    <w:p>
      <w:r>
        <w:br/>
        <w:t>П р о к у р а т о р</w:t>
      </w:r>
    </w:p>
    <w:p>
      <w:r>
        <w:br/>
        <w:t>От ще!&lt;br /&gt;</w:t>
        <w:br/>
        <w:t>Просити їх... ти просто б наказав!</w:t>
      </w:r>
    </w:p>
    <w:p>
      <w:r>
        <w:br/>
        <w:t>М е ц е н а т</w:t>
      </w:r>
    </w:p>
    <w:p>
      <w:r>
        <w:br/>
        <w:t>Наказувати тут не випадає.&lt;br /&gt;</w:t>
        <w:br/>
        <w:t>Антей не раб, а вільний громадянин.</w:t>
      </w:r>
    </w:p>
    <w:p>
      <w:r>
        <w:br/>
        <w:t>П р е ф е к т</w:t>
      </w:r>
    </w:p>
    <w:p>
      <w:r>
        <w:br/>
        <w:t>Він римський громадянин?</w:t>
      </w:r>
    </w:p>
    <w:p>
      <w:r>
        <w:br/>
        <w:t>М е ц е н а т</w:t>
      </w:r>
    </w:p>
    <w:p>
      <w:r>
        <w:br/>
        <w:t>Се то ні,&lt;br /&gt;</w:t>
        <w:br/>
        <w:t>а все ж він роду чесного. В Корінфі&lt;br /&gt;</w:t>
        <w:br/>
        <w:t>його родину здавна поважають,&lt;br /&gt;</w:t>
        <w:br/>
        <w:t>колись якісь герої з неї вийшли.</w:t>
      </w:r>
    </w:p>
    <w:p>
      <w:r>
        <w:br/>
        <w:t>П р о к у р а т о р</w:t>
      </w:r>
    </w:p>
    <w:p>
      <w:r>
        <w:br/>
        <w:t>У гречуків отих усі герої!&lt;br /&gt;</w:t>
        <w:br/>
        <w:t>Хто кине в зваді миску через стіл&lt;br /&gt;</w:t>
        <w:br/>
        <w:t>і в лоб сусіду влучить —— вже й уславивсь/&lt;br /&gt;</w:t>
        <w:br/>
        <w:t>discobolos!..*</w:t>
      </w:r>
    </w:p>
    <w:p>
      <w:r>
        <w:br/>
        <w:t>* Дискобол (грецьк.), — Ред.</w:t>
      </w:r>
    </w:p>
    <w:p>
      <w:r>
        <w:br/>
        <w:t>(Сміється).</w:t>
      </w:r>
    </w:p>
    <w:p>
      <w:r>
        <w:br/>
        <w:t>Такі ж і їх поети:&lt;br /&gt;</w:t>
        <w:br/>
        <w:t>на грецький лад Горація спартачить,&lt;br /&gt;</w:t>
        <w:br/>
        <w:t>і вже вінець на чолі — лавреат!&lt;br /&gt;</w:t>
        <w:br/>
        <w:t>В атенській академії купити&lt;br /&gt;</w:t>
        <w:br/>
        <w:t>двох лавреатів можна за обол —&lt;br /&gt;</w:t>
        <w:br/>
        <w:t>один поет, другий філософ буде!&lt;br /&gt;</w:t>
        <w:br/>
        <w:t>Обачніше — не витрачать обола.</w:t>
      </w:r>
    </w:p>
    <w:p>
      <w:r>
        <w:br/>
        <w:t>М е ц е н а т</w:t>
      </w:r>
    </w:p>
    <w:p>
      <w:r>
        <w:br/>
        <w:t>Не забувай, мій друже, що боги&lt;br /&gt;</w:t>
        <w:br/>
        <w:t>невдячності не люблять. Пам'ятай же,&lt;br /&gt;</w:t>
        <w:br/>
        <w:t>що Рим ходив у Грецію до школи.</w:t>
      </w:r>
    </w:p>
    <w:p>
      <w:r>
        <w:br/>
        <w:t>П р е ф е к т</w:t>
      </w:r>
    </w:p>
    <w:p>
      <w:r>
        <w:br/>
        <w:t>Відомо, що поганий той школяр,&lt;br /&gt;</w:t>
        <w:br/>
        <w:t>який учителя не переважить.</w:t>
      </w:r>
    </w:p>
    <w:p>
      <w:r>
        <w:br/>
        <w:t>М е ц е н а т</w:t>
      </w:r>
    </w:p>
    <w:p>
      <w:r>
        <w:br/>
        <w:t>Се так, а все ж він мусить мати вдячність.</w:t>
      </w:r>
    </w:p>
    <w:p>
      <w:r>
        <w:br/>
        <w:t>П р е ф е к т</w:t>
      </w:r>
    </w:p>
    <w:p>
      <w:r>
        <w:br/>
        <w:t>Рим гойно заплатив за ту науку:&lt;br /&gt;</w:t>
        <w:br/>
        <w:t>він Греції дав спокій і закон,&lt;br /&gt;</w:t>
        <w:br/>
        <w:t>чого вона не мала споконвіку.</w:t>
      </w:r>
    </w:p>
    <w:p>
      <w:r>
        <w:br/>
        <w:t>П р о к у р а т о р</w:t>
      </w:r>
    </w:p>
    <w:p>
      <w:r>
        <w:br/>
        <w:t>(впадає в річ)</w:t>
      </w:r>
    </w:p>
    <w:p>
      <w:r>
        <w:br/>
        <w:t>А Греція в своїй преславній школі&lt;br /&gt;</w:t>
        <w:br/>
        <w:t>навчила Рим лиш бабських теревенів,&lt;br /&gt;</w:t>
        <w:br/>
        <w:t>що тільки нам релігію зганьбили,&lt;br /&gt;</w:t>
        <w:br/>
        <w:t>та ще привчила розумом крутити&lt;br /&gt;</w:t>
        <w:br/>
        <w:t>без жодної мети, як пес хвостом.&lt;br /&gt;</w:t>
        <w:br/>
        <w:t>Оце і вся наука. Більш нічого&lt;br /&gt;</w:t>
        <w:br/>
        <w:t>не знали тії греки й не стгорили —&lt;br /&gt;</w:t>
        <w:br/>
        <w:t>В їх навіть мови не було ніколи!</w:t>
      </w:r>
    </w:p>
    <w:p>
      <w:r>
        <w:br/>
        <w:t>М е ц е н а т</w:t>
      </w:r>
    </w:p>
    <w:p>
      <w:r>
        <w:br/>
        <w:t>Ну отакої! Як то не було?&lt;br /&gt;</w:t>
        <w:br/>
        <w:t>Ти, друже, щось нечуване говориш.</w:t>
      </w:r>
    </w:p>
    <w:p>
      <w:r>
        <w:br/>
        <w:t>П р о к у р а т о р</w:t>
      </w:r>
    </w:p>
    <w:p>
      <w:r>
        <w:br/>
        <w:t>Авжеж, був іонійський діалект,&lt;br /&gt;</w:t>
        <w:br/>
        <w:t>аттічний, ще не знаю там який, —&lt;br /&gt;</w:t>
        <w:br/>
        <w:t>що не письменник, то й балачка інша, —&lt;br /&gt;</w:t>
        <w:br/>
        <w:t>але гартованої міцно мови,&lt;br /&gt;</w:t>
        <w:br/>
        <w:t>єдиної, всесвітньої, як наша,&lt;br /&gt;</w:t>
        <w:br/>
        <w:t>не мали греки зроду.</w:t>
      </w:r>
    </w:p>
    <w:p>
      <w:r>
        <w:br/>
        <w:t>М е ц е н а т</w:t>
      </w:r>
    </w:p>
    <w:p>
      <w:r>
        <w:br/>
        <w:t>Се то так.</w:t>
      </w:r>
    </w:p>
    <w:p>
      <w:r>
        <w:br/>
        <w:t>П р е ф е к т</w:t>
      </w:r>
    </w:p>
    <w:p>
      <w:r>
        <w:br/>
        <w:t>Та й їх поезія, скажу по правді,&lt;br /&gt;</w:t>
        <w:br/>
        <w:t>таки супроти нашої не встоїть.&lt;br /&gt;</w:t>
        <w:br/>
        <w:t>Добірності такої, як Горацій,&lt;br /&gt;</w:t>
        <w:br/>
        <w:t>грек не досяг ніколи й не досягне.</w:t>
      </w:r>
    </w:p>
    <w:p>
      <w:r>
        <w:br/>
        <w:t>М е ц е н а т</w:t>
      </w:r>
    </w:p>
    <w:p>
      <w:r>
        <w:br/>
        <w:t>А все ж і рідну мову шанувати&lt;br /&gt;</w:t>
        <w:br/>
        <w:t>навчив нас грек. Поезію латинську&lt;br /&gt;</w:t>
        <w:br/>
        <w:t>почав нам еллін-бранець, не римлянин.</w:t>
      </w:r>
    </w:p>
    <w:p>
      <w:r>
        <w:br/>
        <w:t>П р о к у р а т о р</w:t>
      </w:r>
    </w:p>
    <w:p>
      <w:r>
        <w:br/>
        <w:t>Бо мусив мову пана перейняти,&lt;br /&gt;</w:t>
        <w:br/>
        <w:t>а пав мав, певяе, поважніші справи,&lt;br /&gt;</w:t>
        <w:br/>
        <w:t>ніж рідну мову сікти на трохеї.</w:t>
      </w:r>
    </w:p>
    <w:p>
      <w:r>
        <w:br/>
        <w:t>П р е ф е к т</w:t>
      </w:r>
    </w:p>
    <w:p>
      <w:r>
        <w:br/>
        <w:t>(до Мецената)</w:t>
      </w:r>
    </w:p>
    <w:p>
      <w:r>
        <w:br/>
        <w:t>Мій друже, ти ж не будеш запевняти,&lt;br /&gt;</w:t>
        <w:br/>
        <w:t>що тії вірші не були партацькі,&lt;br /&gt;</w:t>
        <w:br/>
        <w:t>а тая мова вв була потворна?</w:t>
      </w:r>
    </w:p>
    <w:p>
      <w:r>
        <w:br/>
        <w:t>М е ц е н а т</w:t>
      </w:r>
    </w:p>
    <w:p>
      <w:r>
        <w:br/>
        <w:t>Хто знає, друже, чим була та іскра,&lt;br /&gt;</w:t>
        <w:br/>
        <w:t>з якої на землі вогонь з'явився?&lt;br /&gt;</w:t>
        <w:br/>
        <w:t>То, може, був нікчемний перегар,&lt;br /&gt;</w:t>
        <w:br/>
        <w:t>а все ж нам шанувать її годиться&lt;br /&gt;</w:t>
        <w:br/>
        <w:t>і поважати батька Прометея,&lt;br /&gt;</w:t>
        <w:br/>
        <w:t>хоч, може, вів і був зичливий злодій.</w:t>
      </w:r>
    </w:p>
    <w:p>
      <w:r>
        <w:br/>
        <w:t>П р о к у р а т о р</w:t>
      </w:r>
    </w:p>
    <w:p>
      <w:r>
        <w:br/>
        <w:t>(до префекта, кивааючи на Мецената)</w:t>
      </w:r>
    </w:p>
    <w:p>
      <w:r>
        <w:br/>
        <w:t>Оце ж і плід від грецької науки!</w:t>
      </w:r>
    </w:p>
    <w:p>
      <w:r>
        <w:br/>
        <w:t>П р е ф е к т</w:t>
      </w:r>
    </w:p>
    <w:p>
      <w:r>
        <w:br/>
        <w:t>Наш Меценат відомий філеллен, —&lt;br /&gt;</w:t>
        <w:br/>
        <w:t>коли б іще не відділив од Риму&lt;br /&gt;</w:t>
        <w:br/>
        <w:t>Корінфської республіки!</w:t>
      </w:r>
    </w:p>
    <w:p>
      <w:r>
        <w:br/>
        <w:t>(Сміється).</w:t>
      </w:r>
    </w:p>
    <w:p>
      <w:r>
        <w:br/>
        <w:t>П р о к у р а т о р</w:t>
      </w:r>
    </w:p>
    <w:p>
      <w:r>
        <w:br/>
        <w:t>Жарт жартом,&lt;br /&gt;</w:t>
        <w:br/>
        <w:t>а Римові з такого філелленства&lt;br /&gt;</w:t>
        <w:br/>
        <w:t>все ж може вийти шкода.</w:t>
      </w:r>
    </w:p>
    <w:p>
      <w:r>
        <w:br/>
        <w:t>М е ц е н а т</w:t>
      </w:r>
    </w:p>
    <w:p>
      <w:r>
        <w:br/>
        <w:t>Не турбуйся,&lt;br /&gt;</w:t>
        <w:br/>
        <w:t>стара учителька те добре тямить,&lt;br /&gt;</w:t>
        <w:br/>
        <w:t>що їй при старощах підпорки треба.&lt;br /&gt;</w:t>
        <w:br/>
        <w:t>Якби так Рим на Грецію розсердивсь&lt;br /&gt;</w:t>
        <w:br/>
        <w:t>і відштовхнув, то закричала б "гину!".</w:t>
      </w:r>
    </w:p>
    <w:p>
      <w:r>
        <w:br/>
        <w:t>П р е ф е к т</w:t>
      </w:r>
    </w:p>
    <w:p>
      <w:r>
        <w:br/>
        <w:t>Все ж друг наш мав рацію: є шкода.&lt;br /&gt;</w:t>
        <w:br/>
        <w:t>Замилування наше до чужинців&lt;br /&gt;</w:t>
        <w:br/>
        <w:t>до того довело, що ми самі&lt;br /&gt;</w:t>
        <w:br/>
        <w:t>на варварів якихсь перевернулись,&lt;br /&gt;</w:t>
        <w:br/>
        <w:t>навчившись "африканської латині"&lt;br /&gt;</w:t>
        <w:br/>
        <w:t>від чорновидих "римських громадян".</w:t>
      </w:r>
    </w:p>
    <w:p>
      <w:r>
        <w:br/>
        <w:t>М е ц е н а т</w:t>
      </w:r>
    </w:p>
    <w:p>
      <w:r>
        <w:br/>
        <w:t>Ба, що ж, без варварів не обійтися,&lt;br /&gt;</w:t>
        <w:br/>
        <w:t>бо ми вже мусим обновляти кров,&lt;br /&gt;</w:t>
        <w:br/>
        <w:t>знесилену від праці та розкошів.&lt;br /&gt;</w:t>
        <w:br/>
        <w:t>Чи ти б хотів, щоб наші всі народи&lt;br /&gt;</w:t>
        <w:br/>
        <w:t>по-варварськи довіку говорили?&lt;br /&gt;</w:t>
        <w:br/>
        <w:t>Навряд чи з того буде слава Риму.</w:t>
      </w:r>
    </w:p>
    <w:p>
      <w:r>
        <w:br/>
        <w:t>П р о к у р а т о р</w:t>
      </w:r>
    </w:p>
    <w:p>
      <w:r>
        <w:br/>
        <w:t>Нехай мовчать, поки як слід навчаться&lt;br /&gt;</w:t>
        <w:br/>
        <w:t>поправної латині!</w:t>
      </w:r>
    </w:p>
    <w:p>
      <w:r>
        <w:br/>
        <w:t>М е ц е н а т</w:t>
      </w:r>
    </w:p>
    <w:p>
      <w:r>
        <w:br/>
        <w:t>Се трудненько!&lt;br /&gt;</w:t>
        <w:br/>
        <w:t>Навчились мовчки доброї вимови —&lt;br /&gt;</w:t>
        <w:br/>
        <w:t>сього б і Демосфен не доказав.</w:t>
      </w:r>
    </w:p>
    <w:p>
      <w:r>
        <w:br/>
        <w:t>П р о к у р а т о р</w:t>
      </w:r>
    </w:p>
    <w:p>
      <w:r>
        <w:br/>
        <w:t>Так що ж робити?</w:t>
      </w:r>
    </w:p>
    <w:p>
      <w:r>
        <w:br/>
        <w:t>М е ц е н а т</w:t>
      </w:r>
    </w:p>
    <w:p>
      <w:r>
        <w:br/>
        <w:t>Те, що я роблю:&lt;br /&gt;</w:t>
        <w:br/>
        <w:t>привчати ласкою, дарами навіть,&lt;br /&gt;</w:t>
        <w:br/>
        <w:t>всіх видатних чужинців Рим любити.&lt;br /&gt;</w:t>
        <w:br/>
        <w:t>Хто любить, той уподобитись може&lt;br /&gt;</w:t>
        <w:br/>
        <w:t>до любого і тілом, і душею.</w:t>
      </w:r>
    </w:p>
    <w:p>
      <w:r>
        <w:br/>
        <w:t>П р о к у р а т о р</w:t>
      </w:r>
    </w:p>
    <w:p>
      <w:r>
        <w:br/>
        <w:t>Розніжило тебе те філелленство!&lt;br /&gt;</w:t>
        <w:br/>
        <w:t>Цікавий знати, як би ти, наприклад,&lt;br /&gt;</w:t>
        <w:br/>
        <w:t>збирав податки "ласкою й дарами"?&lt;br /&gt;</w:t>
        <w:br/>
        <w:t>Багато б назбирав!</w:t>
      </w:r>
    </w:p>
    <w:p>
      <w:r>
        <w:br/>
        <w:t>М е ц е н а т</w:t>
      </w:r>
    </w:p>
    <w:p>
      <w:r>
        <w:br/>
        <w:t>(сміючись)</w:t>
      </w:r>
    </w:p>
    <w:p>
      <w:r>
        <w:br/>
        <w:t>Ну, тут я мушу&lt;br /&gt;</w:t>
        <w:br/>
        <w:t>зложити зброю. В сьому ти найдужчий.&lt;br /&gt;</w:t>
        <w:br/>
        <w:t>Р а б — а т р і є н з і й</w:t>
      </w:r>
    </w:p>
    <w:p>
      <w:r>
        <w:br/>
        <w:t>(увіходить)</w:t>
      </w:r>
    </w:p>
    <w:p>
      <w:r>
        <w:br/>
        <w:t>Прийшов Антей-співець.</w:t>
      </w:r>
    </w:p>
    <w:p>
      <w:r>
        <w:br/>
        <w:t>М е ц е н а т</w:t>
      </w:r>
    </w:p>
    <w:p>
      <w:r>
        <w:br/>
        <w:t>А! Клич сюди.&lt;br /&gt;</w:t>
        <w:br/>
        <w:t>Стій! Як Антей уже почне співати,&lt;br /&gt;</w:t>
        <w:br/>
        <w:t>я знак подам, тоді хай танцівниці&lt;br /&gt;</w:t>
        <w:br/>
        <w:t>сюди увійдуть. Тільки ж не раніше.&lt;br /&gt;</w:t>
        <w:br/>
        <w:t>Гляди мені! Рушай.</w:t>
      </w:r>
    </w:p>
    <w:p>
      <w:r>
        <w:br/>
        <w:t>Атрієнзій виходить.</w:t>
      </w:r>
    </w:p>
    <w:p>
      <w:r>
        <w:br/>
        <w:t>Оці раби&lt;br /&gt;</w:t>
        <w:br/>
        <w:t>псують мені раз по раз лад усякий.&lt;br /&gt;</w:t>
        <w:br/>
        <w:t>На їхню думку, оргія — то скоки.</w:t>
      </w:r>
    </w:p>
    <w:p>
      <w:r>
        <w:br/>
        <w:t>А н т е й</w:t>
      </w:r>
    </w:p>
    <w:p>
      <w:r>
        <w:br/>
        <w:t>(у порога)</w:t>
      </w:r>
    </w:p>
    <w:p>
      <w:r>
        <w:br/>
        <w:t>Вітаю вас, преславні.</w:t>
      </w:r>
    </w:p>
    <w:p>
      <w:r>
        <w:br/>
        <w:t>М е ц е н а т</w:t>
      </w:r>
    </w:p>
    <w:p>
      <w:r>
        <w:br/>
        <w:t>А, здоров!&lt;br /&gt;</w:t>
        <w:br/>
        <w:t>Та ближче приступи. Коханцю музи&lt;br /&gt;</w:t>
        <w:br/>
        <w:t>в порога перестоювать не личить.</w:t>
      </w:r>
    </w:p>
    <w:p>
      <w:r>
        <w:br/>
        <w:t>Антей підходить ближче, але місця йому при столі нема і він лишається стояти перед лежачими гостями.</w:t>
      </w:r>
    </w:p>
    <w:p>
      <w:r>
        <w:br/>
        <w:t>М е ц е н а т</w:t>
      </w:r>
    </w:p>
    <w:p>
      <w:r>
        <w:br/>
        <w:t>(до гостей)</w:t>
      </w:r>
    </w:p>
    <w:p>
      <w:r>
        <w:br/>
        <w:t>Се, друзі, найкоштовніша перлина&lt;br /&gt;</w:t>
        <w:br/>
        <w:t>Корінфської затоки.</w:t>
      </w:r>
    </w:p>
    <w:p>
      <w:r>
        <w:br/>
        <w:t>А н т е й</w:t>
      </w:r>
    </w:p>
    <w:p>
      <w:r>
        <w:br/>
        <w:t>Ти, преславний,&lt;br /&gt;</w:t>
        <w:br/>
        <w:t>надмірну ласку положив на мене,&lt;br /&gt;</w:t>
        <w:br/>
        <w:t>Коріифові ж віддав замало честі.</w:t>
      </w:r>
    </w:p>
    <w:p>
      <w:r>
        <w:br/>
        <w:t>М е ц е н а т</w:t>
      </w:r>
    </w:p>
    <w:p>
      <w:r>
        <w:br/>
        <w:t>Чому замало честі?</w:t>
      </w:r>
    </w:p>
    <w:p>
      <w:r>
        <w:br/>
        <w:t>А н т е й</w:t>
      </w:r>
    </w:p>
    <w:p>
      <w:r>
        <w:br/>
        <w:t>Бо не можна&lt;br /&gt;</w:t>
        <w:br/>
        <w:t>злічити перлів нашої затоки&lt;br /&gt;</w:t>
        <w:br/>
        <w:t>і зважити, котра з них найдорожча.</w:t>
      </w:r>
    </w:p>
    <w:p>
      <w:r>
        <w:br/>
        <w:t>П р е ф е к т</w:t>
      </w:r>
    </w:p>
    <w:p>
      <w:r>
        <w:br/>
        <w:t>Любити рідне місто — се годиться,&lt;br /&gt;</w:t>
        <w:br/>
        <w:t>але ж не треба забувати правди&lt;br /&gt;</w:t>
        <w:br/>
        <w:t>і вдячності. Якщо в Корінфі дійсно&lt;br /&gt;</w:t>
        <w:br/>
        <w:t>є скілька перлів хисту і науки,&lt;br /&gt;</w:t>
        <w:br/>
        <w:t>то се є Меценатова заслуга.</w:t>
      </w:r>
    </w:p>
    <w:p>
      <w:r>
        <w:br/>
        <w:t>М е ц е н а т</w:t>
      </w:r>
    </w:p>
    <w:p>
      <w:r>
        <w:br/>
        <w:t>Моя заслуга півняча, мій друже.</w:t>
      </w:r>
    </w:p>
    <w:p>
      <w:r>
        <w:br/>
        <w:t>П р о к у р а т о р</w:t>
      </w:r>
    </w:p>
    <w:p>
      <w:r>
        <w:br/>
        <w:t>Як розуміти сеє, Меценате?</w:t>
      </w:r>
    </w:p>
    <w:p>
      <w:r>
        <w:br/>
        <w:t>М е ц е н а т</w:t>
      </w:r>
    </w:p>
    <w:p>
      <w:r>
        <w:br/>
        <w:t>Бо я на всяких смітниках громаджу&lt;br /&gt;</w:t>
        <w:br/>
        <w:t>і там вишукую коштовні перли.</w:t>
      </w:r>
    </w:p>
    <w:p>
      <w:r>
        <w:br/>
        <w:t>П р е ф е к т</w:t>
      </w:r>
    </w:p>
    <w:p>
      <w:r>
        <w:br/>
        <w:t>Та ти ж їх не ковтавтаєш так, як півень,&lt;br /&gt;</w:t>
        <w:br/>
        <w:t>але даєш в оправу.</w:t>
      </w:r>
    </w:p>
    <w:p>
      <w:r>
        <w:br/>
        <w:t>Антей мовчки рушає.</w:t>
      </w:r>
    </w:p>
    <w:p>
      <w:r>
        <w:br/>
        <w:t>М е ц е н а т</w:t>
      </w:r>
    </w:p>
    <w:p>
      <w:r>
        <w:br/>
        <w:t>Стій, Антею!&lt;br /&gt;</w:t>
        <w:br/>
        <w:t>Куди ти йдеш?</w:t>
      </w:r>
    </w:p>
    <w:p>
      <w:r>
        <w:br/>
        <w:t>А н т е й</w:t>
      </w:r>
    </w:p>
    <w:p>
      <w:r>
        <w:br/>
        <w:t>Туди, куди належу.</w:t>
      </w:r>
    </w:p>
    <w:p>
      <w:r>
        <w:br/>
        <w:t>М е ц е н а т</w:t>
      </w:r>
    </w:p>
    <w:p>
      <w:r>
        <w:br/>
        <w:t>Я бачу, ти образився.</w:t>
      </w:r>
    </w:p>
    <w:p>
      <w:r>
        <w:br/>
        <w:t>П р о к у р а т о р</w:t>
      </w:r>
    </w:p>
    <w:p>
      <w:r>
        <w:br/>
        <w:t>Се дивно,&lt;br /&gt;</w:t>
        <w:br/>
        <w:t>які ті греки всі вражливі!</w:t>
      </w:r>
    </w:p>
    <w:p>
      <w:r>
        <w:br/>
        <w:t>А н т е й</w:t>
      </w:r>
    </w:p>
    <w:p>
      <w:r>
        <w:br/>
        <w:t>Справді,&lt;br /&gt;</w:t>
        <w:br/>
        <w:t>се дивно, як мв досі не привикли,&lt;br /&gt;</w:t>
        <w:br/>
        <w:t>що переможцям вільно називвати&lt;br /&gt;</w:t>
        <w:br/>
        <w:t>країну нашу смітником, а нас,&lt;br /&gt;</w:t>
        <w:br/>
        <w:t>поки ми не в "оправі", просто сміттям.</w:t>
      </w:r>
    </w:p>
    <w:p>
      <w:r>
        <w:br/>
        <w:t>М е ц е н а т</w:t>
      </w:r>
    </w:p>
    <w:p>
      <w:r>
        <w:br/>
        <w:t>Моєму слову ти дав колючки,&lt;br /&gt;</w:t>
        <w:br/>
        <w:t>але не я. Уся моя вина,&lt;br /&gt;</w:t>
        <w:br/>
        <w:t>що мій язик був якось послизнувся,&lt;br /&gt;</w:t>
        <w:br/>
        <w:t>але ж його боги слизьким створили.&lt;br /&gt;</w:t>
        <w:br/>
        <w:t>Винуй Юпітера чи Прометея, —&lt;br /&gt;</w:t>
        <w:br/>
        <w:t>ти краще знаєш, хто з них більше винен.</w:t>
      </w:r>
    </w:p>
    <w:p>
      <w:r>
        <w:br/>
        <w:t>П р е ф е к т</w:t>
      </w:r>
    </w:p>
    <w:p>
      <w:r>
        <w:br/>
        <w:t>А я, минаючи усякі вини,&lt;br /&gt;</w:t>
        <w:br/>
        <w:t>вертаю до заслуг. Мій Меценате,&lt;br /&gt;</w:t>
        <w:br/>
        <w:t>сей раз я маю затягти позов&lt;br /&gt;</w:t>
        <w:br/>
        <w:t>супроти тебе.</w:t>
      </w:r>
    </w:p>
    <w:p>
      <w:r>
        <w:br/>
        <w:t>М е ц е н а т</w:t>
      </w:r>
    </w:p>
    <w:p>
      <w:r>
        <w:br/>
        <w:t>Як?</w:t>
      </w:r>
    </w:p>
    <w:p>
      <w:r>
        <w:br/>
        <w:t>П р е ф е к т</w:t>
      </w:r>
    </w:p>
    <w:p>
      <w:r>
        <w:br/>
        <w:t>Бо сю перлину&lt;br /&gt;</w:t>
        <w:br/>
        <w:t>не ти, а я відкрив уперше.</w:t>
      </w:r>
    </w:p>
    <w:p>
      <w:r>
        <w:br/>
        <w:t>М е ц е н а т</w:t>
      </w:r>
    </w:p>
    <w:p>
      <w:r>
        <w:br/>
        <w:t>Справді?</w:t>
      </w:r>
    </w:p>
    <w:p>
      <w:r>
        <w:br/>
        <w:t>П р е ф е к т</w:t>
      </w:r>
    </w:p>
    <w:p>
      <w:r>
        <w:br/>
        <w:t>І в тім моя заслуга є ще більша,&lt;br /&gt;</w:t>
        <w:br/>
        <w:t>що перли я не проковтнув, знайшовши,&lt;br /&gt;</w:t>
        <w:br/>
        <w:t>хоч, власне, я повинен був ковтнути.</w:t>
      </w:r>
    </w:p>
    <w:p>
      <w:r>
        <w:br/>
        <w:t>М е ц е н а т</w:t>
      </w:r>
    </w:p>
    <w:p>
      <w:r>
        <w:br/>
        <w:t>Я хтів би сеє краще зрозуміти.</w:t>
      </w:r>
    </w:p>
    <w:p>
      <w:r>
        <w:br/>
        <w:t>П р е ф е к т</w:t>
      </w:r>
    </w:p>
    <w:p>
      <w:r>
        <w:br/>
        <w:t>О, се не таїна! Колись я тута&lt;br /&gt;</w:t>
        <w:br/>
        <w:t>відкрив чи, краще мовити, закрив&lt;br /&gt;</w:t>
        <w:br/>
        <w:t>гетерію співецьку потаємну.&lt;br /&gt;</w:t>
        <w:br/>
        <w:t>Товаришем у ній був наймолодшим&lt;br /&gt;</w:t>
        <w:br/>
        <w:t>осей співець. Я ощадив його,&lt;br /&gt;</w:t>
        <w:br/>
        <w:t>вважаючи на молодощі ніжні,&lt;br /&gt;</w:t>
        <w:br/>
        <w:t>і він один лишився з товариства,&lt;br /&gt;</w:t>
        <w:br/>
        <w:t>бо, знаю добре, більше в цілім краї&lt;br /&gt;</w:t>
        <w:br/>
        <w:t>гетерій не було, нема й не буде.</w:t>
      </w:r>
    </w:p>
    <w:p>
      <w:r>
        <w:br/>
        <w:t>А н т е й</w:t>
      </w:r>
    </w:p>
    <w:p>
      <w:r>
        <w:br/>
        <w:t>Ти помиляєшся, ще є одна.</w:t>
      </w:r>
    </w:p>
    <w:p>
      <w:r>
        <w:br/>
        <w:t>П р е ф е к т</w:t>
      </w:r>
    </w:p>
    <w:p>
      <w:r>
        <w:br/>
        <w:t>Де?</w:t>
      </w:r>
    </w:p>
    <w:p>
      <w:r>
        <w:br/>
        <w:t>А н т е й</w:t>
      </w:r>
    </w:p>
    <w:p>
      <w:r>
        <w:br/>
        <w:t>На Парнасі. Дев'ять і один&lt;br /&gt;</w:t>
        <w:br/>
        <w:t>там сходяться на оргії таємні&lt;br /&gt;</w:t>
        <w:br/>
        <w:t>і закриваються від ока влади&lt;br /&gt;</w:t>
        <w:br/>
        <w:t>густими хмарами.</w:t>
      </w:r>
    </w:p>
    <w:p>
      <w:r>
        <w:br/>
        <w:t>М е ц е н а т</w:t>
      </w:r>
    </w:p>
    <w:p>
      <w:r>
        <w:br/>
        <w:t>Ха-ха! Се влучно!</w:t>
      </w:r>
    </w:p>
    <w:p>
      <w:r>
        <w:br/>
        <w:t>П р е ф е к т</w:t>
      </w:r>
    </w:p>
    <w:p>
      <w:r>
        <w:br/>
        <w:t>(змінивши свій одноманітно-недбалий тон на гризький)</w:t>
      </w:r>
    </w:p>
    <w:p>
      <w:r>
        <w:br/>
        <w:t>Не так-то вже і влучно. Меценате.&lt;br /&gt;</w:t>
        <w:br/>
        <w:t>Ті "дев'ять і один" — Феб і камени —&lt;br /&gt;</w:t>
        <w:br/>
        <w:t>зовсім то не гетерія таємна,&lt;br /&gt;</w:t>
        <w:br/>
        <w:t>а хор панегіристів. Їм же треба&lt;br /&gt;</w:t>
        <w:br/>
        <w:t>амброзію та нектар заробити,&lt;br /&gt;</w:t>
        <w:br/>
        <w:t>то й мусять панегірики співати.</w:t>
      </w:r>
    </w:p>
    <w:p>
      <w:r>
        <w:br/>
        <w:t>А н т е й</w:t>
      </w:r>
    </w:p>
    <w:p>
      <w:r>
        <w:br/>
        <w:t>Кому?</w:t>
      </w:r>
    </w:p>
    <w:p>
      <w:r>
        <w:br/>
        <w:t>П р е ф е к т</w:t>
      </w:r>
    </w:p>
    <w:p>
      <w:r>
        <w:br/>
        <w:t>Звичайно, генієві Риму.&lt;br /&gt;</w:t>
        <w:br/>
        <w:t>Парнас, Олімп і всі святії гори&lt;br /&gt;</w:t>
        <w:br/>
        <w:t>тепер в його імперію дістались,&lt;br /&gt;</w:t>
        <w:br/>
        <w:t>і тільки тим богам живеться добре&lt;br /&gt;</w:t>
        <w:br/>
        <w:t>що мають гідність римських громадян&lt;br /&gt;</w:t>
        <w:br/>
        <w:t>або принаймні ласку Мецената&lt;br /&gt;</w:t>
        <w:br/>
        <w:t>всесвітнього, а той є геній Риму.&lt;br /&gt;</w:t>
        <w:br/>
        <w:t>Котрі ж боги йому не покорились,&lt;br /&gt;</w:t>
        <w:br/>
        <w:t>ті вигнані були або й розп'яті.</w:t>
      </w:r>
    </w:p>
    <w:p>
      <w:r>
        <w:br/>
        <w:t>А н т е й</w:t>
      </w:r>
    </w:p>
    <w:p>
      <w:r>
        <w:br/>
        <w:t>І що ж? Вони від того повмирали?</w:t>
      </w:r>
    </w:p>
    <w:p>
      <w:r>
        <w:br/>
        <w:t>М е ц е н а т</w:t>
      </w:r>
    </w:p>
    <w:p>
      <w:r>
        <w:br/>
        <w:t>(нишком, нахиливишсь до префекта)</w:t>
      </w:r>
    </w:p>
    <w:p>
      <w:r>
        <w:br/>
        <w:t>Мій друже, вибачай, але юрбі&lt;br /&gt;</w:t>
        <w:br/>
        <w:t>сі жарти можуть видатись блюзнірством.</w:t>
      </w:r>
    </w:p>
    <w:p>
      <w:r>
        <w:br/>
        <w:t>П р е ф е к т</w:t>
      </w:r>
    </w:p>
    <w:p>
      <w:r>
        <w:br/>
        <w:t>(знов здержано)</w:t>
      </w:r>
    </w:p>
    <w:p>
      <w:r>
        <w:br/>
        <w:t>Нехай боги простять, не міг римлянин&lt;br /&gt;</w:t>
        <w:br/>
        <w:t>останнє слово полишить за греком.</w:t>
      </w:r>
    </w:p>
    <w:p>
      <w:r>
        <w:br/>
        <w:t>М е ц е н а т</w:t>
      </w:r>
    </w:p>
    <w:p>
      <w:r>
        <w:br/>
        <w:t>(голосно до Антея)</w:t>
      </w:r>
    </w:p>
    <w:p>
      <w:r>
        <w:br/>
        <w:t>Людською мовою ми наситились.&lt;br /&gt;</w:t>
        <w:br/>
        <w:t>Час обізватись мовою богів&lt;br /&gt;</w:t>
        <w:br/>
        <w:t>тобі, Антею.</w:t>
      </w:r>
    </w:p>
    <w:p>
      <w:r>
        <w:br/>
        <w:t>А н т е й</w:t>
      </w:r>
    </w:p>
    <w:p>
      <w:r>
        <w:br/>
        <w:t>Вибачай, преславний,&lt;br /&gt;</w:t>
        <w:br/>
        <w:t>мені не хоче муза помагати,&lt;br /&gt;</w:t>
        <w:br/>
        <w:t>либонь, вона сьогодні не голодна,&lt;br /&gt;</w:t>
        <w:br/>
        <w:t>а я без неї — мов безструнна ліра.&lt;br /&gt;</w:t>
        <w:br/>
        <w:t>М е це н а т&lt;br /&gt;</w:t>
        <w:br/>
        <w:t>Невже се друг мій відібрав їй настрій?</w:t>
      </w:r>
    </w:p>
    <w:p>
      <w:r>
        <w:br/>
        <w:t>П р е ф е к т</w:t>
      </w:r>
    </w:p>
    <w:p>
      <w:r>
        <w:br/>
        <w:t>За правду перепрошувать не буду,&lt;br /&gt;</w:t>
        <w:br/>
        <w:t>а музі, що сьогодні не голодна,&lt;br /&gt;</w:t>
        <w:br/>
        <w:t>слід пам'ятать, що й у богів є завтра&lt;br /&gt;</w:t>
        <w:br/>
        <w:t>лише тоді, коли його заслужать.</w:t>
      </w:r>
    </w:p>
    <w:p>
      <w:r>
        <w:br/>
        <w:t>А н т е й</w:t>
      </w:r>
    </w:p>
    <w:p>
      <w:r>
        <w:br/>
        <w:t>Не раз, хто забувається про завтра,&lt;br /&gt;</w:t>
        <w:br/>
        <w:t>той має вічність.</w:t>
      </w:r>
    </w:p>
    <w:p>
      <w:r>
        <w:br/>
        <w:t>В атріумі чутно гомін.</w:t>
      </w:r>
    </w:p>
    <w:p>
      <w:r>
        <w:br/>
        <w:t>М е ц е н а т</w:t>
      </w:r>
    </w:p>
    <w:p>
      <w:r>
        <w:br/>
        <w:t>Що се там за гомін?&lt;br /&gt;</w:t>
        <w:br/>
        <w:t>А т р і є н з і й</w:t>
      </w:r>
    </w:p>
    <w:p>
      <w:r>
        <w:br/>
        <w:t>(з порога)</w:t>
      </w:r>
    </w:p>
    <w:p>
      <w:r>
        <w:br/>
        <w:t>Преславний пане, там якась грекиня&lt;br /&gt;</w:t>
        <w:br/>
        <w:t>прийшла й дозволу просить уступити,&lt;br /&gt;</w:t>
        <w:br/>
        <w:t>щоб тут постояти коло порогу,&lt;br /&gt;</w:t>
        <w:br/>
        <w:t>поки співець Антей співати буде.</w:t>
      </w:r>
    </w:p>
    <w:p>
      <w:r>
        <w:br/>
        <w:t>М е ц е н а т</w:t>
      </w:r>
    </w:p>
    <w:p>
      <w:r>
        <w:br/>
        <w:t>Та хто ж вона? Якого сутану?&lt;br /&gt;</w:t>
        <w:br/>
        <w:t>А т р і є н з і й&lt;br /&gt;</w:t>
        <w:br/>
        <w:t>Каже,&lt;br /&gt;</w:t>
        <w:br/>
        <w:t>що єсть вона Антеєва жона.</w:t>
      </w:r>
    </w:p>
    <w:p>
      <w:r>
        <w:br/>
        <w:t>М е ц е н а т</w:t>
      </w:r>
    </w:p>
    <w:p>
      <w:r>
        <w:br/>
        <w:t>Що ж, хай увійде.</w:t>
      </w:r>
    </w:p>
    <w:p>
      <w:r>
        <w:br/>
        <w:t>Атрієнзій виходить. На порозі з'являється Неріса і вклоняється</w:t>
      </w:r>
    </w:p>
    <w:p>
      <w:r>
        <w:br/>
        <w:t>А н т е й</w:t>
      </w:r>
    </w:p>
    <w:p>
      <w:r>
        <w:br/>
        <w:t>Нащо се, Нерісо?</w:t>
      </w:r>
    </w:p>
    <w:p>
      <w:r>
        <w:br/>
        <w:t>Неріса мовчить і соромливо закривається покривалом.</w:t>
      </w:r>
    </w:p>
    <w:p>
      <w:r>
        <w:br/>
        <w:t>Вернись додому!</w:t>
      </w:r>
    </w:p>
    <w:p>
      <w:r>
        <w:br/>
        <w:t>М е ц е н а т</w:t>
      </w:r>
    </w:p>
    <w:p>
      <w:r>
        <w:br/>
        <w:t>Вибачай, Антею!&lt;br /&gt;</w:t>
        <w:br/>
        <w:t>Тут я господар і не дозволяю&lt;br /&gt;</w:t>
        <w:br/>
        <w:t>своїх гостей нікому проганяти.&lt;br /&gt;</w:t>
        <w:br/>
        <w:t>Ти вільний зоставатися чи ні,&lt;br /&gt;</w:t>
        <w:br/>
        <w:t>але й твоя жона так само вільна,&lt;br /&gt;</w:t>
        <w:br/>
        <w:t>поки вона в гостиш в Мецената.</w:t>
      </w:r>
    </w:p>
    <w:p>
      <w:r>
        <w:br/>
        <w:t>А н т е й</w:t>
      </w:r>
    </w:p>
    <w:p>
      <w:r>
        <w:br/>
        <w:t>(до Неріси)</w:t>
      </w:r>
    </w:p>
    <w:p>
      <w:r>
        <w:br/>
        <w:t>Ти хочеш тут лишитись?</w:t>
      </w:r>
    </w:p>
    <w:p>
      <w:r>
        <w:br/>
        <w:t>Н е р і с а</w:t>
      </w:r>
    </w:p>
    <w:p>
      <w:r>
        <w:br/>
        <w:t>(тихе, але твердо)</w:t>
      </w:r>
    </w:p>
    <w:p>
      <w:r>
        <w:br/>
        <w:t>Я лишуся.</w:t>
      </w:r>
    </w:p>
    <w:p>
      <w:r>
        <w:br/>
        <w:t>П р о к у р а т о р</w:t>
      </w:r>
    </w:p>
    <w:p>
      <w:r>
        <w:br/>
        <w:t>(стиха до Мецената)</w:t>
      </w:r>
    </w:p>
    <w:p>
      <w:r>
        <w:br/>
        <w:t>Се ти не дурно так, — вона зграбненька.&lt;br /&gt;</w:t>
        <w:br/>
        <w:t>І звідки він узяв собі сю німфу?</w:t>
      </w:r>
    </w:p>
    <w:p>
      <w:r>
        <w:br/>
        <w:t>М е ц е н а т</w:t>
      </w:r>
    </w:p>
    <w:p>
      <w:r>
        <w:br/>
        <w:t>Такі ніжки бувають лиш в Танагрі.&lt;br /&gt;</w:t>
        <w:br/>
        <w:t>Мені повір, я знаюся на тому.</w:t>
      </w:r>
    </w:p>
    <w:p>
      <w:r>
        <w:br/>
        <w:t>(До Неріси).</w:t>
      </w:r>
    </w:p>
    <w:p>
      <w:r>
        <w:br/>
        <w:t>Чи ви давно по шлюбі?</w:t>
      </w:r>
    </w:p>
    <w:p>
      <w:r>
        <w:br/>
        <w:t>Н е р і с а</w:t>
      </w:r>
    </w:p>
    <w:p>
      <w:r>
        <w:br/>
        <w:t>Перший місяць.</w:t>
      </w:r>
    </w:p>
    <w:p>
      <w:r>
        <w:br/>
        <w:t>М е ц е н а т</w:t>
      </w:r>
    </w:p>
    <w:p>
      <w:r>
        <w:br/>
        <w:t>(до Антея)</w:t>
      </w:r>
    </w:p>
    <w:p>
      <w:r>
        <w:br/>
        <w:t>О, то невже тобі, Антею, треба&lt;br /&gt;</w:t>
        <w:br/>
        <w:t>ще й муз до помочі в медовий місяць?&lt;br /&gt;</w:t>
        <w:br/>
        <w:t>Ти й так повинен би співать, як бог,&lt;br /&gt;</w:t>
        <w:br/>
        <w:t>коли ся грація перед тобою!&lt;br /&gt;</w:t>
        <w:br/>
        <w:t>Але чого ж вона під покривалом?</w:t>
      </w:r>
    </w:p>
    <w:p>
      <w:r>
        <w:br/>
        <w:t>А н т е й</w:t>
      </w:r>
    </w:p>
    <w:p>
      <w:r>
        <w:br/>
        <w:t>Так звичай еллінський жінкам велить.</w:t>
      </w:r>
    </w:p>
    <w:p>
      <w:r>
        <w:br/>
        <w:t>М е ц е н а т</w:t>
      </w:r>
    </w:p>
    <w:p>
      <w:r>
        <w:br/>
        <w:t>Але в моїй господі звичай римський,&lt;br /&gt;</w:t>
        <w:br/>
        <w:t>і він свої вимоги має. Мусиш&lt;br /&gt;</w:t>
        <w:br/>
        <w:t>дозволити дружині відслонитись.</w:t>
      </w:r>
    </w:p>
    <w:p>
      <w:r>
        <w:br/>
        <w:t>Неріса, не ждучи Антеєвої відповіді, одкриває обличчя і соромливо поглядає на Мецената.</w:t>
      </w:r>
    </w:p>
    <w:p>
      <w:r>
        <w:br/>
        <w:t>Боги мої! Ви подивіться, друзі!&lt;br /&gt;</w:t>
        <w:br/>
        <w:t>Се ж тая мармурова Терпсіхора,&lt;br /&gt;</w:t>
        <w:br/>
        <w:t>що я купив учора від Федона!&lt;br /&gt;</w:t>
        <w:br/>
        <w:t>Се випадок? Ні, випадків таких&lt;br /&gt;</w:t>
        <w:br/>
        <w:t>не може бути!</w:t>
      </w:r>
    </w:p>
    <w:p>
      <w:r>
        <w:br/>
        <w:t>(До Неріси).</w:t>
      </w:r>
    </w:p>
    <w:p>
      <w:r>
        <w:br/>
        <w:t>Він різьбив із тебе?&lt;br /&gt;</w:t>
        <w:br/>
        <w:t>Н е рі с а&lt;br /&gt;</w:t>
        <w:br/>
        <w:t>Так, пане.</w:t>
      </w:r>
    </w:p>
    <w:p>
      <w:r>
        <w:br/>
        <w:t>М е ц е н а т</w:t>
      </w:r>
    </w:p>
    <w:p>
      <w:r>
        <w:br/>
        <w:t>Що ж, ти й танцювати вмієш?</w:t>
      </w:r>
    </w:p>
    <w:p>
      <w:r>
        <w:br/>
        <w:t>Н е р і с а</w:t>
      </w:r>
    </w:p>
    <w:p>
      <w:r>
        <w:br/>
        <w:t>Не знаю...</w:t>
      </w:r>
    </w:p>
    <w:p>
      <w:r>
        <w:br/>
        <w:t>М е ц е н а т</w:t>
      </w:r>
    </w:p>
    <w:p>
      <w:r>
        <w:br/>
        <w:t>Як не знаєш? Терпсіхора&lt;br /&gt;</w:t>
        <w:br/>
        <w:t>не знає, що вона богиня танцю?</w:t>
      </w:r>
    </w:p>
    <w:p>
      <w:r>
        <w:br/>
        <w:t>А н т е й</w:t>
      </w:r>
    </w:p>
    <w:p>
      <w:r>
        <w:br/>
        <w:t>Се значить, що вона не танцівниця&lt;br /&gt;</w:t>
        <w:br/>
        <w:t>і поза домом танцювать не вміє.</w:t>
      </w:r>
    </w:p>
    <w:p>
      <w:r>
        <w:br/>
        <w:t>М е ц е н а т</w:t>
      </w:r>
    </w:p>
    <w:p>
      <w:r>
        <w:br/>
        <w:t>То я прийду колись до твого дому.</w:t>
      </w:r>
    </w:p>
    <w:p>
      <w:r>
        <w:br/>
        <w:t>А н т е й</w:t>
      </w:r>
    </w:p>
    <w:p>
      <w:r>
        <w:br/>
        <w:t>Се буде честь мені. Але не знаю,&lt;br /&gt;</w:t>
        <w:br/>
        <w:t>чи трапиться тобі Нерісу бачить,&lt;br /&gt;</w:t>
        <w:br/>
        <w:t>бо мати, жінка і сестра у мене&lt;br /&gt;</w:t>
        <w:br/>
        <w:t>перебувають завжди в гінекеї,&lt;br /&gt;</w:t>
        <w:br/>
        <w:t>а я ж тебе не смію там вітати.</w:t>
      </w:r>
    </w:p>
    <w:p>
      <w:r>
        <w:br/>
        <w:t>М е ц е н а т</w:t>
      </w:r>
    </w:p>
    <w:p>
      <w:r>
        <w:br/>
        <w:t>Недобрий звичай ваш!</w:t>
      </w:r>
    </w:p>
    <w:p>
      <w:r>
        <w:br/>
        <w:t>А н т е й</w:t>
      </w:r>
    </w:p>
    <w:p>
      <w:r>
        <w:br/>
        <w:t>Такий він здавна, —&lt;br /&gt;</w:t>
        <w:br/>
        <w:t>не я його, преславний, встановив.</w:t>
      </w:r>
    </w:p>
    <w:p>
      <w:r>
        <w:br/>
        <w:t>П р о к у р а т о р</w:t>
      </w:r>
    </w:p>
    <w:p>
      <w:r>
        <w:br/>
        <w:t>Але ти радо з нього користаєш!</w:t>
      </w:r>
    </w:p>
    <w:p>
      <w:r>
        <w:br/>
        <w:t>М е ц е н а т</w:t>
      </w:r>
    </w:p>
    <w:p>
      <w:r>
        <w:br/>
        <w:t>Що ж, се не диво. Заздрощі Антея&lt;br /&gt;</w:t>
        <w:br/>
        <w:t>я розумію. Отже й я поставив&lt;br /&gt;</w:t>
        <w:br/>
        <w:t>не в атріум камінну Тердсіхору,&lt;br /&gt;</w:t>
        <w:br/>
        <w:t>а в свій таблін, щоб не профанувалась.</w:t>
      </w:r>
    </w:p>
    <w:p>
      <w:r>
        <w:br/>
        <w:t>А н т е й</w:t>
      </w:r>
    </w:p>
    <w:p>
      <w:r>
        <w:br/>
        <w:t>(щиро)</w:t>
      </w:r>
    </w:p>
    <w:p>
      <w:r>
        <w:br/>
        <w:t>За се тобі я справді винен дяку!</w:t>
      </w:r>
    </w:p>
    <w:p>
      <w:r>
        <w:br/>
        <w:t>М е ц е н а т</w:t>
      </w:r>
    </w:p>
    <w:p>
      <w:r>
        <w:br/>
        <w:t>Так докажи ж нам ділом тую вдячність,&lt;br /&gt;</w:t>
        <w:br/>
        <w:t>а власне, співом.</w:t>
      </w:r>
    </w:p>
    <w:p>
      <w:r>
        <w:br/>
        <w:t>(До раба).</w:t>
      </w:r>
    </w:p>
    <w:p>
      <w:r>
        <w:br/>
        <w:t>Принеси, Евтіме,&lt;br /&gt;</w:t>
        <w:br/>
        <w:t>ту ліру, що сьогодні я купив.</w:t>
      </w:r>
    </w:p>
    <w:p>
      <w:r>
        <w:br/>
        <w:t>Евтім приносить велику, пишно оздоблену ліру.</w:t>
      </w:r>
    </w:p>
    <w:p>
      <w:r>
        <w:br/>
        <w:t>Антею, сяя ліра — дар всесвіту,&lt;br /&gt;</w:t>
        <w:br/>
        <w:t>бо роги в неї з тура пущ германських,&lt;br /&gt;</w:t>
        <w:br/>
        <w:t>слон африканський дав оздоби з кості,&lt;br /&gt;</w:t>
        <w:br/>
        <w:t>край арабійський золота прислав,&lt;br /&gt;</w:t>
        <w:br/>
        <w:t>а дерева — індійський ліс таємний,&lt;br /&gt;</w:t>
        <w:br/>
        <w:t>мозаїка прийшла з країни сінів,&lt;br /&gt;</w:t>
        <w:br/>
        <w:t>найкращі в світі струни італійські&lt;br /&gt;</w:t>
        <w:br/>
        <w:t>оправлено в британське ясне срібло.</w:t>
      </w:r>
    </w:p>
    <w:p>
      <w:r>
        <w:br/>
        <w:t>А н т е й</w:t>
      </w:r>
    </w:p>
    <w:p>
      <w:r>
        <w:br/>
        <w:t>Лиш еллінського в ній нема нічого!</w:t>
      </w:r>
    </w:p>
    <w:p>
      <w:r>
        <w:br/>
        <w:t>М е ц е н а т</w:t>
      </w:r>
    </w:p>
    <w:p>
      <w:r>
        <w:br/>
        <w:t>Вся буде грецька, як твоєю стане,&lt;br /&gt;</w:t>
        <w:br/>
        <w:t>бо ти її дістанеш в дар від мене,&lt;br /&gt;</w:t>
        <w:br/>
        <w:t>коли вподобаєш. Торкни їй струни.</w:t>
      </w:r>
    </w:p>
    <w:p>
      <w:r>
        <w:br/>
        <w:t>А н т е й</w:t>
      </w:r>
    </w:p>
    <w:p>
      <w:r>
        <w:br/>
        <w:t>(торкає струни недбало, не беручи з рук раба. Струни озиваються тихим, але напрочуд гарним і чистим голосом Антей здригається від подиву)</w:t>
      </w:r>
    </w:p>
    <w:p>
      <w:r>
        <w:br/>
        <w:t>Який прекрасний, надзвичайний голос!&lt;br /&gt;</w:t>
        <w:br/>
        <w:t>Дай ліру, хлопче!</w:t>
      </w:r>
    </w:p>
    <w:p>
      <w:r>
        <w:br/>
        <w:t>(Бере де рук ліру).</w:t>
      </w:r>
    </w:p>
    <w:p>
      <w:r>
        <w:br/>
        <w:t>Ох, яка важка!</w:t>
      </w:r>
    </w:p>
    <w:p>
      <w:r>
        <w:br/>
        <w:t>М е ц е н а т</w:t>
      </w:r>
    </w:p>
    <w:p>
      <w:r>
        <w:br/>
        <w:t>Ти сам її держать не потребуєш.&lt;br /&gt;</w:t>
        <w:br/>
        <w:t>На те є раб. Евтіме, на коліна!&lt;br /&gt;</w:t>
        <w:br/>
        <w:t>І так держи, як сей співець накаже.</w:t>
      </w:r>
    </w:p>
    <w:p>
      <w:r>
        <w:br/>
        <w:t>Евтім стає на коліна і піддержує Антеєві ліру.</w:t>
      </w:r>
    </w:p>
    <w:p>
      <w:r>
        <w:br/>
        <w:t>А н т е й</w:t>
      </w:r>
    </w:p>
    <w:p>
      <w:r>
        <w:br/>
        <w:t>Ні, їй не слід звикати до такого.&lt;br /&gt;</w:t>
        <w:br/>
        <w:t>В своїй оселі я рабів не маю,&lt;br /&gt;</w:t>
        <w:br/>
        <w:t>і прийдеться їй висіть на повітрі&lt;br /&gt;</w:t>
        <w:br/>
        <w:t>на ремінці.</w:t>
      </w:r>
    </w:p>
    <w:p>
      <w:r>
        <w:br/>
        <w:t>М е ц е н а т</w:t>
      </w:r>
    </w:p>
    <w:p>
      <w:r>
        <w:br/>
        <w:t>Рапсодів давніх спосіб!&lt;br /&gt;</w:t>
        <w:br/>
        <w:t>Се дуже гарно! Потепи, Евтіме,&lt;br /&gt;</w:t>
        <w:br/>
        <w:t>її отам, де тая лампа висить.</w:t>
      </w:r>
    </w:p>
    <w:p>
      <w:r>
        <w:br/>
        <w:t>Евтім чіпляв ліру на великий канделябр, знявши з канделябра веліїку лампаду.&lt;br /&gt;</w:t>
        <w:br/>
        <w:t>Антей зіходить на примост і торкає струни сильніше, ніж уперше. Почувши той акорд, Хілон і Федон схоплюються на рівні ноги.</w:t>
      </w:r>
    </w:p>
    <w:p>
      <w:r>
        <w:br/>
        <w:t>Х і л о н</w:t>
      </w:r>
    </w:p>
    <w:p>
      <w:r>
        <w:br/>
        <w:t>(до товаришів-хористів, що сидять там же за задніми столами, зайняті їдою і балачками)</w:t>
      </w:r>
    </w:p>
    <w:p>
      <w:r>
        <w:br/>
        <w:t>Товариші! Мовчіть! Антей заграв!</w:t>
      </w:r>
    </w:p>
    <w:p>
      <w:r>
        <w:br/>
        <w:t>Ф е д о н</w:t>
      </w:r>
    </w:p>
    <w:p>
      <w:r>
        <w:br/>
        <w:t>Антею! Заспівай епіталаму!</w:t>
      </w:r>
    </w:p>
    <w:p>
      <w:r>
        <w:br/>
        <w:t>Антей спиняється, спускає руки і схиляв голову. Пауза.</w:t>
      </w:r>
    </w:p>
    <w:p>
      <w:r>
        <w:br/>
        <w:t>М е ц е н а т</w:t>
      </w:r>
    </w:p>
    <w:p>
      <w:r>
        <w:br/>
        <w:t>Антею, що тобі? Чи ти недужий?&lt;br /&gt;</w:t>
        <w:br/>
        <w:t>Чи, може, ліра ся тобі незручна?</w:t>
      </w:r>
    </w:p>
    <w:p>
      <w:r>
        <w:br/>
        <w:t>Н е р і с а</w:t>
      </w:r>
    </w:p>
    <w:p>
      <w:r>
        <w:br/>
        <w:t>(до Мецената, озиваючись від порога)</w:t>
      </w:r>
    </w:p>
    <w:p>
      <w:r>
        <w:br/>
        <w:t>Мій чоловік недавно встав з недуги.</w:t>
      </w:r>
    </w:p>
    <w:p>
      <w:r>
        <w:br/>
        <w:t>(До Антея дбайливо і ніжно).</w:t>
      </w:r>
    </w:p>
    <w:p>
      <w:r>
        <w:br/>
        <w:t>Антею, ти зовсім не розважаєш&lt;br /&gt;</w:t>
        <w:br/>
        <w:t>своєї сили. Краще вже дозволь&lt;br /&gt;</w:t>
        <w:br/>
        <w:t>мені за тебе доказати вдячність&lt;br /&gt;</w:t>
        <w:br/>
        <w:t>преславному. Хоч я не танцівниця,&lt;br /&gt;</w:t>
        <w:br/>
        <w:t>та потанцюю, як в Танагрі звичай,&lt;br /&gt;</w:t>
        <w:br/>
        <w:t>як матінка навчила. Хай пробачать.</w:t>
      </w:r>
    </w:p>
    <w:p>
      <w:r>
        <w:br/>
        <w:t>М е ц е н а т</w:t>
      </w:r>
    </w:p>
    <w:p>
      <w:r>
        <w:br/>
        <w:t>Я згоджуюсь, хоча було б ще краще,&lt;br /&gt;</w:t>
        <w:br/>
        <w:t>якби в особах ваших поєднались&lt;br /&gt;</w:t>
        <w:br/>
        <w:t>музика і танець в одно подружжя.</w:t>
      </w:r>
    </w:p>
    <w:p>
      <w:r>
        <w:br/>
        <w:t>А н т е й</w:t>
      </w:r>
    </w:p>
    <w:p>
      <w:r>
        <w:br/>
        <w:t>Моя жона зовсім не розважає&lt;br /&gt;</w:t>
        <w:br/>
        <w:t>своєї мови. Чуюся на силі&lt;br /&gt;</w:t>
        <w:br/>
        <w:t>і гратиму, й співатиму без танців.&lt;br /&gt;</w:t>
        <w:br/>
        <w:t>Так прошено мене, так обіцяв я,&lt;br /&gt;</w:t>
        <w:br/>
        <w:t>а твій танець, Нерісо, не для оргій.&lt;br /&gt;</w:t>
        <w:br/>
        <w:t>Спинився я тому, що добирав&lt;br /&gt;</w:t>
        <w:br/>
        <w:t>у пам'яті своїй доречних співів.</w:t>
      </w:r>
    </w:p>
    <w:p>
      <w:r>
        <w:br/>
        <w:t>Ф е д о н</w:t>
      </w:r>
    </w:p>
    <w:p>
      <w:r>
        <w:br/>
        <w:t>Співай епіталаму! Се до речі!</w:t>
      </w:r>
    </w:p>
    <w:p>
      <w:r>
        <w:br/>
        <w:t>А н т е й</w:t>
      </w:r>
    </w:p>
    <w:p>
      <w:r>
        <w:br/>
        <w:t>Ні, не до речі, — ми не на весіллі.</w:t>
      </w:r>
    </w:p>
    <w:p>
      <w:r>
        <w:br/>
        <w:t>М е ц е н а т</w:t>
      </w:r>
    </w:p>
    <w:p>
      <w:r>
        <w:br/>
        <w:t>Чому ж? Ти уяви, що в сьому домі&lt;br /&gt;</w:t>
        <w:br/>
        <w:t>шлюб відбувається Еллади з Римом.</w:t>
      </w:r>
    </w:p>
    <w:p>
      <w:r>
        <w:br/>
        <w:t>А н т е й</w:t>
      </w:r>
    </w:p>
    <w:p>
      <w:r>
        <w:br/>
        <w:t>Я бачу оргію перед собою,&lt;br /&gt;</w:t>
        <w:br/>
        <w:t>то й спів пригадується не весільний,&lt;br /&gt;</w:t>
        <w:br/>
        <w:t>скоріш вакхічний.</w:t>
      </w:r>
    </w:p>
    <w:p>
      <w:r>
        <w:br/>
        <w:t>П р о к у р а т о р</w:t>
      </w:r>
    </w:p>
    <w:p>
      <w:r>
        <w:br/>
        <w:t>Ба, воно ще й краще!</w:t>
      </w:r>
    </w:p>
    <w:p>
      <w:r>
        <w:br/>
        <w:t>Антей знов приступає до ліри. Меценат подає знак гостям, щоб мовчали; гомін розмов стихає, тільки часом чутно бренькіт посуду там, де гості п'ють.&lt;br /&gt;</w:t>
        <w:br/>
        <w:t>Антей першу стрічку промовляє повагом і без музики, далі раптом, без прелюдії, починає співати, приграючи собі гучно, впевнено, в темпі вакхічного танцю.</w:t>
      </w:r>
    </w:p>
    <w:p>
      <w:r>
        <w:br/>
        <w:t>А н т е й</w:t>
      </w:r>
    </w:p>
    <w:p>
      <w:r>
        <w:br/>
        <w:t>Тепер, всесвітній даре, послужи мені,&lt;br /&gt;</w:t>
        <w:br/>
        <w:t>Дзвени! Дзвени! Грай! Грай!&lt;br /&gt;</w:t>
        <w:br/>
        <w:t>Духа оргії нам збуди!&lt;br /&gt;</w:t>
        <w:br/>
        <w:t>Голос дай німоті рабів!&lt;br /&gt;</w:t>
        <w:br/>
        <w:t>Розворуш нам оспалу кров,&lt;br /&gt;</w:t>
        <w:br/>
        <w:t>розмах дай нашій силі окритій!</w:t>
      </w:r>
    </w:p>
    <w:p>
      <w:r>
        <w:br/>
        <w:t>Меценат дає знак атрієнзієві, вбігають танцівниці і корибанти і пускаються у вакхічний танець.</w:t>
      </w:r>
    </w:p>
    <w:p>
      <w:r>
        <w:br/>
        <w:t>Ми вакхічний почнем танець!&lt;br /&gt;</w:t>
        <w:br/>
        <w:t>Змінить оргію шал весни!&lt;br /&gt;</w:t>
        <w:br/>
        <w:t>Зникне холод і жах із душ,&lt;br /&gt;</w:t>
        <w:br/>
        <w:t>як від сонця нагірний сніг!&lt;br /&gt;</w:t>
        <w:br/>
        <w:t>Діонісе! З'яви нам диво!</w:t>
      </w:r>
    </w:p>
    <w:p>
      <w:r>
        <w:br/>
        <w:t>Грає в тім же темпі пригрив без слів і не завважає, що Неріса незамітно опинилася в гурті танцівниць. Згодом Антей міняє темп на повільніший і лагідніший, з іншого тону.</w:t>
      </w:r>
    </w:p>
    <w:p>
      <w:r>
        <w:br/>
        <w:t>Мірного танцю&lt;br /&gt;</w:t>
        <w:br/>
        <w:t>лад гармонічний,&lt;br /&gt;</w:t>
        <w:br/>
        <w:t>тихе та яснеє літо&lt;br /&gt;</w:t>
        <w:br/>
        <w:t>прийде по буйній, гучній весні,&lt;br /&gt;</w:t>
        <w:br/>
        <w:t>і запанує урочисте свято.</w:t>
      </w:r>
    </w:p>
    <w:p>
      <w:r>
        <w:br/>
        <w:t>При зміні темпу танцівниці спинились, одна Неріса танцює, все держачись позад Антея; танцює безгучно, тихо, плавко, мірно.&lt;br /&gt;</w:t>
        <w:br/>
        <w:t>Антей все не бачить її, захоплений грою, і знову бере попередній темп, тільки з більшим завзяттям.</w:t>
      </w:r>
    </w:p>
    <w:p>
      <w:r>
        <w:br/>
        <w:t>Дзвени! Дзвени! Грай! Грай!&lt;br /&gt;</w:t>
        <w:br/>
        <w:t>Дай почути нам яру міць!&lt;br /&gt;</w:t>
        <w:br/>
        <w:t>Дай сп'яніти з надміру сил!..</w:t>
      </w:r>
    </w:p>
    <w:p>
      <w:r>
        <w:br/>
        <w:t>Танцівниці і корибанти знов оточили Нерісу вакхічним колом, але Меценат спиняє їх раптовим рухом і гучним покликом.</w:t>
      </w:r>
    </w:p>
    <w:p>
      <w:r>
        <w:br/>
        <w:t>М е ц е н а т</w:t>
      </w:r>
    </w:p>
    <w:p>
      <w:r>
        <w:br/>
        <w:t>Спиніться всі! Неріса хай танцює!</w:t>
      </w:r>
    </w:p>
    <w:p>
      <w:r>
        <w:br/>
        <w:t>При сьому поклику Антей спиняється, обертаєтьса і не може одразу отямитися з дива та урази, побачивши Нерісу на чолі танцівниць. Меценат, завваживши те, сплескує в долоні.</w:t>
      </w:r>
    </w:p>
    <w:p>
      <w:r>
        <w:br/>
        <w:t>Музики! Гей! Танець вакхічний грайте!</w:t>
      </w:r>
    </w:p>
    <w:p>
      <w:r>
        <w:br/>
        <w:t>З'являються музики з подвійними фяейтами, кімвалами, тимпанами, грають вакхічний танець. Неріса, після короткого збентеження, блиснувши очима, пускається в прудкий танець, з несамовитими, але гарними рухами менади. Дехто з гостей припліскує їй влад долонями та приляскує пальцями. Меценат, рухом закликавши Евтіма, шепнув йому на вухо, той приносить оздобну скриньку і подає її Меценатові.</w:t>
      </w:r>
    </w:p>
    <w:p>
      <w:r>
        <w:br/>
        <w:t>А н т е й</w:t>
      </w:r>
    </w:p>
    <w:p>
      <w:r>
        <w:br/>
        <w:t>Нерісо! Годі!</w:t>
      </w:r>
    </w:p>
    <w:p>
      <w:r>
        <w:br/>
        <w:t>М е ц е н а т</w:t>
      </w:r>
    </w:p>
    <w:p>
      <w:r>
        <w:br/>
        <w:t>Ні, танцюй, богине!&lt;br /&gt;</w:t>
        <w:br/>
        <w:t>Танцюй, прекрасна музо Терпсіхоро!</w:t>
      </w:r>
    </w:p>
    <w:p>
      <w:r>
        <w:br/>
        <w:t>(Виймає із скриньки діамантове намието, здіймає його обома руками вгору і вабить ним до себе Нерісу).</w:t>
      </w:r>
    </w:p>
    <w:p>
      <w:r>
        <w:br/>
        <w:t>Неріса, не перестаючи танцювати, наближається до Мецената, очі її горять, рухи нагадують зграбні викрути хижого звіряти. Гості зриваються з місць і товпляться, намагаючись кожне краще бачити Нерісу. На неї сиплються квіти і грім оплесків.</w:t>
      </w:r>
    </w:p>
    <w:p>
      <w:r>
        <w:br/>
        <w:t>Г о л о с з х о р у п а н е г і р и с т і в</w:t>
      </w:r>
    </w:p>
    <w:p>
      <w:r>
        <w:br/>
        <w:t>Се наша муза!</w:t>
      </w:r>
    </w:p>
    <w:p>
      <w:r>
        <w:br/>
        <w:t>П р о к у р а т о р</w:t>
      </w:r>
    </w:p>
    <w:p>
      <w:r>
        <w:br/>
        <w:t>(ласо)</w:t>
      </w:r>
    </w:p>
    <w:p>
      <w:r>
        <w:br/>
        <w:t>Гарна, гарна штучка!</w:t>
      </w:r>
    </w:p>
    <w:p>
      <w:r>
        <w:br/>
        <w:t>П р е ф е к т</w:t>
      </w:r>
    </w:p>
    <w:p>
      <w:r>
        <w:br/>
        <w:t>Ся муза, певне, з голоду не згине.</w:t>
      </w:r>
    </w:p>
    <w:p>
      <w:r>
        <w:br/>
        <w:t>Неріса, зблизившись до Мецената, стає перед ним на одно коліно і відхиляється назад, немов готова впасти від знесилення, але розкішна і зальотна усмішка грає на її устах. Прокуратор кидається піддержувати її, але Меценат попереджає його, надівши Нерісі намисто на шию і тим самим рухом піддержавши її.</w:t>
      </w:r>
    </w:p>
    <w:p>
      <w:r>
        <w:br/>
        <w:t>Н е р і с а</w:t>
      </w:r>
    </w:p>
    <w:p>
      <w:r>
        <w:br/>
        <w:t>Мій пане, дякую!</w:t>
      </w:r>
    </w:p>
    <w:p>
      <w:r>
        <w:br/>
        <w:t>(Хоче поцілувати його в руку).</w:t>
      </w:r>
    </w:p>
    <w:p>
      <w:r>
        <w:br/>
        <w:t>М е ц е н а т</w:t>
      </w:r>
    </w:p>
    <w:p>
      <w:r>
        <w:br/>
        <w:t>Не так, безсмертна!</w:t>
      </w:r>
    </w:p>
    <w:p>
      <w:r>
        <w:br/>
        <w:t>(Цілує її в уста).</w:t>
      </w:r>
    </w:p>
    <w:p>
      <w:r>
        <w:br/>
        <w:t>Неріса встає.</w:t>
      </w:r>
    </w:p>
    <w:p>
      <w:r>
        <w:br/>
        <w:t>П р е ф е к т</w:t>
      </w:r>
    </w:p>
    <w:p>
      <w:r>
        <w:br/>
        <w:t>(з місця, посуваючись трохи на ложі і простягаючи чашу з вином)</w:t>
      </w:r>
    </w:p>
    <w:p>
      <w:r>
        <w:br/>
        <w:t>Ходи, вакханко, відпочинь край тигра!</w:t>
      </w:r>
    </w:p>
    <w:p>
      <w:r>
        <w:br/>
        <w:t>Неріса, усміхнувшись, подається до нього. В юрбі здержаний сміх. Антей раптом зриває ліру з канделябра і кидає її а розмаху в Нерісу. Неріса заточується і падав додолу.</w:t>
      </w:r>
    </w:p>
    <w:p>
      <w:r>
        <w:br/>
        <w:t>Н е р і с а</w:t>
      </w:r>
    </w:p>
    <w:p>
      <w:r>
        <w:br/>
        <w:t>Рятуйте! Він мене убив!..</w:t>
      </w:r>
    </w:p>
    <w:p>
      <w:r>
        <w:br/>
        <w:t>Алтей нахиляється до неї і бачить, що вона конає.</w:t>
      </w:r>
    </w:p>
    <w:p>
      <w:r>
        <w:br/>
        <w:t>А н т е й</w:t>
      </w:r>
    </w:p>
    <w:p>
      <w:r>
        <w:br/>
        <w:t>(тихо і наче спокійно)</w:t>
      </w:r>
    </w:p>
    <w:p>
      <w:r>
        <w:br/>
        <w:t>Убив...</w:t>
      </w:r>
    </w:p>
    <w:p>
      <w:r>
        <w:br/>
        <w:t>П р е ф е к т</w:t>
      </w:r>
    </w:p>
    <w:p>
      <w:r>
        <w:br/>
        <w:t>(гукає рабам)</w:t>
      </w:r>
    </w:p>
    <w:p>
      <w:r>
        <w:br/>
        <w:t>Сюди вігілів!</w:t>
      </w:r>
    </w:p>
    <w:p>
      <w:r>
        <w:br/>
        <w:t>А н т е й</w:t>
      </w:r>
    </w:p>
    <w:p>
      <w:r>
        <w:br/>
        <w:t>Стій, дай закінчити.</w:t>
      </w:r>
    </w:p>
    <w:p>
      <w:r>
        <w:br/>
        <w:t>(Здіймає з ліри одну струну. Звертається до Хілона і Федона, що стоять попереду юрби).</w:t>
      </w:r>
    </w:p>
    <w:p>
      <w:r>
        <w:br/>
        <w:t>Товариші, даю вам добрий приклад.</w:t>
      </w:r>
    </w:p>
    <w:p>
      <w:r>
        <w:br/>
        <w:t>(Задавлюється струною і падає мертвий край Неріси)</w:t>
      </w:r>
    </w:p>
    <w:p>
      <w:r>
        <w:br/>
        <w:t>[28.ІІІ. 1913, Єгипет]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