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Орден вагантів</w:t>
      </w:r>
    </w:p>
    <w:p>
      <w:r>
        <w:br/>
        <w:t xml:space="preserve"> 1. Коли спір почується:&lt;br /&gt;</w:t>
        <w:br/>
        <w:t>"Йдіть у світ безкраїй!",&lt;br /&gt;</w:t>
        <w:br/>
        <w:t>То ченці збираються,&lt;br /&gt;</w:t>
        <w:br/>
        <w:t>Клірик1 поспішає,&lt;br /&gt;</w:t>
        <w:br/>
        <w:t>І левіт2 про Біблію&lt;br /&gt;</w:t>
        <w:br/>
        <w:t>Тут же забуває —&lt;br /&gt;</w:t>
        <w:br/>
        <w:t>В орден3 всі вливаються,&lt;br /&gt;</w:t>
        <w:br/>
        <w:t>Що життя спасає.&lt;br /&gt;</w:t>
        <w:br/>
        <w:t>2. Наш статут наказує:&lt;br /&gt;</w:t>
        <w:br/>
        <w:t>Зважте все старанно!&lt;br /&gt;</w:t>
        <w:br/>
        <w:t>У житті поводьтеся&lt;br /&gt;</w:t>
        <w:br/>
        <w:t>Тільки бездоганно!&lt;br /&gt;</w:t>
        <w:br/>
        <w:t>Вам не личить знатися&lt;br /&gt;</w:t>
        <w:br/>
        <w:t>З кліриком захланним,&lt;br /&gt;</w:t>
        <w:br/>
        <w:t>Що ні з ким не ділиться,&lt;br /&gt;</w:t>
        <w:br/>
        <w:t>Що з нутром поганим.&lt;br /&gt;</w:t>
        <w:br/>
        <w:t>3. Милосердя любимо&lt;br /&gt;</w:t>
        <w:br/>
        <w:t>І добра дорогу;&lt;br /&gt;</w:t>
        <w:br/>
        <w:t>Обіцяєм кожному&lt;br /&gt;</w:t>
        <w:br/>
        <w:t>Нашу допомогу.&lt;br /&gt;</w:t>
        <w:br/>
        <w:t>Приймемо багатого&lt;br /&gt;</w:t>
        <w:br/>
        <w:t>І людину вбогу,&lt;br /&gt;</w:t>
        <w:br/>
        <w:t>Ту, котру побожнії&lt;br /&gt;</w:t>
        <w:br/>
        <w:t>Гонять од порога.&lt;br /&gt;</w:t>
        <w:br/>
        <w:t>4. В ордені вагантському&lt;br /&gt;</w:t>
        <w:br/>
        <w:t>Ми ченцеві раді,&lt;br /&gt;</w:t>
        <w:br/>
        <w:t>Щедрому пресвітеру4&lt;br /&gt;</w:t>
        <w:br/>
        <w:t>І його відраді,&lt;br /&gt;</w:t>
        <w:br/>
        <w:t>Вчителям і клірикам,&lt;br /&gt;</w:t>
        <w:br/>
        <w:t>Школярів громаді,&lt;br /&gt;</w:t>
        <w:br/>
        <w:t>А найбільш — студентові&lt;br /&gt;</w:t>
        <w:br/>
        <w:t>В гарному наряді,&lt;br /&gt;</w:t>
        <w:br/>
        <w:t>5. Шваби, сакси, мейсенці5,&lt;br /&gt;</w:t>
        <w:br/>
        <w:t>Наші друзі славні,&lt;br /&gt;</w:t>
        <w:br/>
        <w:t>Що до нас зібралися&lt;br /&gt;</w:t>
        <w:br/>
        <w:t>З міст і глухомані,&lt;br /&gt;</w:t>
        <w:br/>
        <w:t>Постанови слухайте&lt;br /&gt;</w:t>
        <w:br/>
        <w:t>Наші бездоганні:&lt;br /&gt;</w:t>
        <w:br/>
        <w:t>"Згиньте люди скнаристі,&lt;br /&gt;</w:t>
        <w:br/>
        <w:t>Скупарі захланні!"&lt;br /&gt;</w:t>
        <w:br/>
        <w:t>6. В орден ми приймаємо&lt;br /&gt;</w:t>
        <w:br/>
        <w:t>Чесних і лукавих,&lt;br /&gt;</w:t>
        <w:br/>
        <w:t>Дужих, сили сповнених,&lt;br /&gt;</w:t>
        <w:br/>
        <w:t>Немічних, кульгавих,&lt;br /&gt;</w:t>
        <w:br/>
        <w:t>Виснажених старістю,&lt;br /&gt;</w:t>
        <w:br/>
        <w:t>Молодих і жвавих,&lt;br /&gt;</w:t>
        <w:br/>
        <w:t>До Венери6 жадібних&lt;br /&gt;</w:t>
        <w:br/>
        <w:t>І до неї млявих.&lt;br /&gt;</w:t>
        <w:br/>
        <w:t>7. Миролюбних, лагідних,&lt;br /&gt;</w:t>
        <w:br/>
        <w:t>Буйних, інтриганських,&lt;br /&gt;</w:t>
        <w:br/>
        <w:t>З Швабії, з Італії&lt;br /&gt;</w:t>
        <w:br/>
        <w:t>Та з країн слов'янських,&lt;br /&gt;</w:t>
        <w:br/>
        <w:t>І маленьких карликів,&lt;br /&gt;</w:t>
        <w:br/>
        <w:t>І людей гігантських,&lt;br /&gt;</w:t>
        <w:br/>
        <w:t>Тихих, скромних вдачею&lt;br /&gt;</w:t>
        <w:br/>
        <w:t>І бундючно-панських.&lt;br /&gt;</w:t>
        <w:br/>
        <w:t>8. Орден відкриває нам&lt;br /&gt;</w:t>
        <w:br/>
        <w:t>Істину єдину:&lt;br /&gt;</w:t>
        <w:br/>
        <w:t>Тут ми щастя знайдемо&lt;br /&gt;</w:t>
        <w:br/>
        <w:t>Й радісну годину.&lt;br /&gt;</w:t>
        <w:br/>
        <w:t>Нам миліше в ордені&lt;br /&gt;</w:t>
        <w:br/>
        <w:t>Їсти буженину,&lt;br /&gt;</w:t>
        <w:br/>
        <w:t>Ніж ячмінне вариво&lt;br /&gt;</w:t>
        <w:br/>
        <w:t>Та суху скорину.&lt;br /&gt;</w:t>
        <w:br/>
        <w:t>9. Орден наш родиною&lt;br /&gt;</w:t>
        <w:br/>
        <w:t>Слушно звати стану:&lt;br /&gt;</w:t>
        <w:br/>
        <w:t>Ми ж бо всіх приймаємо —&lt;br /&gt;</w:t>
        <w:br/>
        <w:t>З будь-якого стану.&lt;br /&gt;</w:t>
        <w:br/>
        <w:t>Ще раз проголосимо&lt;br /&gt;</w:t>
        <w:br/>
        <w:t>Твердо, без обману —&lt;br /&gt;</w:t>
        <w:br/>
        <w:t>Всіх у нас стрічаємо,&lt;br /&gt;</w:t>
        <w:br/>
        <w:t>Як рідню кохану!&lt;br /&gt;</w:t>
        <w:br/>
        <w:t>10. Тут нам заборонено&lt;br /&gt;</w:t>
        <w:br/>
        <w:t>Прокидаться зранку:&lt;br /&gt;</w:t>
        <w:br/>
        <w:t>Всяка нечисть юрбами&lt;br /&gt;</w:t>
        <w:br/>
        <w:t>Бродить до світанку&lt;br /&gt;</w:t>
        <w:br/>
        <w:t>І облудні видива&lt;br /&gt;</w:t>
        <w:br/>
        <w:t>Шле нам без устанку —&lt;br /&gt;</w:t>
        <w:br/>
        <w:t>Дурень хай зістрибує&lt;br /&gt;</w:t>
        <w:br/>
        <w:t>З ліжка до сніданку!&lt;br /&gt;</w:t>
        <w:br/>
        <w:t>11. Тут нам заборонено&lt;br /&gt;</w:t>
        <w:br/>
        <w:t>Утреню7 служити —&lt;br /&gt;</w:t>
        <w:br/>
        <w:t>Вставши, краще в затінку&lt;br /&gt;</w:t>
        <w:br/>
        <w:t>Снідання спожити.&lt;br /&gt;</w:t>
        <w:br/>
        <w:t>Вина ми смакуємо&lt;br /&gt;</w:t>
        <w:br/>
        <w:t>І курчаток ситних,&lt;br /&gt;</w:t>
        <w:br/>
        <w:t>Одного лиш лячно нам —&lt;br /&gt;</w:t>
        <w:br/>
        <w:t>Не програти б свити!&lt;br /&gt;</w:t>
        <w:br/>
        <w:t>12. Мати дві одежини&lt;br /&gt;</w:t>
        <w:br/>
        <w:t>В ордені негоже:&lt;br /&gt;</w:t>
        <w:br/>
        <w:t>Хто тут одягається,&lt;br /&gt;</w:t>
        <w:br/>
        <w:t>Мов якийсь вельможа,&lt;br /&gt;</w:t>
        <w:br/>
        <w:t>Мусить щось програти нам&lt;br /&gt;</w:t>
        <w:br/>
        <w:t>Це підтвердить кожен.&lt;br /&gt;</w:t>
        <w:br/>
        <w:t>Зайвого ж позбутися&lt;br /&gt;</w:t>
        <w:br/>
        <w:t>Гра всім допоможе.&lt;br /&gt;</w:t>
        <w:br/>
        <w:t>13. Хто бажає йти до нас,&lt;br /&gt;</w:t>
        <w:br/>
        <w:t>Хай собі затямить:&lt;br /&gt;</w:t>
        <w:br/>
        <w:t>Дорожиш сорочкою —&lt;br /&gt;</w:t>
        <w:br/>
        <w:t>Жертвуй-но штанами!&lt;br /&gt;</w:t>
        <w:br/>
        <w:t>І не мрій про чоботи,&lt;br /&gt;</w:t>
        <w:br/>
        <w:t>Тішся постолами,&lt;br /&gt;</w:t>
        <w:br/>
        <w:t>Бо тебе відлучимо,&lt;br /&gt;</w:t>
        <w:br/>
        <w:t>Як не згоден з нами!&lt;br /&gt;</w:t>
        <w:br/>
        <w:t>14. Поки не наївся всмак,&lt;br /&gt;</w:t>
        <w:br/>
        <w:t>Не виходь із хати:&lt;br /&gt;</w:t>
        <w:br/>
        <w:t>Вміє найскупішого&lt;br /&gt;</w:t>
        <w:br/>
        <w:t>Бідний упрохати;&lt;br /&gt;</w:t>
        <w:br/>
        <w:t>Може й мідянок не раз&lt;br /&gt;</w:t>
        <w:br/>
        <w:t>Добрий приріст дати —&lt;br /&gt;</w:t>
        <w:br/>
        <w:t>З ним гравець удачливий&lt;br /&gt;</w:t>
        <w:br/>
        <w:t>Виграє дукати8.&lt;br /&gt;</w:t>
        <w:br/>
        <w:t>15. Хай не дмуть в обличчя нам&lt;br /&gt;</w:t>
        <w:br/>
        <w:t>Грізні вітровії,&lt;br /&gt;</w:t>
        <w:br/>
        <w:t>Слізьми хай не миється&lt;br /&gt;</w:t>
        <w:br/>
        <w:t>Бідний в безнадії&lt;br /&gt;</w:t>
        <w:br/>
        <w:t>І про кращу доленьку&lt;br /&gt;</w:t>
        <w:br/>
        <w:t>Не втрачає мрії,&lt;br /&gt;</w:t>
        <w:br/>
        <w:t>Бо, бува, за лихом йдуть&lt;br /&gt;</w:t>
        <w:br/>
        <w:t>Радісні події.&lt;br /&gt;</w:t>
        <w:br/>
        <w:t>16. Всім, кого зустрінете,&lt;br /&gt;</w:t>
        <w:br/>
        <w:t>Треба пояснити,&lt;br /&gt;</w:t>
        <w:br/>
        <w:t>Чом гріхи ви мусите&lt;br /&gt;</w:t>
        <w:br/>
        <w:t>Піснею хулити:&lt;br /&gt;</w:t>
        <w:br/>
        <w:t>"Щоб нечесних гудити,&lt;br /&gt;</w:t>
        <w:br/>
        <w:t>Чесних похвалити,&lt;br /&gt;</w:t>
        <w:br/>
        <w:t>Чесно від цапів овець&lt;br /&gt;</w:t>
        <w:br/>
        <w:t>Чесних відділити".</w:t>
      </w:r>
    </w:p>
    <w:p>
      <w:r>
        <w:br/>
        <w:t>Переклад М. Борецького</w:t>
      </w:r>
    </w:p>
    <w:p>
      <w:r>
        <w:br/>
        <w:t>1 Клірик — служитель культури якої-небудь церкви.&lt;br /&gt;</w:t>
        <w:br/>
        <w:t>2 Левіт — старозавітний священик.&lt;br /&gt;</w:t>
        <w:br/>
        <w:t>3 Орден — організація, об'єднання людей з певним статусом.&lt;br /&gt;</w:t>
        <w:br/>
        <w:t>4 Пресвітер – священик.&lt;br /&gt;</w:t>
        <w:br/>
        <w:t>5 Шваби — німці, які населяли герцогство Швабія (одна із давніх назв Німеччини).&lt;br /&gt;</w:t>
        <w:br/>
        <w:t>Сакси — група давніх германських племен, які населяли Південно-Західну Європу і Британію. Мейсенці — одне із германських племен, жителі Мейсена.&lt;br /&gt;</w:t>
        <w:br/>
        <w:t>6 Венера — римська богиня кохання і вроди.&lt;br /&gt;</w:t>
        <w:br/>
        <w:t>7 Утреня — ранкове богослужіння в церкві.&lt;br /&gt;</w:t>
        <w:br/>
        <w:t>8 Дукати— стародавні срібні, а згодом, золоті монети.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Орден вагантів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