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Опромінення</w:t>
      </w:r>
    </w:p>
    <w:p>
      <w:r>
        <w:br/>
        <w:t xml:space="preserve"> І мимо чужої печалі. Багаття&lt;br /&gt;</w:t>
        <w:br/>
        <w:t>Умерзло навіки в розломи зірниць…&lt;br /&gt;</w:t>
        <w:br/>
        <w:t>Згадаймо: дерева уміли літати,&lt;br /&gt;</w:t>
        <w:br/>
        <w:t>Подібно до зачаклованих птиць.</w:t>
      </w:r>
    </w:p>
    <w:p>
      <w:r>
        <w:br/>
        <w:t>Не треба втрачати. Шукати не треба&lt;br /&gt;</w:t>
        <w:br/>
        <w:t>Бо гнізда високі над урвищем тим.&lt;br /&gt;</w:t>
        <w:br/>
        <w:t>Морзянка пташина: я небо… ми – небо…&lt;br /&gt;</w:t>
        <w:br/>
        <w:t>Ми просто ядучий минулого дим.</w:t>
      </w:r>
    </w:p>
    <w:p>
      <w:r>
        <w:br/>
        <w:t>Порожні оселі, покинуті храми…&lt;br /&gt;</w:t>
        <w:br/>
        <w:t>Обвалом летять у безодню літа.&lt;br /&gt;</w:t>
        <w:br/>
        <w:t>І мимо печалі… Понад берегами&lt;br /&gt;</w:t>
        <w:br/>
        <w:t>Де тихої річки коса золота,</w:t>
      </w:r>
    </w:p>
    <w:p>
      <w:r>
        <w:br/>
        <w:t>Там тінь моя бродить і там кам"яніє,&lt;br /&gt;</w:t>
        <w:br/>
        <w:t>Коли заглядається вгору, туди,&lt;br /&gt;</w:t>
        <w:br/>
        <w:t>Де крила давала не тільки надія,&lt;br /&gt;</w:t>
        <w:br/>
        <w:t>Але й притягання землі і води.</w:t>
      </w:r>
    </w:p>
    <w:p>
      <w:r>
        <w:br/>
        <w:t>Де ми безтурботні й, здавалося, сильні,&lt;br /&gt;</w:t>
        <w:br/>
        <w:t>У той безконечний віків часоплин&lt;br /&gt;</w:t>
        <w:br/>
        <w:t>Ми все ж не зуміли. Не зупинили&lt;br /&gt;</w:t>
        <w:br/>
        <w:t>Пекельну зорю, на імення Полин…</w:t>
      </w:r>
    </w:p>
    <w:p>
      <w:r>
        <w:br/>
        <w:t>Ми зв"язані травами. Тільки забули,&lt;br /&gt;</w:t>
        <w:br/>
        <w:t>Чорнобильський стронцій пустивши у світ,&lt;br /&gt;</w:t>
        <w:br/>
        <w:t>Ріка не замерзла, а просто минула.&lt;br /&gt;</w:t>
        <w:br/>
        <w:t>Із нею і наш обірвався політ.</w:t>
      </w:r>
    </w:p>
    <w:p>
      <w:r>
        <w:br/>
        <w:t>Вибілює час опромінені ночі,&lt;br /&gt;</w:t>
        <w:br/>
        <w:t>І геть замітає недобрі сліди,&lt;br /&gt;</w:t>
        <w:br/>
        <w:t>Укотре весни ми не ждем. І не хочем&lt;br /&gt;</w:t>
        <w:br/>
        <w:t>Гірких чорноталів тієї води.</w:t>
      </w:r>
    </w:p>
    <w:p>
      <w:r>
        <w:br/>
        <w:t>Того буявіння, вогнів квітопаду…&lt;br /&gt;</w:t>
        <w:br/>
        <w:t>Де буде прещедрий, либонь, урожай&lt;br /&gt;</w:t>
        <w:br/>
        <w:t>Отруйних плодів із Господнього саду…&lt;br /&gt;</w:t>
        <w:br/>
        <w:t>Куди ж повертатись, як спалено рай?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Опромінення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