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Оповідання про однорогу</w:t>
      </w:r>
    </w:p>
    <w:p>
      <w:r>
        <w:br/>
        <w:t xml:space="preserve"> &lt;p&gt;Як народилася, то в метриці записали Горпиною, проте ніхто її так не звав, навіть батько та мати, бо раптом здалось це ім'я грубим. Та й справді, якось не в'язалося з дівчиною — спершу крихітним немовлям, що мало пухкі ніжки та ручки, а потім уже — зі стрункеньким дівчатком, яке майже завжди мовчало, червоніло, коли до нього звертались.</w:t>
      </w:r>
    </w:p>
    <w:p>
      <w:r>
        <w:br/>
        <w:t>Коли Груня виходила заміж за Саву Турика, добрі люди казали їй:</w:t>
      </w:r>
    </w:p>
    <w:p>
      <w:r>
        <w:br/>
        <w:t>— Найшла собі жениха! Ти знаєш їхній рід? У їхньому роду самі тільки хлопці знаходяться! У Турика Дмитра — двоє, у Турика Антона — один, а в найстаршого їхнього брата Миколи аж п'ятеро. Думаєш, Сава далеко одскочив? Той самий корінь і той самий плід, дівчат і не бачитимеш, самі тільки солдати на світ з'являтимуться.</w:t>
      </w:r>
    </w:p>
    <w:p>
      <w:r>
        <w:br/>
        <w:t>— Е-е, нащо загадувати...— тільки й спромоглася відповісти Груня, і в її великих та сірих, як осіннє небо, очах зблискувало щось добре й іскристе.</w:t>
      </w:r>
    </w:p>
    <w:p>
      <w:r>
        <w:br/>
        <w:t>— Ото згадаєш наші слова, та пізно буде. Од Туриків нічого доброго не жди, тільки хлопців, бо на те вони й Турики!</w:t>
      </w:r>
    </w:p>
    <w:p>
      <w:r>
        <w:br/>
        <w:t>Першим у Груні знайшовся Степанко. Вони з Савою так любили первістка, що навіть уві сні за нього боялись. У дитини рано почали рости зуби, вона рано почала ходити, рано й заговорила, тому батько й мати вважали її дуже розумною. "У діда мого вдався",— говорив Сава. Дід зажив слави тим, що не був марнослівний, що за цілий день од нього й звуку не почуєш, зате вже коли скаже слово, то наче з каменю вирубає.</w:t>
      </w:r>
    </w:p>
    <w:p>
      <w:r>
        <w:br/>
        <w:t>Степанко помер од скарлатини, а через кілька тижнів по тому Саву забрали на фронт. "Що мені робити — жити чи вмирати?" — думала Груня, подовгу сидячи в хаті зі складеними на грудях руками. Може, й не пережила б свого горя, якби не прийшла війна і в їхнє село, якби всім не стало так важко, як і їй. Од Сави не мала ніяких вісток — може, десь убило, а може, за дитину на неї сердився, що не вберегла. Ходила на цвинтар, на могилу,— той горбик землі був для неї протягом кількох років найдорожчий.</w:t>
      </w:r>
    </w:p>
    <w:p>
      <w:r>
        <w:br/>
        <w:t>Сава таки повернувся, і не поранило його ні разу, і не скалічило, хоч і пройшов усю війну від початку до кінця, з передової майже не вилазив. Не раз на нього падали бомби, двічі присипало, що якби не відкопали, то сам не видряпався б, доводилось і в штикову ходити, коли ворог на тебе біжить, витріщивши баньки, а ти на нього,— й хто кого! Всього було, не забудеш і не перекажеш. Груня слухала чоловіка й усміхалась мовчки: до неї поверталася сила, поверталася віра в життя.</w:t>
      </w:r>
    </w:p>
    <w:p>
      <w:r>
        <w:br/>
        <w:t>У сорок сьомому голодному році в них знову знайшовся хлопчик — і знову назвали його Степанком. І цей рано навчився ходити та говорити, але чомусь здавався їм не таким, як первісток І любили вони його, і доглядали, але чомусь не такий. Може, тому, що живий? Після Степанка доля подарувала ще двох синів — Льоню й Толю. Справдилось оте, що люди казали Груні перед заміжжям: тільки Турики в неї і жодної Туриківни!</w:t>
      </w:r>
    </w:p>
    <w:p>
      <w:r>
        <w:br/>
        <w:t>Жилося важко. А з трьома дрібними лобурями й поготів... Проте не всі Савині брати мали дітей. Один з них, Яків, котрий теж воював і теж повернувся неушкоджений, мав уже другу жінку, але дітей не надбав ні од першої, ні від другої. Часто навідувався до Сави, бавив хлопців, приносив їм гостинці. Коли старший підріс і зіп'явся на ноги, то брав його до себе додому, і там Степанко пропадав не днями, а цілими тижнями. А коли повертався до матері, то, дивись, чи нову сорочину йому справили, чи картузик</w:t>
      </w:r>
    </w:p>
    <w:p>
      <w:r>
        <w:br/>
        <w:t>Груня питала в нього:</w:t>
      </w:r>
    </w:p>
    <w:p>
      <w:r>
        <w:br/>
        <w:t>— Чи тобі в гостях краще, га, що хати не тримаєшся?</w:t>
      </w:r>
    </w:p>
    <w:p>
      <w:r>
        <w:br/>
        <w:t>— Краще,— щиро зізнавався Степанко.</w:t>
      </w:r>
    </w:p>
    <w:p>
      <w:r>
        <w:br/>
        <w:t>— То ти ладен і рідну матір забути?</w:t>
      </w:r>
    </w:p>
    <w:p>
      <w:r>
        <w:br/>
        <w:t>— Я вас не забуваю,— шепотів.</w:t>
      </w:r>
    </w:p>
    <w:p>
      <w:r>
        <w:br/>
        <w:t>— А батька?</w:t>
      </w:r>
    </w:p>
    <w:p>
      <w:r>
        <w:br/>
        <w:t>Степанко заперечливо крутив головою.</w:t>
      </w:r>
    </w:p>
    <w:p>
      <w:r>
        <w:br/>
        <w:t>— А навіщо приніс оту залізну ложку з собою? Чи знаєш, що дядько Яків з нею всю війну пройшов? З тієї ложки їв, од дощу під нею ховався, голову од снарядів затуляв?</w:t>
      </w:r>
    </w:p>
    <w:p>
      <w:r>
        <w:br/>
        <w:t>— Е-е, таке скажете,— всміхався Степанко, показуючи щербаті зуби.</w:t>
      </w:r>
    </w:p>
    <w:p>
      <w:r>
        <w:br/>
        <w:t>— Ні, ти відповідай, навіщо забрав?</w:t>
      </w:r>
    </w:p>
    <w:p>
      <w:r>
        <w:br/>
        <w:t>— Бо мені дядько Яків подарували!</w:t>
      </w:r>
    </w:p>
    <w:p>
      <w:r>
        <w:br/>
        <w:t>— Мабуть, випросив, еге?</w:t>
      </w:r>
    </w:p>
    <w:p>
      <w:r>
        <w:br/>
        <w:t>— І зовсім не випросив! Я тільки дивився на неї, а дядько Яків і кажуть — бери!</w:t>
      </w:r>
    </w:p>
    <w:p>
      <w:r>
        <w:br/>
        <w:t>Одного разу дядько Яків прийшов до них. Натоптуватий, довгорукий, зупинився посеред подвір'я, розглядаючись довкіл веселими очима.</w:t>
      </w:r>
    </w:p>
    <w:p>
      <w:r>
        <w:br/>
        <w:t>Сава колов дрова. Білі березові цурупалки лежали навколо нього, як дебела костриця. Він лише скоса позирнув на брата, сокира злетіла догори, хекнув — поліно хруснуло, ніби зітхнуло, але не розпалось навпіл. Яків ступив до брата, взяв за топорище.</w:t>
      </w:r>
    </w:p>
    <w:p>
      <w:r>
        <w:br/>
        <w:t>— Хто ж так коле? Треба з толком, з поняттям, а ти — наобум.</w:t>
      </w:r>
    </w:p>
    <w:p>
      <w:r>
        <w:br/>
        <w:t>За якусь мить порубав поліно, ніби розлузав. —Атепер ходімо до хати,—сказав.—Маю діло,—іпоплескав по кишені, з якої виднілась пляшка.</w:t>
      </w:r>
    </w:p>
    <w:p>
      <w:r>
        <w:br/>
        <w:t>— А може, надворі скажеш?</w:t>
      </w:r>
    </w:p>
    <w:p>
      <w:r>
        <w:br/>
        <w:t>— Можу й надворі! — легко згодився Яків. Наблизив вилицювате обличчя до братового вуха і проказав півшепо-том: — Оддай свого сина, га? Степана?</w:t>
      </w:r>
    </w:p>
    <w:p>
      <w:r>
        <w:br/>
        <w:t>— Як же це віддати? — не втямив Сава.— Тобі? Чи кому?</w:t>
      </w:r>
    </w:p>
    <w:p>
      <w:r>
        <w:br/>
        <w:t>— Та мені ж! Оддай! У тебе їх троє, а в мене — жодного, за сина мені буде! Глядітиму за ним краще, як за рідним.</w:t>
      </w:r>
    </w:p>
    <w:p>
      <w:r>
        <w:br/>
        <w:t>— Як же це так — віддати? — ніяк не міг отямитися Сава.— Хіба дітей пускають по позичках? Це ж не ночви й не цебер.</w:t>
      </w:r>
    </w:p>
    <w:p>
      <w:r>
        <w:br/>
        <w:t>— Не позичити, а назавжди!</w:t>
      </w:r>
    </w:p>
    <w:p>
      <w:r>
        <w:br/>
        <w:t>Сава тільки плечима знизував — не в змозі був що-небудь втямити. На хуторі ніхто ще нікому не віддавав своїх дітей.</w:t>
      </w:r>
    </w:p>
    <w:p>
      <w:r>
        <w:br/>
        <w:t>Ну, бувало таке по сусідніх селах, що батьки вмирали, то їхніх дітлахів забирали родичі. Але ж там уже невикрут самим дітям, їм якби десь притулитись... Це правда, що вони з Яковом родичі — брати ж! — правда, що Фрорина його не має ні одного. І перша жінка Якова теж не мала. Отак відмовиш, а він затаїть гнів.</w:t>
      </w:r>
    </w:p>
    <w:p>
      <w:r>
        <w:br/>
        <w:t>— Ти в Груні моєї поспитай. Як вона...</w:t>
      </w:r>
    </w:p>
    <w:p>
      <w:r>
        <w:br/>
        <w:t>А Груня вже, либонь, почула їхню розмову, бо тільки заїкнулися про це, зразу ж:</w:t>
      </w:r>
    </w:p>
    <w:p>
      <w:r>
        <w:br/>
        <w:t>— А хіба я їх у капусті познаходила? Якби в капусті надибала, то, може б, і віддала, а так...</w:t>
      </w:r>
    </w:p>
    <w:p>
      <w:r>
        <w:br/>
        <w:t>Яків нагнув по-волячому голову, ніби ось-ось збирався буцнути когось. Утямив, що тут треба діяти з розумом, хитріше,— і зразу всміхнувся, хоч обличчя його до усмішок не дуже й звикло.</w:t>
      </w:r>
    </w:p>
    <w:p>
      <w:r>
        <w:br/>
        <w:t>— Давайте посидимо, а тоді вже гомоніти почнемо.</w:t>
      </w:r>
    </w:p>
    <w:p>
      <w:r>
        <w:br/>
        <w:t>— Од гомону не лишиться спомину,— пробубоніла Груня, але на стіл поставила й огірків, і сала.</w:t>
      </w:r>
    </w:p>
    <w:p>
      <w:r>
        <w:br/>
        <w:t>— А це вже у кого як вийде,— невідомо на що натякнув Яків.</w:t>
      </w:r>
    </w:p>
    <w:p>
      <w:r>
        <w:br/>
        <w:t>Сава похнюплений сидів мовчки. По-перше, був не з балакучих, по-друге, що надто вже в делікатну халепу вскочив. Зате Груня не церемонилася. Раптово стала вона лиха, говорила з серцем:</w:t>
      </w:r>
    </w:p>
    <w:p>
      <w:r>
        <w:br/>
        <w:t>—Де це видано, щоб мати й батько свій плід комусь віддавали, га? Коли люди взнають, що я дитини рідної одцуралася, то засміють. Нема чого їсти — я від рота одірву, оддам.</w:t>
      </w:r>
    </w:p>
    <w:p>
      <w:r>
        <w:br/>
        <w:t>— Якби ж було що рвати,— кинув Яків.</w:t>
      </w:r>
    </w:p>
    <w:p>
      <w:r>
        <w:br/>
        <w:t>— Сама недоїм...</w:t>
      </w:r>
    </w:p>
    <w:p>
      <w:r>
        <w:br/>
        <w:t>— Було б що недоїдати,— вже голосніше ввернув Яків. Брати вдалися схожі, обидва невисокі, татаркуваті якісь,</w:t>
      </w:r>
    </w:p>
    <w:p>
      <w:r>
        <w:br/>
        <w:t>із шорстким смоляним волоссям на голові, жовтолиці, а в зіницях — золотавий блиск. Тільки отой золотавий блиск у Савиних очах глибокий, а в Якова — весь зверху лежить, із зеленим відливом.</w:t>
      </w:r>
    </w:p>
    <w:p>
      <w:r>
        <w:br/>
        <w:t>— Вже на що, на що, а на недоїдання ми багаті,— сказала Груня.</w:t>
      </w:r>
    </w:p>
    <w:p>
      <w:r>
        <w:br/>
        <w:t>— Ото ж бо й воно. Надголодь тримаєте дітей, бо час такий. А ви б оддали одне нам, ми й виходжували б, от і йому краще було б, і вам легше. У нас же — нікого, не шкодували б...</w:t>
      </w:r>
    </w:p>
    <w:p>
      <w:r>
        <w:br/>
        <w:t>— У нас хоч і бараболя, зате зі свого поля!..</w:t>
      </w:r>
    </w:p>
    <w:p>
      <w:r>
        <w:br/>
        <w:t>— Е-е, Грунько, хіба ж я кажу, що тобі не жалко? Та жалко тобі, жалко, бо мати. Але ж Степанко вже звик до нас. Йому в нас — як удома. То хіба вам не однаково, де дитині бути?</w:t>
      </w:r>
    </w:p>
    <w:p>
      <w:r>
        <w:br/>
        <w:t>— Авжеж ні!</w:t>
      </w:r>
    </w:p>
    <w:p>
      <w:r>
        <w:br/>
        <w:t>— Хіба перестане бути вашим сином, коли в нас житиме?</w:t>
      </w:r>
    </w:p>
    <w:p>
      <w:r>
        <w:br/>
        <w:t>— Наш — нехай у нас і живе! Як же це так, щоб дитина рідного батька, матері не знала? Прокляне нас, як виросте!</w:t>
      </w:r>
    </w:p>
    <w:p>
      <w:r>
        <w:br/>
        <w:t>— Отак і прокляне!.. У нас і корова є. Молока там чи каші — не доводиться випрошувати.</w:t>
      </w:r>
    </w:p>
    <w:p>
      <w:r>
        <w:br/>
        <w:t>— А ви нам своєю коровою очей не коліть!</w:t>
      </w:r>
    </w:p>
    <w:p>
      <w:r>
        <w:br/>
        <w:t>Яків утих. Спідлоба поглянув на хазяїна та хазяйку.</w:t>
      </w:r>
    </w:p>
    <w:p>
      <w:r>
        <w:br/>
        <w:t>— А ви знаєте,— обізвався,— що якби це я зараз хоч у кого попросив дитину, то віддали б?</w:t>
      </w:r>
    </w:p>
    <w:p>
      <w:r>
        <w:br/>
        <w:t>— Просіть,— кинула Груня.</w:t>
      </w:r>
    </w:p>
    <w:p>
      <w:r>
        <w:br/>
        <w:t>— Хоч у кого! Ще й подякували б, їй-богу. Але ж хотілося вам помогти, он що! Ген ще двоє маєте на печі, якби тільки доглянути зуміли.</w:t>
      </w:r>
    </w:p>
    <w:p>
      <w:r>
        <w:br/>
        <w:t>— Спасибі за поміч, а тільки самі вже якось...</w:t>
      </w:r>
    </w:p>
    <w:p>
      <w:r>
        <w:br/>
        <w:t>— Ти, Грунько, вредна. Хто б міг подумати, що ти така...</w:t>
      </w:r>
    </w:p>
    <w:p>
      <w:r>
        <w:br/>
        <w:t>— Яка вже є...</w:t>
      </w:r>
    </w:p>
    <w:p>
      <w:r>
        <w:br/>
        <w:t>Знову запала тиша, у якій, здавалось, визріває щось грізне. Сава поквапливо, наче передбачаючи недобре, заговорив навмисно голосно, з удаваною веселістю:</w:t>
      </w:r>
    </w:p>
    <w:p>
      <w:r>
        <w:br/>
        <w:t>— Та давай, брате, кажи. Га? Будуть вони і в тебе, діти оті пащекуваті. Візьмеш у нас, а потім віддавати прибіжиш, бо, мовляв, своїх вистачає.</w:t>
      </w:r>
    </w:p>
    <w:p>
      <w:r>
        <w:br/>
        <w:t>Яків мовчки зразу ж устав із-за столу. Його проводжали до воріт, запобігливі, уважні, наче аж вибачення хотіли попросити в нього, проте Яків не дивився на них, уникав поглядів, так і пішов похмуро. Груня винувато подивилася на чоловіка, він на неї глянув винувато... Й покликали Степанка, що грався біля хліва.</w:t>
      </w:r>
    </w:p>
    <w:p>
      <w:r>
        <w:br/>
        <w:t>— Щоб до дядька більше не ходив. Чи тобі в своїй хаті злецько, що вештаєшся?</w:t>
      </w:r>
    </w:p>
    <w:p>
      <w:r>
        <w:br/>
        <w:t>— А чого не ходити? Дядько Яків робить мені свистки, а дядина пригощає медом.</w:t>
      </w:r>
    </w:p>
    <w:p>
      <w:r>
        <w:br/>
        <w:t>— Ти сам не годен вистругати собі свисток? А якщо хочеш меду, піди в глиняники, там дикі бджоли, надереш собі вощини,— гнівалася й не гнівалася Груня.</w:t>
      </w:r>
    </w:p>
    <w:p>
      <w:r>
        <w:br/>
        <w:t>— Хіба в тих вощинах мед...— ледь промимрив хлопець.</w:t>
      </w:r>
    </w:p>
    <w:p>
      <w:r>
        <w:br/>
        <w:t>— А ти скажи своєму батькові, нехай зловить рій і посадить у вулик, матимеш пасіку.</w:t>
      </w:r>
    </w:p>
    <w:p>
      <w:r>
        <w:br/>
        <w:t>— Ви самі йому скажіть, він не послухає мене...</w:t>
      </w:r>
    </w:p>
    <w:p>
      <w:r>
        <w:br/>
        <w:t>— Чи ти цих дітей переговориш? — аж об поли вдарила мати,— То ти вже старший за матір? Чи до кілка тебе впинати, щоб із двору не віявся?</w:t>
      </w:r>
    </w:p>
    <w:p>
      <w:r>
        <w:br/>
        <w:t>До кілка не впинала, але взялася пильно стежити, щоб тримався хати, щоб по чужих обійстях не гасав, щоб до дядька Якова не внаджувався. Наказувала бавити менших братів, ганяти курей з городу, бур'ян рвати для підсвинка. І Степан мусив слухатись, бо любив матір.</w:t>
      </w:r>
    </w:p>
    <w:p>
      <w:r>
        <w:br/>
        <w:t>Якось був Сава на роботі, повернувся хоч і не пізно, але вже місяць наставляв ріжки проти ночі. В хліві вони давно вже і іічого не тримали, ото хіба що курей. Аж тут наче вчулося щось Саві — хтось чи позіхнув густо, чи переступив важко з місця і іа місце. Сава не з полохливих, та коли заглянув у темний хлів, назад сахнувся: чиясь корова дивилася на нього з кутка похмуро й некліпливо. Він тільки загледів її й одразу зачинив двері, до хати крутнувся.</w:t>
      </w:r>
    </w:p>
    <w:p>
      <w:r>
        <w:br/>
        <w:t>— Де це ти корову взяла? — поспитав у Груні.</w:t>
      </w:r>
    </w:p>
    <w:p>
      <w:r>
        <w:br/>
        <w:t>Груня од печі й не обізвалась — чи недочула, чи подумала, що жартує, Сава вже хотів до хліва бігти (а може, привиділось йому, може, то наслано), але, потупцявши, знову запитав:</w:t>
      </w:r>
    </w:p>
    <w:p>
      <w:r>
        <w:br/>
        <w:t>— Скажеш мені чи не скажеш?</w:t>
      </w:r>
    </w:p>
    <w:p>
      <w:r>
        <w:br/>
        <w:t>— Ти про що? — Тепер вона дивилась на нього аж сердито.</w:t>
      </w:r>
    </w:p>
    <w:p>
      <w:r>
        <w:br/>
        <w:t>— Корова чия в хліві, питаю? — підвищив голос. Груня випросталась, поставила в куток рогачі.</w:t>
      </w:r>
    </w:p>
    <w:p>
      <w:r>
        <w:br/>
        <w:t>— В чиєму?</w:t>
      </w:r>
    </w:p>
    <w:p>
      <w:r>
        <w:br/>
        <w:t>Він аж плюнув спересердя:</w:t>
      </w:r>
    </w:p>
    <w:p>
      <w:r>
        <w:br/>
        <w:t>— Корова чиясь у нашому хліві стоїть!</w:t>
      </w:r>
    </w:p>
    <w:p>
      <w:r>
        <w:br/>
        <w:t>Груня навіщось узяла каганця з собою, та коли розчинили двері до хліва, не стали його запалювати. І справді, в кутку, прип'ята до ясел, де колись давно стояла їхня корова, тепер стояла чорна молошниця. Вона крутнула хвостом і витягла морду, немов просила, щоб її погладили. Але Сава й Груня не ворухнулись.</w:t>
      </w:r>
    </w:p>
    <w:p>
      <w:r>
        <w:br/>
        <w:t>— Та це жЯкова нашого корова! — наче аж зраділо скрикнув чоловік— Бач — однорога!</w:t>
      </w:r>
    </w:p>
    <w:p>
      <w:r>
        <w:br/>
        <w:t>Хутенько підійшов до неї, обмацав — і полегшено* всміхнувся: братова!</w:t>
      </w:r>
    </w:p>
    <w:p>
      <w:r>
        <w:br/>
        <w:t>— Не інакше, як хтось навмисно привів у наш хлів. Десь; може, в шкоду заскочила, чи що, то її — до нас, щоб Яків поморочився...</w:t>
      </w:r>
    </w:p>
    <w:p>
      <w:r>
        <w:br/>
        <w:t>— Авжеж,— згодилась Груня.— Бо тепер які люди...</w:t>
      </w:r>
    </w:p>
    <w:p>
      <w:r>
        <w:br/>
        <w:t>— Треба одвести, а то він, либонь, уже всі поля оббігав, шукаючи.</w:t>
      </w:r>
    </w:p>
    <w:p>
      <w:r>
        <w:br/>
        <w:t>— А може, йому вже сказали, де вона...</w:t>
      </w:r>
    </w:p>
    <w:p>
      <w:r>
        <w:br/>
        <w:t>— Якби сказали, то хіба не прийшов би? Еге!</w:t>
      </w:r>
    </w:p>
    <w:p>
      <w:r>
        <w:br/>
        <w:t>Одв'язав Сава однорогу, мотузок намотав на руку — та й подався з обійстя. Однорога не пручалась, так, наче завжди ходила за Савою.</w:t>
      </w:r>
    </w:p>
    <w:p>
      <w:r>
        <w:br/>
        <w:t>Груня якось одразу й забула про корову, пораючись коло дітей, аж тут через годину, чи що, повертається чоловік. Одразу запримітила, що він начебто не такий, як завжди.</w:t>
      </w:r>
    </w:p>
    <w:p>
      <w:r>
        <w:br/>
        <w:t>— Що це з тобою? Чи не перечепився десь через чарчину по дорозі?</w:t>
      </w:r>
    </w:p>
    <w:p>
      <w:r>
        <w:br/>
        <w:t>— Еге, перечепишся... Якщо сам себе не перечепиш, то ніхто не додумається... Нам, жінко, милостиню стали подавати...</w:t>
      </w:r>
    </w:p>
    <w:p>
      <w:r>
        <w:br/>
        <w:t>— От коли ми розбагатіємо!</w:t>
      </w:r>
    </w:p>
    <w:p>
      <w:r>
        <w:br/>
        <w:t>— ...Яків наш, неабихто... Це він сам корову привів. Розсердився на мене. "Я тобі,— каже,— добро хочу зробити, а ти водишся з нею. В тебе,— каже,— на хазяйстві самі голодні животи, нехай вона помічницею вам буде. Ти,— каже,— дитину мені не захотів оддати, бо скупий і жила, а я не куркуль".</w:t>
      </w:r>
    </w:p>
    <w:p>
      <w:r>
        <w:br/>
        <w:t>— Та який з нього куркуль? Ото тільки і в нього, що на ньому...</w:t>
      </w:r>
    </w:p>
    <w:p>
      <w:r>
        <w:br/>
        <w:t>— Хіба не знаєш Якова? Аби язиком потеліпати...</w:t>
      </w:r>
    </w:p>
    <w:p>
      <w:r>
        <w:br/>
        <w:t>— Ти назад її привів?</w:t>
      </w:r>
    </w:p>
    <w:p>
      <w:r>
        <w:br/>
        <w:t>— Хіба я злодій чи грабіжник? Нащо мені чуже? Коли свого не маю, то чужим не запоможусь... Припнув однорогу до берестка, а сам і подався. Ми візьмемо корову, а він усеньке життя тільки те й робитиме, що нагадуватиме.</w:t>
      </w:r>
    </w:p>
    <w:p>
      <w:r>
        <w:br/>
        <w:t>— Або ж прийде і скаже: "Ну, я дав корову, а ви оддавайте дитину..."</w:t>
      </w:r>
    </w:p>
    <w:p>
      <w:r>
        <w:br/>
        <w:t>— Не потрібна нам така плата.</w:t>
      </w:r>
    </w:p>
    <w:p>
      <w:r>
        <w:br/>
        <w:t>Прокинулась Груня посеред ночі — ніби й не спала. Діти дихали рівно. Щось вивело її надвір, до хліва направило. Одчинила двері й стала на порозі, прислухаючись та приглядаючись. Скрикнула курка, їй відповів півень,— і тут щось густо зітхнуло в кутку. Жінка сахнулася — в кутку стояла корова. Груня вже напевне знала, що то однорога. "Привів-таки знову,— подумала з несподіваною теплотою.— Либонь, любить дітей наших, Степана..."</w:t>
      </w:r>
    </w:p>
    <w:p>
      <w:r>
        <w:br/>
        <w:t>Саву не будила — хай уже спить, не поведе ж посеред ночі знову. А сама до світу так і не стулила повік, і тільки засіріло — скрадливо встала. Треба ж однорогу доглянути, думала. Хай і не їхня корова, але ж не пропадати їй з голоду. Нарвала трави на межі, за городом, повну рядюжку поклала перед нею. Можна б і і іа мотузку вивести, поп&amp;сти, але тоді вже сусіди плескатимуть: "О, пасе, так наче то їхня корова!"</w:t>
      </w:r>
    </w:p>
    <w:p>
      <w:r>
        <w:br/>
        <w:t>Стояла й дивилась, як однорога лямзяє пашу... Хоч і Степанко ще зовсім малий, але підросте — от і свій пастух є. Там інші хлопці підоспіють, якось воно, звісно, буде. Помацала вим'я — геть зовсім набрякло. Чи не видоїти? Бо пора...</w:t>
      </w:r>
    </w:p>
    <w:p>
      <w:r>
        <w:br/>
        <w:t>Сава став на порозі, коли вже нацяпала з півмакітри молока. Провів долонею по очах, ніби все йому снилося.</w:t>
      </w:r>
    </w:p>
    <w:p>
      <w:r>
        <w:br/>
        <w:t>— Десь, видно, посеред ночі привів,— весело обізвалась Груня.— Ну, я вже й погодувала її, а це хочу трохи здоїти, бо капає з дійок.</w:t>
      </w:r>
    </w:p>
    <w:p>
      <w:r>
        <w:br/>
        <w:t>— То що, знову одводити? — похмуро обізвався.</w:t>
      </w:r>
    </w:p>
    <w:p>
      <w:r>
        <w:br/>
        <w:t>— А чого будеш із нею водитися сюди й туди? — ховаючи погляд, заперечила жінка.— Нехай сам приходить і забирає.</w:t>
      </w:r>
    </w:p>
    <w:p>
      <w:r>
        <w:br/>
        <w:t>— А прийде?</w:t>
      </w:r>
    </w:p>
    <w:p>
      <w:r>
        <w:br/>
        <w:t>— Авжеж Де він дінеться? Повір, ниньки ще сам прибіжить, може, й зараз.</w:t>
      </w:r>
    </w:p>
    <w:p>
      <w:r>
        <w:br/>
        <w:t>Але брат не прийшов по однорогу ні того дня, ні наступного. Коли Сава перестрівав його на вулиці, то все нагадував, щоб той забрав свою чорну, бо це ж її і годувати треба, й доглядати, але Яків не тільки не приходив, а й не обіцяв прийти. Так минув тиждень, другий за ним канув. Якось брати знову здибались, і Яків сказав:</w:t>
      </w:r>
    </w:p>
    <w:p>
      <w:r>
        <w:br/>
        <w:t>— Наче ти моєю коровою пользуєшся, га? Й віддавати не думаєш...</w:t>
      </w:r>
    </w:p>
    <w:p>
      <w:r>
        <w:br/>
        <w:t>— Я віддам, а ти знову посеред ночі приведеш?..</w:t>
      </w:r>
    </w:p>
    <w:p>
      <w:r>
        <w:br/>
        <w:t>— Хоч би чарку поставив за неї...</w:t>
      </w:r>
    </w:p>
    <w:p>
      <w:r>
        <w:br/>
        <w:t>Зайшли до Вулійки, взяли пляшку. На закуску в неї не розжилися —дала півмиски вареної картоплі в лушпайках, та ще цілушку таку, що не вгризеш і не вжуєш. Брати швидко захмеліли. Співати не вміли, тільки кричали так, що жили на лобі понапиналися, як мотуззя. Вулійка слухала той спів і тільки зітхала.</w:t>
      </w:r>
    </w:p>
    <w:p>
      <w:r>
        <w:br/>
        <w:t>— О господи!.. Як нелюди ревуть...</w:t>
      </w:r>
    </w:p>
    <w:p>
      <w:r>
        <w:br/>
        <w:t>— Бабо, підтягуй! — командував Яків.— Коли ви були молодші, то добре співали!</w:t>
      </w:r>
    </w:p>
    <w:p>
      <w:r>
        <w:br/>
        <w:t>— Куди вже мені до вас,— тихцем одказувала, що тільки сама себе й чула.</w:t>
      </w:r>
    </w:p>
    <w:p>
      <w:r>
        <w:br/>
        <w:t>Так і збув свою корову Яків. Навіть якби захотів Сава одвести йому однорогу, то вже не відведе: пляшку за неї поставив. А коли поставив, то вже наче і його корова.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Оповідання про однорогу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