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Олива не винна...</w:t>
      </w:r>
    </w:p>
    <w:p>
      <w:r>
        <w:br/>
        <w:t xml:space="preserve"> Олива не винна, що з неї рубали хреста,&lt;br /&gt;</w:t>
        <w:br/>
        <w:t>Каміння не винне, що втрапило в руки катам,&lt;br /&gt;</w:t>
        <w:br/>
        <w:t>І ніжна осика, достоту, таки непідсудна,&lt;br /&gt;</w:t>
        <w:br/>
        <w:t>На гіллі якої, повісився, кажуть, Іуда.</w:t>
      </w:r>
    </w:p>
    <w:p>
      <w:r>
        <w:br/>
        <w:t>А люде? Народи? Он, твердять — вони без гріха,&lt;br /&gt;</w:t>
        <w:br/>
        <w:t>Бо злочини темні – провина лише пастуха,&lt;br /&gt;</w:t>
        <w:br/>
        <w:t>Вони ж усі добрі, наївні, невинні, безгрішні,&lt;br /&gt;</w:t>
        <w:br/>
        <w:t>Не брали на себе ніколи неправедних рішень.</w:t>
      </w:r>
    </w:p>
    <w:p>
      <w:r>
        <w:br/>
        <w:t>Володарі злісні вели їх чомусь не туди,&lt;br /&gt;</w:t>
        <w:br/>
        <w:t>Самі ж не бажали ніколи нікому біди.&lt;br /&gt;</w:t>
        <w:br/>
        <w:t>То влада облудна тягнула завжди манівцями&lt;br /&gt;</w:t>
        <w:br/>
        <w:t>Обдурені маси, котрі були просто сліпцями.</w:t>
      </w:r>
    </w:p>
    <w:p>
      <w:r>
        <w:br/>
        <w:t>Не раз так було... І ця пісня лиха і стара.&lt;br /&gt;</w:t>
        <w:br/>
        <w:t>На рідній землі знову юний хлопчина вмира.&lt;br /&gt;</w:t>
        <w:br/>
        <w:t>Видющий на очі, в приціл видивляється, снайпер,&lt;br /&gt;</w:t>
        <w:br/>
        <w:t>І сумнів не точить, і навіть сльозина не скрапне.</w:t>
      </w:r>
    </w:p>
    <w:p>
      <w:r>
        <w:br/>
        <w:t>За що він воює? Кому свою душу продав?&lt;br /&gt;</w:t>
        <w:br/>
        <w:t>Каміння літає у сплесках вогненних заграв,&lt;br /&gt;</w:t>
        <w:br/>
        <w:t>Він — також н а р о д, що себе величає в е л и к и м,&lt;br /&gt;</w:t>
        <w:br/>
        <w:t>Тривожно тремтить над його головою осика.</w:t>
      </w:r>
    </w:p>
    <w:p>
      <w:r>
        <w:br/>
        <w:t>Він клаца затвором. Він, кажуть, людина проста,&lt;br /&gt;</w:t>
        <w:br/>
        <w:t>Але не пілати самі розпинали Христа.&lt;br /&gt;</w:t>
        <w:br/>
        <w:t>Не сипте словами. Таке у віках не проститься&lt;br /&gt;</w:t>
        <w:br/>
        <w:t>Народу з тавром душогуба, загарбника, вбивці.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Олива не винна...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