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Олень і виноградник</w:t>
      </w:r>
    </w:p>
    <w:p>
      <w:r>
        <w:br/>
        <w:t xml:space="preserve"> &lt;p&gt;Якось на зеленому схилі гори пасся гарний золоторогий олень. Був теплий, погожий осінній день. Та, на лихо, помітили оленя мисливці й помчали до нього. Олень теж побачив мисливців, але тоді вже, коли ті, цілячися з луків, підступалися близько.</w:t>
      </w:r>
    </w:p>
    <w:p>
      <w:r>
        <w:br/>
        <w:t>"Лишенько моє, тепер ніяк утекти до лісу! — подумав олень.— Ану ж бо сховаюся в отому винограднику".</w:t>
      </w:r>
    </w:p>
    <w:p>
      <w:r>
        <w:br/>
        <w:t>Олень щодуху кинувся вниз. А мисливці, напнувши тятиви, побігли слідом. Проте олень устиг заховатися.</w:t>
      </w:r>
    </w:p>
    <w:p>
      <w:r>
        <w:br/>
        <w:t>— Стійте! —гукнув один мисливець.— Оточіть виноградник та гарненько видивляйтеся — він десь там. А коли вибіжить на поле, ми одразу його побачимо.</w:t>
      </w:r>
    </w:p>
    <w:p>
      <w:r>
        <w:br/>
        <w:t>Мисливці поставали, пристерігаючи за кущами винограду. Але олень заховався так добре, що жодне око не могло його примітити.</w:t>
      </w:r>
    </w:p>
    <w:p>
      <w:r>
        <w:br/>
        <w:t>— Де ж він дівся? — питає один із мисливців.</w:t>
      </w:r>
    </w:p>
    <w:p>
      <w:r>
        <w:br/>
        <w:t>— Напевне, встиг ускочити в ліс,— каже другий.</w:t>
      </w:r>
    </w:p>
    <w:p>
      <w:r>
        <w:br/>
        <w:t>— Ні,— докинув третій,— ми добре пильнували і, коли б він з'явився, неодмінно побачили б.</w:t>
      </w:r>
    </w:p>
    <w:p>
      <w:r>
        <w:br/>
        <w:t>— У полі теж не видко,— промовив четвертий.— Що ж робити?</w:t>
      </w:r>
    </w:p>
    <w:p>
      <w:r>
        <w:br/>
        <w:t>— Ще пошукаймо,— озвався п'ятий мисливець.— Не знайдемо — що ж, нічого не вдієш.</w:t>
      </w:r>
    </w:p>
    <w:p>
      <w:r>
        <w:br/>
        <w:t>Мисливці востаннє обдивилися виноградник, та знову марно. Нарешті їм набридло шукати і чекати.</w:t>
      </w:r>
    </w:p>
    <w:p>
      <w:r>
        <w:br/>
        <w:t>— Ходімо,— каже один,— певне, олень таки втік од нас.</w:t>
      </w:r>
    </w:p>
    <w:p>
      <w:r>
        <w:br/>
        <w:t>— Ходімо,— погодились мисливці та й подалися гуртом геть.</w:t>
      </w:r>
    </w:p>
    <w:p>
      <w:r>
        <w:br/>
        <w:t>Олень дуже зрадів, побачивши, що його вороги пішли:</w:t>
      </w:r>
    </w:p>
    <w:p>
      <w:r>
        <w:br/>
        <w:t>— Я врятувався — аж не віриться!</w:t>
      </w:r>
    </w:p>
    <w:p>
      <w:r>
        <w:br/>
        <w:t>Та й ну на радощах шматувати листя й солодкі грона винограду!</w:t>
      </w:r>
    </w:p>
    <w:p>
      <w:r>
        <w:br/>
        <w:t>Біг олень од куща до куща, розсував гілки, розгойдував листя — одне слово, геть знетямився й забув про небезпеку.</w:t>
      </w:r>
    </w:p>
    <w:p>
      <w:r>
        <w:br/>
        <w:t>І скоїлося непоправне — треба ж було озирнутися одному мисливцеві!</w:t>
      </w:r>
    </w:p>
    <w:p>
      <w:r>
        <w:br/>
        <w:t>— Гляньте! — гукнув він до товаришів.— У винограднику щось ворушиться! Ходімо подивимось, що воно таке! Мерщій!</w:t>
      </w:r>
    </w:p>
    <w:p>
      <w:r>
        <w:br/>
        <w:t>Мисливці побігли до виноградника — і побачили оленя.</w:t>
      </w:r>
    </w:p>
    <w:p>
      <w:r>
        <w:br/>
        <w:t>— Ось він!</w:t>
      </w:r>
    </w:p>
    <w:p>
      <w:r>
        <w:br/>
        <w:t>Олень кинувся тікати, мисливці — за ним.</w:t>
      </w:r>
    </w:p>
    <w:p>
      <w:r>
        <w:br/>
        <w:t>Мчить олень, серце йому калатає із жаху, а в голові одна думка снується:</w:t>
      </w:r>
    </w:p>
    <w:p>
      <w:r>
        <w:br/>
        <w:t>"Чому я не стояв нишком у винограднику? Він сховав мене від небезпеки, а я, невдячний, потоптав гостинність його й доброту, понівечив. От і караюсь по заслузі!"</w:t>
      </w:r>
    </w:p>
    <w:p>
      <w:r>
        <w:br/>
        <w:t>Отак і деякі люди бувають покарані за те, що не цінують своїх благодійників.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Олень і виноградник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