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Октави</w:t>
      </w:r>
    </w:p>
    <w:p>
      <w:r>
        <w:br/>
        <w:t xml:space="preserve"> І</w:t>
      </w:r>
    </w:p>
    <w:p>
      <w:r>
        <w:br/>
        <w:t>…І далі йдемо мертвими степами,&lt;br /&gt;</w:t>
        <w:br/>
        <w:t>Я – мовчазний, печальний – колоніст…&lt;br /&gt;</w:t>
        <w:br/>
        <w:t>"Он бачите, маячать свіжі плями,&lt;br /&gt;</w:t>
        <w:br/>
        <w:t>Це ховрашок ссе кров і душу їсть.&lt;br /&gt;</w:t>
        <w:br/>
        <w:t>Надовго він залишить в серці пам’ять".&lt;br /&gt;</w:t>
        <w:br/>
        <w:t>І суховій – незваний степу гість —&lt;br /&gt;</w:t>
        <w:br/>
        <w:t>Свавільними, крутими манівцями:&lt;br /&gt;</w:t>
        <w:br/>
        <w:t>Де глянув – смерть, де став – і паща ями.</w:t>
      </w:r>
    </w:p>
    <w:p>
      <w:r>
        <w:br/>
        <w:t>ІІ</w:t>
      </w:r>
    </w:p>
    <w:p>
      <w:r>
        <w:br/>
        <w:t>Вмирає в спеці засніжений степ&lt;br /&gt;</w:t>
        <w:br/>
        <w:t>І приспаний, зів’ялий, не шелесне,&lt;br /&gt;</w:t>
        <w:br/>
        <w:t>Лиш курява, мов марево, росте&lt;br /&gt;</w:t>
        <w:br/>
        <w:t>І килимом вкриває зір небесний.&lt;br /&gt;</w:t>
        <w:br/>
        <w:t>Вдягнулися поля в жалобний креп…&lt;br /&gt;</w:t>
        <w:br/>
        <w:t>Дарма, о життєрадісная весно,&lt;br /&gt;</w:t>
        <w:br/>
        <w:t>Ти крильми радости обвіяла поля,&lt;br /&gt;</w:t>
        <w:br/>
        <w:t>Дарма, уквітчана, услала рястом шлях!</w:t>
      </w:r>
    </w:p>
    <w:p>
      <w:r>
        <w:br/>
        <w:t>ІІІ</w:t>
      </w:r>
    </w:p>
    <w:p>
      <w:r>
        <w:br/>
        <w:t>Потріскана, обпалена земля&lt;br /&gt;</w:t>
        <w:br/>
        <w:t>Подзвонює сумним бляшаним дзвоном.&lt;br /&gt;</w:t>
        <w:br/>
        <w:t>А сонце головешками жбурля…&lt;br /&gt;</w:t>
        <w:br/>
        <w:t>Скрізь – мертвий сон. Кругом безлюддя сонне.&lt;br /&gt;</w:t>
        <w:br/>
        <w:t>В колоніях хатки печально сплять.&lt;br /&gt;</w:t>
        <w:br/>
        <w:t>Наспівує десь вітер монотонно,&lt;br /&gt;</w:t>
        <w:br/>
        <w:t>На небі ні хмариночки. Лиш пилом&lt;br /&gt;</w:t>
        <w:br/>
        <w:t>Окутано. Все небо – сивий килим.</w:t>
      </w:r>
    </w:p>
    <w:p>
      <w:r>
        <w:br/>
        <w:t>ІV</w:t>
      </w:r>
    </w:p>
    <w:p>
      <w:r>
        <w:br/>
        <w:t>Природо, невблаганная природо,&lt;br /&gt;</w:t>
        <w:br/>
        <w:t>Селянський піт висмоктуєш ущерть;&lt;br /&gt;</w:t>
        <w:br/>
        <w:t>Здригнеш же під ударом грізним: "годі!"&lt;br /&gt;</w:t>
        <w:br/>
        <w:t>Нестриманим, палким буянням серць&lt;br /&gt;</w:t>
        <w:br/>
        <w:t>І звуками неспіваних мелодій&lt;br /&gt;</w:t>
        <w:br/>
        <w:t>О, викличем тебе іще на герць!&lt;br /&gt;</w:t>
        <w:br/>
        <w:t>І, де посів під суховієм в’яне,&lt;br /&gt;</w:t>
        <w:br/>
        <w:t>Розквітне ряст безмежний і багряний.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Октави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