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</w:t>
      </w:r>
    </w:p>
    <w:p>
      <w:r>
        <w:br/>
        <w:t xml:space="preserve"> Я не знаю — є&lt;br /&gt;</w:t>
        <w:br/>
        <w:t>Що ще більш таємне&lt;br /&gt;</w:t>
        <w:br/>
        <w:t>Як це співуче слово —&lt;br /&gt;</w:t>
        <w:br/>
        <w:t>Океан.&lt;br /&gt;</w:t>
        <w:br/>
        <w:t>Скільки людей-героїв&lt;br /&gt;</w:t>
        <w:br/>
        <w:t>В твої простори впивалося —&lt;br /&gt;</w:t>
        <w:br/>
        <w:t>Скільки надій ламалося&lt;br /&gt;</w:t>
        <w:br/>
        <w:t>Крізь туман.&lt;br /&gt;</w:t>
        <w:br/>
        <w:t>Скільки народів твоїми водами —&lt;br /&gt;</w:t>
        <w:br/>
        <w:t>Крізь піну невірних хвиль —&lt;br /&gt;</w:t>
        <w:br/>
        <w:t>Змагалося з бурями й непогодами&lt;br /&gt;</w:t>
        <w:br/>
        <w:t>Проклинало могутній&lt;br /&gt;</w:t>
        <w:br/>
        <w:t>Штиль.&lt;br /&gt;</w:t>
        <w:br/>
        <w:t>Скільки губів безгучно зціпилось&lt;br /&gt;</w:t>
        <w:br/>
        <w:t>В бажанні непевних ран&lt;br /&gt;</w:t>
        <w:br/>
        <w:t>І проклинало — й благословляло&lt;br /&gt;</w:t>
        <w:br/>
        <w:t>В шепоті:&lt;br /&gt;</w:t>
        <w:br/>
        <w:t>Океан.&lt;br /&gt;</w:t>
        <w:br/>
        <w:t>І я — закоханий — я наче мрію —&lt;br /&gt;</w:t>
        <w:br/>
        <w:t>Прагну хвилинами найгостріших стум&lt;br /&gt;</w:t>
        <w:br/>
        <w:t>До тебе — в обрій — приходь — зогрію&lt;br /&gt;</w:t>
        <w:br/>
        <w:t>І душа повна невиразних&lt;br /&gt;</w:t>
        <w:br/>
        <w:t>Ран.&lt;br /&gt;</w:t>
        <w:br/>
        <w:t>Що це мені й сьогодні вдарило —&lt;br /&gt;</w:t>
        <w:br/>
        <w:t>За колом полярним — барабан?&lt;br /&gt;</w:t>
        <w:br/>
        <w:t>Серце в мені клично захмарило —&lt;br /&gt;</w:t>
        <w:br/>
        <w:t>Океан —&lt;br /&gt;</w:t>
        <w:br/>
        <w:t>Океан!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