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згубилась блакитними днями...</w:t>
      </w:r>
    </w:p>
    <w:p>
      <w:r>
        <w:br/>
        <w:t xml:space="preserve"> Ой, згубилась блакитними днями&lt;br /&gt;</w:t>
        <w:br/>
        <w:t>щирість серця і буйних слів.&lt;br /&gt;</w:t>
        <w:br/>
        <w:t>Розлилися рожеві плями&lt;br /&gt;</w:t>
        <w:br/>
        <w:t>і розбіглись в чужу далечінь.</w:t>
      </w:r>
    </w:p>
    <w:p>
      <w:r>
        <w:br/>
        <w:t>Промайнули краса і радість,&lt;br /&gt;</w:t>
        <w:br/>
        <w:t>юність німо лежить біля ніг,&lt;br /&gt;</w:t>
        <w:br/>
        <w:t>і ніхто – ні словечка – поради!&lt;br /&gt;</w:t>
        <w:br/>
        <w:t>і ніхто не приймає сліз.</w:t>
      </w:r>
    </w:p>
    <w:p>
      <w:r>
        <w:br/>
        <w:t>Ну і згода. Нехай до болю&lt;br /&gt;</w:t>
        <w:br/>
        <w:t>не надійде ніхто із вас.&lt;br /&gt;</w:t>
        <w:br/>
        <w:t>Я ж притомлено йду до порога&lt;br /&gt;</w:t>
        <w:br/>
        <w:t>і ридаю в майбутній час.</w:t>
      </w:r>
    </w:p>
    <w:p>
      <w:r>
        <w:br/>
        <w:t>Ви зростаєте в хладнім димі,&lt;br /&gt;</w:t>
        <w:br/>
        <w:t>ви зростаєте в жовтих вогнях,&lt;br /&gt;</w:t>
        <w:br/>
        <w:t>і червоний – хоч зрідка – заблима&lt;br /&gt;</w:t>
        <w:br/>
        <w:t>і трагічний розкочує шлях.</w:t>
      </w:r>
    </w:p>
    <w:p>
      <w:r>
        <w:br/>
        <w:t>У шляхах, у дорогах майбутніх&lt;br /&gt;</w:t>
        <w:br/>
        <w:t>може згасне назавжди біль.&lt;br /&gt;</w:t>
        <w:br/>
        <w:t>Пригортаю до серця муку&lt;br /&gt;</w:t>
        <w:br/>
        <w:t>і ковтаю прозору сіль.</w:t>
      </w:r>
    </w:p>
    <w:p>
      <w:r>
        <w:br/>
        <w:t>Я для когось чужий і пустельний.&lt;br /&gt;</w:t>
        <w:br/>
        <w:t>Що для вас чийсь шалений біль?&lt;br /&gt;</w:t>
        <w:br/>
        <w:t>Тільки ж знайте: в Країну Далеку&lt;br /&gt;</w:t>
        <w:br/>
        <w:t>Прийде людськість крізь муку і тлін.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згубилась блакитними днями...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