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у лузі червона калина похилилася</w:t>
      </w:r>
    </w:p>
    <w:p>
      <w:r>
        <w:br/>
        <w:t xml:space="preserve"> Ой у лузі червона калина похилилася,&lt;br /&gt;</w:t>
        <w:br/>
        <w:t>Чогось наша славна Україна зажурилася.&lt;br /&gt;</w:t>
        <w:br/>
        <w:t>А ми тую червону калину підіймемо,&lt;br /&gt;</w:t>
        <w:br/>
        <w:t>А ми нашу славну Україну, гей-гей, розвеселимо!&lt;br /&gt;</w:t>
        <w:br/>
        <w:t>А ми тую червону калину підіймемо,&lt;br /&gt;</w:t>
        <w:br/>
        <w:t>А ми нашу славну Україну, гей-гей, розвеселимо!</w:t>
      </w:r>
    </w:p>
    <w:p>
      <w:r>
        <w:br/>
        <w:t>Марширують наші добровольці у кривавий тан,&lt;br /&gt;</w:t>
        <w:br/>
        <w:t>Визволяти братів-українців з московських кайдан.&lt;br /&gt;</w:t>
        <w:br/>
        <w:t>А ми наших братів-українців визволимо,&lt;br /&gt;</w:t>
        <w:br/>
        <w:t>А ми нашу славну Україну, гей-гей, розвеселимо!&lt;br /&gt;</w:t>
        <w:br/>
        <w:t>А ми наших братів-українців визволимо,&lt;br /&gt;</w:t>
        <w:br/>
        <w:t>А ми нашу славну Україну, гей-гей, розвеселимо!</w:t>
      </w:r>
    </w:p>
    <w:p>
      <w:r>
        <w:br/>
        <w:t>Ой у полі ярої пшениці золотистий лан,&lt;br /&gt;</w:t>
        <w:br/>
        <w:t>Розпочали стрільці українські з москалями тан,&lt;br /&gt;</w:t>
        <w:br/>
        <w:t>А ми тую ярую пшеницю ізберемо,&lt;br /&gt;</w:t>
        <w:br/>
        <w:t>А ми нашу славну Україну, гей-гей, розвеселимо!&lt;br /&gt;</w:t>
        <w:br/>
        <w:t>А ми тую ярую пшеницю ізберемо,&lt;br /&gt;</w:t>
        <w:br/>
        <w:t>А ми нашу славну Україну, гей-гей, розвеселимо!</w:t>
      </w:r>
    </w:p>
    <w:p>
      <w:r>
        <w:br/>
        <w:t>Як повіє буйнесенький вітер з широких степів,&lt;br /&gt;</w:t>
        <w:br/>
        <w:t>То прославить по всій Україні січових стрільців.&lt;br /&gt;</w:t>
        <w:br/>
        <w:t>А ми тую стрілецькую славу збережемо,&lt;br /&gt;</w:t>
        <w:br/>
        <w:t>А ми нашу славну Україну, гей-гей, розвеселимо!&lt;br /&gt;</w:t>
        <w:br/>
        <w:t>А ми тую стрілецькую славу збережемо,&lt;br /&gt;</w:t>
        <w:br/>
        <w:t>А ми нашу славну Україну, гей-гей, розвеселимо!</w:t>
      </w:r>
    </w:p>
    <w:p>
      <w:r>
        <w:br/>
        <w:t>&lt;blockquote class="cita" style='text-align:left'&gt;Першодрук&lt;/blockquote&gt;&lt;br /&gt;</w:t>
        <w:br/>
        <w:t>Ой у лузі червона калина&lt;br /&gt;</w:t>
        <w:br/>
        <w:t>Похилилася.&lt;br /&gt;</w:t>
        <w:br/>
        <w:t>Чогось наша славна Україна&lt;br /&gt;</w:t>
        <w:br/>
        <w:t>Зажурилася.&lt;br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</w:t>
      </w:r>
    </w:p>
    <w:p>
      <w:r>
        <w:br/>
        <w:t>Не хилися, червона калино,&lt;br /&gt;</w:t>
        <w:br/>
        <w:t>Маєш білий цвіт.&lt;br /&gt;</w:t>
        <w:br/>
        <w:t>Не журися, славна Україно,&lt;br /&gt;</w:t>
        <w:br/>
        <w:t>Маєш добрий рід"</w:t>
      </w:r>
    </w:p>
    <w:p>
      <w:r>
        <w:br/>
        <w:t>А ми тую червону калину піднімемо,&lt;br /&gt;</w:t>
        <w:br/>
        <w:t>А ми нашу славну Україну,&lt;br /&gt;</w:t>
        <w:br/>
        <w:t>Гей, гей, розвеселимо!&lt;br /&gt;</w:t>
        <w:br/>
        <w:t>А ми тую червону калину піднімемо,&lt;br /&gt;</w:t>
        <w:br/>
        <w:t>А ми нашу славну Україну,&lt;br /&gt;</w:t>
        <w:br/>
        <w:t>Гей, гей, розвеселимо!</w:t>
      </w:r>
    </w:p>
    <w:p>
      <w:r>
        <w:br/>
        <w:t>Ой у полі ярої пшениці&lt;br /&gt;</w:t>
        <w:br/>
        <w:t>Золотистий лан.&lt;br /&gt;</w:t>
        <w:br/>
        <w:t>Розпочали стрільці січовії&lt;br /&gt;</w:t>
        <w:br/>
        <w:t>З ворогами тан.&lt;br /&gt;</w:t>
        <w:br/>
        <w:t>А ми тую ярую пшеницю ізберемо,&lt;br /&gt;</w:t>
        <w:br/>
        <w:t>А ми нашу славну Україну,&lt;br /&gt;</w:t>
        <w:br/>
        <w:t>Гей, гей, розвеселимо!&lt;br /&gt;</w:t>
        <w:br/>
        <w:t>А ми тую ярую пшеницю ізберемо,&lt;br /&gt;</w:t>
        <w:br/>
        <w:t>А ми нашу славну Україну,&lt;br /&gt;</w:t>
        <w:br/>
        <w:t>Гей, гей, розвеселимо!</w:t>
      </w:r>
    </w:p>
    <w:p>
      <w:r>
        <w:br/>
        <w:t>Як повіє буйнесенький вітер&lt;br /&gt;</w:t>
        <w:br/>
        <w:t>З широких степів,&lt;br /&gt;</w:t>
        <w:br/>
        <w:t>Та прославить по всій Україні&lt;br /&gt;</w:t>
        <w:br/>
        <w:t>Січових стрільців.&lt;br /&gt;</w:t>
        <w:br/>
        <w:t>А ми тую стрілецькую славу збережемо,&lt;br /&gt;</w:t>
        <w:br/>
        <w:t>А ми нашу славну Україну,&lt;br /&gt;</w:t>
        <w:br/>
        <w:t>Гей, гей, розвеселимо!&lt;br /&gt;</w:t>
        <w:br/>
        <w:t>А ми тую стрілецькую славу збережемо,&lt;br /&gt;</w:t>
        <w:br/>
        <w:t>А ми нашу славну Україну,&lt;br /&gt;</w:t>
        <w:br/>
        <w:t>Гей, гей, розвеселимо!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у лузі червона калина похилилася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