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ні, ще рано думати про все...</w:t>
      </w:r>
    </w:p>
    <w:p>
      <w:r>
        <w:br/>
        <w:t xml:space="preserve"> * * *</w:t>
      </w:r>
    </w:p>
    <w:p>
      <w:r>
        <w:br/>
        <w:t>Ой ні, ще рано думати про все.&lt;br /&gt;</w:t>
        <w:br/>
        <w:t>Багато справ ще у моєї долі.&lt;br /&gt;</w:t>
        <w:br/>
        <w:t>Коли мене снігами занесе,&lt;br /&gt;</w:t>
        <w:br/>
        <w:t>тоді вже часу матиму доволі.</w:t>
      </w:r>
    </w:p>
    <w:p>
      <w:r>
        <w:br/>
        <w:t>А поки що — ні просвітку, ні дня.&lt;br /&gt;</w:t>
        <w:br/>
        <w:t>Світ мене ловить, ловить... доганя!</w:t>
      </w:r>
    </w:p>
    <w:p>
      <w:r>
        <w:br/>
        <w:t>Час пролітає з реактивним свистом.&lt;br /&gt;</w:t>
        <w:br/>
        <w:t>Жонглює будень святістю і свинством.</w:t>
      </w:r>
    </w:p>
    <w:p>
      <w:r>
        <w:br/>
        <w:t>А я лечу, лечу, лечу, лечу!&lt;br /&gt;</w:t>
        <w:br/>
        <w:t>— Григорій Савич! — тихо шепочу.</w:t>
      </w:r>
    </w:p>
    <w:p>
      <w:r>
        <w:br/>
        <w:t>Минає день, минає день, минає день!&lt;br /&gt;</w:t>
        <w:br/>
        <w:t>А де ж мій сад божественних пісень?</w:t>
      </w:r>
    </w:p>
    <w:p>
      <w:r>
        <w:br/>
        <w:t>Он бачиш, хто сидить в тому саду?&lt;br /&gt;</w:t>
        <w:br/>
        <w:t>Невже я з ним розмову заведу?..</w:t>
      </w:r>
    </w:p>
    <w:p>
      <w:r>
        <w:br/>
        <w:t>... Прикипіли ноги до постаменту, хліб у торбі&lt;br /&gt;</w:t>
        <w:br/>
        <w:t>закам'янів. — Біда, — каже Григорій Савич. —&lt;br /&gt;</w:t>
        <w:br/>
        <w:t>Він мене таки спіймав, цей світ, добре хоч,&lt;br /&gt;</w:t>
        <w:br/>
        <w:t>що на тому світі. Нічого, якось відштовхнуся&lt;br /&gt;</w:t>
        <w:br/>
        <w:t>від постаменту, та й підемо.</w:t>
      </w:r>
    </w:p>
    <w:p>
      <w:r>
        <w:br/>
        <w:t>... От ми йдемо. Йдемо удвох із ним.&lt;br /&gt;</w:t>
        <w:br/>
        <w:t>Шепоче ліс: — Жива із кам'яним!&lt;br /&gt;</w:t>
        <w:br/>
        <w:t>— Диви, дива! — дивується трава. —&lt;br /&gt;</w:t>
        <w:br/>
        <w:t>Він кам'яний, а з ним іде жива!</w:t>
      </w:r>
    </w:p>
    <w:p>
      <w:r>
        <w:br/>
        <w:t>І тільки люди зморщили чоло:&lt;br /&gt;</w:t>
        <w:br/>
        <w:t>— Не може бути, щоб таке було.&lt;br /&gt;</w:t>
        <w:br/>
        <w:t>Та їх давно вже хтось би зупинив!&lt;br /&gt;</w:t>
        <w:br/>
        <w:t>... Тим часом ми проходим серед нив.</w:t>
      </w:r>
    </w:p>
    <w:p>
      <w:r>
        <w:br/>
        <w:t>Ніхто не сміє зупинити нас.&lt;br /&gt;</w:t>
        <w:br/>
        <w:t>... Тим часом ми проходимо крізь час.</w:t>
      </w:r>
    </w:p>
    <w:p>
      <w:r>
        <w:br/>
        <w:t>Він твердо ставить кам'яну стопу.&lt;br /&gt;</w:t>
        <w:br/>
        <w:t>Йдемо крізь ніч, крізь бурю у степу.&lt;br /&gt;</w:t>
        <w:br/>
        <w:t>Крізь дощ і сніг, дебати і дебюти.&lt;br /&gt;</w:t>
        <w:br/>
        <w:t>Ми є тому, що нас не може 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ні, ще рано думати про все...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