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Одіссей Телемаку</w:t>
      </w:r>
    </w:p>
    <w:p>
      <w:r>
        <w:br/>
        <w:t xml:space="preserve"> "Мій Телемаку, з Троєю війна&lt;br /&gt;</w:t>
        <w:br/>
        <w:t>закінчена. Хто переміг — забув я.&lt;br /&gt;</w:t>
        <w:br/>
        <w:t>Напевно греки: стільки мертвяків&lt;br /&gt;</w:t>
        <w:br/>
        <w:t>в чужині здатні кинути лиш греки...&lt;br /&gt;</w:t>
        <w:br/>
        <w:t>І все-таки оця моя дорога&lt;br /&gt;</w:t>
        <w:br/>
        <w:t>додому аж занадто довга,&lt;br /&gt;</w:t>
        <w:br/>
        <w:t>так ніби Посейдон, доки ми там&lt;br /&gt;</w:t>
        <w:br/>
        <w:t>втрачали час, порозтягав простори.&lt;br /&gt;</w:t>
        <w:br/>
        <w:t>Мені неясно, де знаходжусь я,&lt;br /&gt;</w:t>
        <w:br/>
        <w:t>і що переді мною...Чийсь нечистий острів,&lt;br /&gt;</w:t>
        <w:br/>
        <w:t>кущі, будови, рохкання свиней,&lt;br /&gt;</w:t>
        <w:br/>
        <w:t>геть здичавілий сад, якась цариця,&lt;br /&gt;</w:t>
        <w:br/>
        <w:t>трава й каміння... Телемаку, милий,&lt;br /&gt;</w:t>
        <w:br/>
        <w:t>всі острови один на другий схожі,&lt;br /&gt;</w:t>
        <w:br/>
        <w:t>коли подорожуєш довго й мозок&lt;br /&gt;</w:t>
        <w:br/>
        <w:t>збивається вже, налічившись хвиль,&lt;br /&gt;</w:t>
        <w:br/>
        <w:t>сльозяться збиті горизонтом очі&lt;br /&gt;</w:t>
        <w:br/>
        <w:t>й солене водне м'ясо застить слух.&lt;br /&gt;</w:t>
        <w:br/>
        <w:t>Забув я, чим закінчилась війна,&lt;br /&gt;</w:t>
        <w:br/>
        <w:t>і скільки зараз літ тобі, забув я.</w:t>
      </w:r>
    </w:p>
    <w:p>
      <w:r>
        <w:br/>
        <w:t>Рости великий, сину мій, рости.&lt;br /&gt;</w:t>
        <w:br/>
        <w:t>Богам лиш знати, стрінемось чи знову.&lt;br /&gt;</w:t>
        <w:br/>
        <w:t>О, ти сьогодні вже не немовля,&lt;br /&gt;</w:t>
        <w:br/>
        <w:t>перед яким затримав я биків.&lt;br /&gt;</w:t>
        <w:br/>
        <w:t>Коли б не Паламед, ми жили б разом.&lt;br /&gt;</w:t>
        <w:br/>
        <w:t>Хоч може правий він: без мене&lt;br /&gt;</w:t>
        <w:br/>
        <w:t>ти пристрастей Едіпових позбувся,&lt;br /&gt;</w:t>
        <w:br/>
        <w:t>і сни твої, мій Телемаку, чисті."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Одіссей Телемаку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