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Ода молодості</w:t>
      </w:r>
    </w:p>
    <w:p>
      <w:r>
        <w:br/>
        <w:t xml:space="preserve"> Адам Міцкевич&lt;br /&gt;</w:t>
        <w:br/>
        <w:t>Ода молодості</w:t>
      </w:r>
    </w:p>
    <w:p>
      <w:r>
        <w:br/>
        <w:t>Перекладач: Д.Павличко&lt;br /&gt;</w:t>
        <w:br/>
        <w:t>Джерело: Міцкевич Адам. Вибране: Поетичні твори.— К.: "Веселка", 1984</w:t>
      </w:r>
    </w:p>
    <w:p>
      <w:r>
        <w:br/>
        <w:t>Und die alten Formen sturzen ein. 1&lt;br /&gt;</w:t>
        <w:br/>
        <w:t>Schiller</w:t>
      </w:r>
    </w:p>
    <w:p>
      <w:r>
        <w:br/>
        <w:t>Ні серць, ні душ, то кістяків народи.&lt;br /&gt;</w:t>
        <w:br/>
        <w:t>Дай, молодосте, крила!&lt;br /&gt;</w:t>
        <w:br/>
        <w:t>Хай злечу над мертвим світом&lt;br /&gt;</w:t>
        <w:br/>
        <w:t>До оман ясної вроди,&lt;br /&gt;</w:t>
        <w:br/>
        <w:t>Де старі перегороди&lt;br /&gt;</w:t>
        <w:br/>
        <w:t>Новизни могутнім квітом&lt;br /&gt;</w:t>
        <w:br/>
        <w:t>Розбиває твоя неприборкана сила.</w:t>
      </w:r>
    </w:p>
    <w:p>
      <w:r>
        <w:br/>
        <w:t>Хай вже ті, що йдуть до ночі,&lt;br /&gt;</w:t>
        <w:br/>
        <w:t>Хилячи долу поорані чола,&lt;br /&gt;</w:t>
        <w:br/>
        <w:t>Стільки побачать довкола,&lt;br /&gt;</w:t>
        <w:br/>
        <w:t>Скільки засягнуть погаслі очі.</w:t>
      </w:r>
    </w:p>
    <w:p>
      <w:r>
        <w:br/>
        <w:t>Ти ж, молодосте, лети&lt;br /&gt;</w:t>
        <w:br/>
        <w:t>Над просторами високо,&lt;br /&gt;</w:t>
        <w:br/>
        <w:t>Ти людства безмірні світи&lt;br /&gt;</w:t>
        <w:br/>
        <w:t>Пронизуй, мов сонця око.</w:t>
      </w:r>
    </w:p>
    <w:p>
      <w:r>
        <w:br/>
        <w:t>Дивися вниз, де вічна мла встеля&lt;br /&gt;</w:t>
        <w:br/>
        <w:t>Безмір лінивства, бруду повен.&lt;br /&gt;</w:t>
        <w:br/>
        <w:t>То земля!&lt;br /&gt;</w:t>
        <w:br/>
        <w:t>Глянь, як з вод її гниющих&lt;br /&gt;</w:t>
        <w:br/>
        <w:t>Вибивсь гад у шкаралущах.&lt;br /&gt;</w:t>
        <w:br/>
        <w:t>Він сам собі стерно, моряк і човен.&lt;br /&gt;</w:t>
        <w:br/>
        <w:t>Він повзає по хвилях, западає у вир&lt;br /&gt;</w:t>
        <w:br/>
        <w:t>Навпереверти, навзверти,&lt;br /&gt;</w:t>
        <w:br/>
        <w:t>Меншого змія хоче цей, більший, пожерти,&lt;br /&gt;</w:t>
        <w:br/>
        <w:t>А втім він вибухнув на скелі, як пузир.&lt;br /&gt;</w:t>
        <w:br/>
        <w:t>Ніхто н е знає ні його життя, ні згуби:&lt;br /&gt;</w:t>
        <w:br/>
        <w:t>То самолюби!</w:t>
      </w:r>
    </w:p>
    <w:p>
      <w:r>
        <w:br/>
        <w:t>Молодосте! Обернеться гіркотою&lt;br /&gt;</w:t>
        <w:br/>
        <w:t>Нектар життя, випитий на самоті.&lt;br /&gt;</w:t>
        <w:br/>
        <w:t>Радість небесна напоїть серця тільки ті,&lt;br /&gt;</w:t>
        <w:br/>
        <w:t>Що поєднані ниткою золотою.</w:t>
      </w:r>
    </w:p>
    <w:p>
      <w:r>
        <w:br/>
        <w:t>Разом, юні побратими!..&lt;br /&gt;</w:t>
        <w:br/>
        <w:t>Спільне щастя до мети вестиме.&lt;br /&gt;</w:t>
        <w:br/>
        <w:t>Розумні шалом, єдністю дужі,&lt;br /&gt;</w:t>
        <w:br/>
        <w:t>Разом, юні побратими!..</w:t>
      </w:r>
    </w:p>
    <w:p>
      <w:r>
        <w:br/>
        <w:t>Щасливий той, хто впав при зброї,&lt;br /&gt;</w:t>
        <w:br/>
        <w:t>Хто тіло в смертельній стужі&lt;br /&gt;</w:t>
        <w:br/>
        <w:t>Дав іншим на східець до слави нової.&lt;br /&gt;</w:t>
        <w:br/>
        <w:t>Разом, юні побратими!..&lt;br /&gt;</w:t>
        <w:br/>
        <w:t>Путь стрімлюща і ковзка.&lt;br /&gt;</w:t>
        <w:br/>
        <w:t>Сила й страх — то вражі вої.&lt;br /&gt;</w:t>
        <w:br/>
        <w:t>Хай же сила силу відтиска,&lt;br /&gt;</w:t>
        <w:br/>
        <w:t>Вчімось бороти переляк змолоду, як герої!</w:t>
      </w:r>
    </w:p>
    <w:p>
      <w:r>
        <w:br/>
        <w:t>Хто дитям у колисці вдушив змію,&lt;br /&gt;</w:t>
        <w:br/>
        <w:t>Що потім йому кентаври?&lt;br /&gt;</w:t>
        <w:br/>
        <w:t>Він видере з пекла долю свою,&lt;br /&gt;</w:t>
        <w:br/>
        <w:t>До неба піде по лаври.</w:t>
      </w:r>
    </w:p>
    <w:p>
      <w:r>
        <w:br/>
        <w:t>Сягай, куди зір не сяга.&lt;br /&gt;</w:t>
        <w:br/>
        <w:t>Ламай, що розум не зломить.&lt;br /&gt;</w:t>
        <w:br/>
        <w:t>Молодосте! Орлина твоя снага,&lt;br /&gt;</w:t>
        <w:br/>
        <w:t>Плечі твої, мов громи.</w:t>
      </w:r>
    </w:p>
    <w:p>
      <w:r>
        <w:br/>
        <w:t>Гей! Рамено до рамена! Землю навкруг&lt;br /&gt;</w:t>
        <w:br/>
        <w:t>Обвиймо руками, браття!&lt;br /&gt;</w:t>
        <w:br/>
        <w:t>Думи зістрільмо в спільне багаття&lt;br /&gt;</w:t>
        <w:br/>
        <w:t>I в спільне багаття — дух!..&lt;br /&gt;</w:t>
        <w:br/>
        <w:t>Встань же, брило, з ями світа,&lt;br /&gt;</w:t>
        <w:br/>
        <w:t>На колії нові пора;&lt;br /&gt;</w:t>
        <w:br/>
        <w:t>Як злізе з тебе плісняви кора,&lt;br /&gt;</w:t>
        <w:br/>
        <w:t>Згадаєш зелені літа.</w:t>
      </w:r>
    </w:p>
    <w:p>
      <w:r>
        <w:br/>
        <w:t>Справді в безмірі тьми і безладь,&lt;br /&gt;</w:t>
        <w:br/>
        <w:t>Де сили стихійні в роздорі,&lt;br /&gt;</w:t>
        <w:br/>
        <w:t>На підвалинах мусив стать&lt;br /&gt;</w:t>
        <w:br/>
        <w:t>З волі божої світ речі;&lt;br /&gt;</w:t>
        <w:br/>
        <w:t>Шумлять вітри, клекочуть глибонечі,&lt;br /&gt;</w:t>
        <w:br/>
        <w:t>А блакить освітлюють зорі.</w:t>
      </w:r>
    </w:p>
    <w:p>
      <w:r>
        <w:br/>
        <w:t>В битвах жадоби лиш людський рід,&lt;br /&gt;</w:t>
        <w:br/>
        <w:t>Лиш людство в нічному полоні;&lt;br /&gt;</w:t>
        <w:br/>
        <w:t>Та гудуть вогні проломні,&lt;br /&gt;</w:t>
        <w:br/>
        <w:t>З хаосу вийде духу світ.&lt;br /&gt;</w:t>
        <w:br/>
        <w:t>Молодість його зачне на своїм лоні,&lt;br /&gt;</w:t>
        <w:br/>
        <w:t>А дружба дасть йому теплінь в долоні.</w:t>
      </w:r>
    </w:p>
    <w:p>
      <w:r>
        <w:br/>
        <w:t>Суремлять весняні води,&lt;br /&gt;</w:t>
        <w:br/>
        <w:t>Передсудів гинуть льоди.&lt;br /&gt;</w:t>
        <w:br/>
        <w:t>Встань, зоренице свободи,&lt;br /&gt;</w:t>
        <w:br/>
        <w:t>Порятунку сонце веди!</w:t>
      </w:r>
    </w:p>
    <w:p>
      <w:r>
        <w:br/>
        <w:t>Грудень 1820</w:t>
      </w:r>
    </w:p>
    <w:p>
      <w:r>
        <w:br/>
        <w:t>1 Старі форми руйнуються. Шіллер.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Ода молодості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