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до прийдешнього</w:t>
      </w:r>
    </w:p>
    <w:p>
      <w:r>
        <w:br/>
        <w:t xml:space="preserve"> Дні Твої скалічено криваво,&lt;br /&gt;</w:t>
        <w:br/>
        <w:t>За туманом мерехтить мета...&lt;br /&gt;</w:t>
        <w:br/>
        <w:t>Так обридла підозріла слава,&lt;br /&gt;</w:t>
        <w:br/>
        <w:t>Так гнобить нещадна самота.</w:t>
      </w:r>
    </w:p>
    <w:p>
      <w:r>
        <w:br/>
        <w:t>Вию псом на мертвім полі бою,&lt;br /&gt;</w:t>
        <w:br/>
        <w:t>Стережу сей попіл і кістки,-&lt;br /&gt;</w:t>
        <w:br/>
        <w:t>Знаю, Бог розсудить нас з Тобою:&lt;br /&gt;</w:t>
        <w:br/>
        <w:t>Сходять зерна, пружаться ростки.</w:t>
      </w:r>
    </w:p>
    <w:p>
      <w:r>
        <w:br/>
        <w:t>Під морозним вітром — біла тризна,&lt;br /&gt;</w:t>
        <w:br/>
        <w:t>Сніг сліпить, вирує рівнина,-&lt;br /&gt;</w:t>
        <w:br/>
        <w:t>То встає озимина залізна,&lt;br /&gt;</w:t>
        <w:br/>
        <w:t>Крізь крижаний сніг — озимина.</w:t>
      </w:r>
    </w:p>
    <w:p>
      <w:r>
        <w:br/>
        <w:t>Бачу їх — високих і русявих,&lt;br /&gt;</w:t>
        <w:br/>
        <w:t>Зовсім інших, не таких, як ми,-&lt;br /&gt;</w:t>
        <w:br/>
        <w:t>Пристрасників висоти і слави,&lt;br /&gt;</w:t>
        <w:br/>
        <w:t>Ненависників тюрми і тьми.</w:t>
      </w:r>
    </w:p>
    <w:p>
      <w:r>
        <w:br/>
        <w:t>Ось їх стислі руки, ясні лиця,&lt;br /&gt;</w:t>
        <w:br/>
        <w:t>Голос невблаганний, як наказ,&lt;br /&gt;</w:t>
        <w:br/>
        <w:t>В гострім зорі зимно-синя криця —&lt;br /&gt;</w:t>
        <w:br/>
        <w:t>Вірний щит від болю і образ.</w:t>
      </w:r>
    </w:p>
    <w:p>
      <w:r>
        <w:br/>
        <w:t>Спадкоємці бою, бурі діти!&lt;br /&gt;</w:t>
        <w:br/>
        <w:t>Загримить ще раз така пора —&lt;br /&gt;</w:t>
        <w:br/>
        <w:t>Сміливо могили перейдіте,&lt;br /&gt;</w:t>
        <w:br/>
        <w:t>Коли треба — розтопчіть наш прах.</w:t>
      </w:r>
    </w:p>
    <w:p>
      <w:r>
        <w:br/>
        <w:t>Щоб без вшанувань, без академій&lt;br /&gt;</w:t>
        <w:br/>
        <w:t>Кров жадала неминучих кар,&lt;br /&gt;</w:t>
        <w:br/>
        <w:t>Криця зустрічала серця кремінь,&lt;br /&gt;</w:t>
        <w:br/>
        <w:t>Викресала іскрами удар!</w:t>
      </w:r>
    </w:p>
    <w:p>
      <w:r>
        <w:br/>
        <w:t>Щоб тверезі зимно-сині очі&lt;br /&gt;</w:t>
        <w:br/>
        <w:t>Загорались, гострі і палкі,&lt;br /&gt;</w:t>
        <w:br/>
        <w:t>Лиш тоді, як обрій зарокоче,&lt;br /&gt;</w:t>
        <w:br/>
        <w:t>Боєм зустрічаючи полки.</w:t>
      </w:r>
    </w:p>
    <w:p>
      <w:r>
        <w:br/>
        <w:t>І коли доба метальним словом&lt;br /&gt;</w:t>
        <w:br/>
        <w:t>Збудить в серці переможний ямб,&lt;br /&gt;</w:t>
        <w:br/>
        <w:t>Присуд Божий в даль Твою громово&lt;br /&gt;</w:t>
        <w:br/>
        <w:t>Ознаймить гарматний дифірамб.</w:t>
      </w:r>
    </w:p>
    <w:p>
      <w:r>
        <w:br/>
        <w:t>11.1.1932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до прийдешнього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