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Образ великого</w:t>
      </w:r>
    </w:p>
    <w:p>
      <w:r>
        <w:br/>
        <w:t xml:space="preserve"> &lt;p&gt;Спало блакитне нерушенеє море під небом блакитним ясним.</w:t>
      </w:r>
    </w:p>
    <w:p>
      <w:r>
        <w:br/>
        <w:t>Сонце його цілувало, скелі над ним золотило, не зграбні яри проміж скель запинало синястим серпанком.</w:t>
      </w:r>
    </w:p>
    <w:p>
      <w:r>
        <w:br/>
        <w:t>Велетень-море тільки край берега дихало тихо-претихо.</w:t>
      </w:r>
    </w:p>
    <w:p>
      <w:r>
        <w:br/>
        <w:t>Враз на крайнебі з’явилася хмарка: така невелика, мізерна, немовби клубок або жмут немитої білої вовни.</w:t>
      </w:r>
    </w:p>
    <w:p>
      <w:r>
        <w:br/>
        <w:t>Злякано вітер пурхнув по землі й поверх моря, звістку кругом даючи про ненависний шквал.</w:t>
      </w:r>
    </w:p>
    <w:p>
      <w:r>
        <w:br/>
        <w:t>З жахом метнулось гілля, трава полохливо припала додолу, вихри закружляли, побігли шляхом.</w:t>
      </w:r>
    </w:p>
    <w:p>
      <w:r>
        <w:br/>
        <w:t>Море ж все спить собі: тихо-сумирно зітхають широкії груди.</w:t>
      </w:r>
    </w:p>
    <w:p>
      <w:r>
        <w:br/>
        <w:t>Вітер, побачивши дивний той спокій, ліг і собі спочивати. Вихри легкодухі геть розлетілись, не знать, де й поділись.</w:t>
      </w:r>
    </w:p>
    <w:p>
      <w:r>
        <w:br/>
        <w:t>Сторожко трави чуби підіймають, ущухле гілля коливається сонно, одна лиш осика, пройнята страшним предчуттям, тремтить од верха до коріння.</w:t>
      </w:r>
    </w:p>
    <w:p>
      <w:r>
        <w:br/>
        <w:t>Тиша на березі, тиша й на морі.</w:t>
      </w:r>
    </w:p>
    <w:p>
      <w:r>
        <w:br/>
        <w:t>А сонце, збентежене сонце, зблякло зовсім на виду і сполохано дивиться, як на крайнебі шириться-дметься зловісная хмара, крила брудні розгорта, наміряється світ весь зажерти.</w:t>
      </w:r>
    </w:p>
    <w:p>
      <w:r>
        <w:br/>
        <w:t>Зблідла й земля з переляку: фарби принадні злиняли, суворо наїжились скелі, яри, наче змії, до моря повзуть.</w:t>
      </w:r>
    </w:p>
    <w:p>
      <w:r>
        <w:br/>
        <w:t>Море ж і досі байдуже спросоння тихо белькоче лиш в дрібній жорстві.</w:t>
      </w:r>
    </w:p>
    <w:p>
      <w:r>
        <w:br/>
        <w:t>Хижая хмара росте і чорніє, ось висилає на море конницю бистру свою: кинулись раптом невидимі коні, склисту поверхню плямлять широкі копита.</w:t>
      </w:r>
    </w:p>
    <w:p>
      <w:r>
        <w:br/>
        <w:t>Та й ті не збудили сплячого бігом своїм.</w:t>
      </w:r>
    </w:p>
    <w:p>
      <w:r>
        <w:br/>
        <w:t>Пробігли. За ними летять сурмачі: завили, заскиглили, в бас загули.</w:t>
      </w:r>
    </w:p>
    <w:p>
      <w:r>
        <w:br/>
        <w:t>Сполоханий гомін повнить дерева.</w:t>
      </w:r>
    </w:p>
    <w:p>
      <w:r>
        <w:br/>
        <w:t>Свищуть, гудуть та голосять снасті та щогли, розпачливо б’ються об їх паруси, лопотять, прискоряючи ходу; прова, як меч, розсікає зеленую хвилю, білі бугри позад корми киплять.</w:t>
      </w:r>
    </w:p>
    <w:p>
      <w:r>
        <w:br/>
        <w:t>Все, що живе, поспіша заховатись, притулку шукає в безладді; і птиця, і звір, і сполохана риба. Над морем чайки лиш кигичуть, на березі ж тільки жінота рибальська з жахом та лементом дивиться в море.</w:t>
      </w:r>
    </w:p>
    <w:p>
      <w:r>
        <w:br/>
        <w:t>Море зневажене: міниться, морщиться, грізно чорніє, хоча нерухоме і досі.</w:t>
      </w:r>
    </w:p>
    <w:p>
      <w:r>
        <w:br/>
        <w:t>Чимдужче роздулася напасниця-хмара, роззявила хижую пащу і сонце зовсім проковтнула.</w:t>
      </w:r>
    </w:p>
    <w:p>
      <w:r>
        <w:br/>
        <w:t>Померк, мов закурений димом, весь світ навкруги.</w:t>
      </w:r>
    </w:p>
    <w:p>
      <w:r>
        <w:br/>
        <w:t>Не витримав велетень гнівний.</w:t>
      </w:r>
    </w:p>
    <w:p>
      <w:r>
        <w:br/>
        <w:t>Вдовж берегу смуга руда клекотить, коси та банки запінились рясно, в каміннях прокинувсь бурун голосний, плигає на скелі скажено.</w:t>
      </w:r>
    </w:p>
    <w:p>
      <w:r>
        <w:br/>
        <w:t>Одна глибина ще глуха та спокійна.</w:t>
      </w:r>
    </w:p>
    <w:p>
      <w:r>
        <w:br/>
        <w:t>Впала на море лютая хмара, шквалом черкнула довкола лиш оком сягнеш.</w:t>
      </w:r>
    </w:p>
    <w:p>
      <w:r>
        <w:br/>
        <w:t>Не стерпіло море наруги: здулося горами, як звір, заревло, побіліло і, дике, нестримне та дуже, – кинулось в бійку смертельну.</w:t>
      </w:r>
    </w:p>
    <w:p>
      <w:r>
        <w:br/>
        <w:t>Лукава, на збитки збудивши могутнє, не вдержалась в чесному бої: як раптом налинула бог знає звідки, так раптом і зникла у безвість.</w:t>
      </w:r>
    </w:p>
    <w:p>
      <w:r>
        <w:br/>
        <w:t>А море лютує! а море клекоче! недурно ж збудили, недурно розгнівали вільне!</w:t>
      </w:r>
    </w:p>
    <w:p>
      <w:r>
        <w:br/>
        <w:t>Увільнене сонце знов сяє велично і шле золоті тихомирні привіти на землю й на море.</w:t>
      </w:r>
    </w:p>
    <w:p>
      <w:r>
        <w:br/>
        <w:t>Земля усміхається, радо приймає ту ласку і вся рум’яніє в західному сяйві.</w:t>
      </w:r>
    </w:p>
    <w:p>
      <w:r>
        <w:br/>
        <w:t>А море сердите гордує тим даром: і золото дробить-шпурляє, і чорного кольору ще не змінило, хоч видимо зморене в бої: помалу спадають перлисті гребні, сичить розтаючая піна і стеле мережки по хвилях, бурун вже не скаче на скелі, лиш б’ється об їх. Влягається смуга руда прибережна, а коси та банки уже й задрімали.</w:t>
      </w:r>
    </w:p>
    <w:p>
      <w:r>
        <w:br/>
        <w:t>Одна глибина невгаває: важко відсапують втомлені груди, грізні прокльони ще й досі ідуть.</w:t>
      </w:r>
    </w:p>
    <w:p>
      <w:r>
        <w:br/>
        <w:t>Сонечко сіло. Туман закурився. Ніч присипляє всі рухи земні.</w:t>
      </w:r>
    </w:p>
    <w:p>
      <w:r>
        <w:br/>
        <w:t>Його лиш приспати не може: рухливе та гнівне, когось доганя-поспішає та дихає важко.</w:t>
      </w:r>
    </w:p>
    <w:p>
      <w:r>
        <w:br/>
        <w:t>Ось місяць вже, срібний та круглий, вирнув з-за скелі і став серед неба і килим парчевий розкинув по хвилях.</w:t>
      </w:r>
    </w:p>
    <w:p>
      <w:r>
        <w:br/>
        <w:t>Усе невгаває розлючене море: чорними смугам мертвого зибу рве та гойдає сріблястий шляшок.</w:t>
      </w:r>
    </w:p>
    <w:p>
      <w:r>
        <w:br/>
        <w:t>Розтала вже піна, розгладились зморшки на темнім обличчю морському, а там в глибині все колотиться гнівнеє серце, хвилюють натруджені груди.</w:t>
      </w:r>
    </w:p>
    <w:p>
      <w:r>
        <w:br/>
        <w:t>Усіх вколисала відрадниця-нічка, усе заніміло, заснуло…</w:t>
      </w:r>
    </w:p>
    <w:p>
      <w:r>
        <w:br/>
        <w:t>Уранці, умите росою, з-за гір осміхнулося сонце, і зайчики жваві кругом застрибали по хвилях, засяяв злотистий пісок, на піску заюрили морськії кузки, мошка над водою повисла, вискакує риба з води. Все сяє, сміється, раює…</w:t>
      </w:r>
    </w:p>
    <w:p>
      <w:r>
        <w:br/>
        <w:t>А море і сном не втишило гніву, і досі його не забуло; склиста поверхня вгинається довгими смугами мертвого зибу та свідчить, що завше глибоке не швидко на гнів піддається, не швидко й забуде образу.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 великого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