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Облога</w:t>
      </w:r>
    </w:p>
    <w:p>
      <w:r>
        <w:br/>
        <w:t xml:space="preserve"> Василеві Герасим'юку</w:t>
      </w:r>
    </w:p>
    <w:p>
      <w:r>
        <w:br/>
        <w:t>1.</w:t>
      </w:r>
    </w:p>
    <w:p>
      <w:r>
        <w:br/>
        <w:t>якщо ніхто якщо нікого&lt;br /&gt;</w:t>
        <w:br/>
        <w:t>якщо нікому доведеш&lt;br /&gt;</w:t>
        <w:br/>
        <w:t>що вороги пливуть до бога&lt;br /&gt;</w:t>
        <w:br/>
        <w:t>як поцілунки на манеж&lt;br /&gt;</w:t>
        <w:br/>
        <w:t>що королям на цілий вечір&lt;br /&gt;</w:t>
        <w:br/>
        <w:t>розтасувати короля&lt;br /&gt;</w:t>
        <w:br/>
        <w:t>що скатертиною предтечі&lt;br /&gt;</w:t>
        <w:br/>
        <w:t>живе і крутиться земля&lt;br /&gt;</w:t>
        <w:br/>
        <w:t>де золоченою травою&lt;br /&gt;</w:t>
        <w:br/>
        <w:t>кошлатих воїнів шляхи&lt;br /&gt;</w:t>
        <w:br/>
        <w:t>а хто вернувся за тобою&lt;br /&gt;</w:t>
        <w:br/>
        <w:t>того замінимо ніким&lt;br /&gt;</w:t>
        <w:br/>
        <w:t>переживемо хвилі сонні&lt;br /&gt;</w:t>
        <w:br/>
        <w:t>на прю до вежі меч і страх&lt;br /&gt;</w:t>
        <w:br/>
        <w:t>у короля на підвіконні&lt;br /&gt;</w:t>
        <w:br/>
        <w:t>холодним мохом сніг пропах&lt;br /&gt;</w:t>
        <w:br/>
        <w:t>свого незбутого чекає&lt;br /&gt;</w:t>
        <w:br/>
        <w:t>твоє повернення гряде&lt;br /&gt;</w:t>
        <w:br/>
        <w:t>а понад мороком і раєм&lt;br /&gt;</w:t>
        <w:br/>
        <w:t>тоненьку ковдру кіт пряде&lt;br /&gt;</w:t>
        <w:br/>
        <w:t>муркоче скочується карта&lt;br /&gt;</w:t>
        <w:br/>
        <w:t>чи на коліна чи на дно&lt;br /&gt;</w:t>
        <w:br/>
        <w:t>життя воно такого варте&lt;br /&gt;</w:t>
        <w:br/>
        <w:t>такого зраджує воно</w:t>
      </w:r>
    </w:p>
    <w:p>
      <w:r>
        <w:br/>
        <w:t>2.</w:t>
      </w:r>
    </w:p>
    <w:p>
      <w:r>
        <w:br/>
        <w:t>а якщо зупинитись&lt;br /&gt;</w:t>
        <w:br/>
        <w:t>щоб хмара за хмару зайшла&lt;br /&gt;</w:t>
        <w:br/>
        <w:t>де сумні упирі&lt;br /&gt;</w:t>
        <w:br/>
        <w:t>договорять про волю і віру&lt;br /&gt;</w:t>
        <w:br/>
        <w:t>омела доросте&lt;br /&gt;</w:t>
        <w:br/>
        <w:t>до вікна до руки до стола&lt;br /&gt;</w:t>
        <w:br/>
        <w:t>і потреба любити&lt;br /&gt;</w:t>
        <w:br/>
        <w:t>прокинеться листю і звіру&lt;br /&gt;</w:t>
        <w:br/>
        <w:t>якщо вилити воду&lt;br /&gt;</w:t>
        <w:br/>
        <w:t>крізь небо і сон і лице&lt;br /&gt;</w:t>
        <w:br/>
        <w:t>якщо падати тричі&lt;br /&gt;</w:t>
        <w:br/>
        <w:t>і тричі вставати у полі&lt;br /&gt;</w:t>
        <w:br/>
        <w:t>то земля і вода&lt;br /&gt;</w:t>
        <w:br/>
        <w:t>переможно відгонять мерцем&lt;br /&gt;</w:t>
        <w:br/>
        <w:t>і залишаться нами&lt;br /&gt;</w:t>
        <w:br/>
        <w:t>назавтра назавжди ніколи&lt;br /&gt;</w:t>
        <w:br/>
        <w:t>хвилі орд безіменні&lt;br /&gt;</w:t>
        <w:br/>
        <w:t>лякливі оскоми потвор&lt;br /&gt;</w:t>
        <w:br/>
        <w:t>синьоокі релікти&lt;br /&gt;</w:t>
        <w:br/>
        <w:t>у небі на небі під небом&lt;br /&gt;</w:t>
        <w:br/>
        <w:t>білий бог над губами&lt;br /&gt;</w:t>
        <w:br/>
        <w:t>і янголів камерний хор&lt;br /&gt;</w:t>
        <w:br/>
        <w:t>і розчинені вщерть&lt;br /&gt;</w:t>
        <w:br/>
        <w:t>хуторів засмальцьовані ребра</w:t>
      </w:r>
    </w:p>
    <w:p>
      <w:r>
        <w:br/>
        <w:t>3.</w:t>
      </w:r>
    </w:p>
    <w:p>
      <w:r>
        <w:br/>
        <w:t>алебардами підпираючи&lt;br /&gt;</w:t>
        <w:br/>
        <w:t>сонні голови вартові&lt;br /&gt;</w:t>
        <w:br/>
        <w:t>прокидаються усміхаються&lt;br /&gt;</w:t>
        <w:br/>
        <w:t>вже наврочені ще живі&lt;br /&gt;</w:t>
        <w:br/>
        <w:t>за чиєюсь рясною відьмою&lt;br /&gt;</w:t>
        <w:br/>
        <w:t>слід по небу перетече&lt;br /&gt;</w:t>
        <w:br/>
        <w:t>сокровенну зорю провідаю&lt;br /&gt;</w:t>
        <w:br/>
        <w:t>доторкаючи за плече&lt;br /&gt;</w:t>
        <w:br/>
        <w:t>обертається а від доторку&lt;br /&gt;</w:t>
        <w:br/>
        <w:t>біла пляма на три світи&lt;br /&gt;</w:t>
        <w:br/>
        <w:t>і роса по твоєму котику&lt;br /&gt;</w:t>
        <w:br/>
        <w:t>прокидається щоб рости&lt;br /&gt;</w:t>
        <w:br/>
        <w:t>вартовими земля засіяна&lt;br /&gt;</w:t>
        <w:br/>
        <w:t>за хрестами вода і степ&lt;br /&gt;</w:t>
        <w:br/>
        <w:t>україною світло-синьою&lt;br /&gt;</w:t>
        <w:br/>
        <w:t>небо визбиране цвіте&lt;br /&gt;</w:t>
        <w:br/>
        <w:t>ополченці виходять хмарами&lt;br /&gt;</w:t>
        <w:br/>
        <w:t>замикаючи гирла вод&lt;br /&gt;</w:t>
        <w:br/>
        <w:t>ми не віримо ми не маримо&lt;br /&gt;</w:t>
        <w:br/>
        <w:t>ми самі собі цей народ</w:t>
      </w:r>
    </w:p>
    <w:p>
      <w:r>
        <w:br/>
        <w:t>4.</w:t>
      </w:r>
    </w:p>
    <w:p>
      <w:r>
        <w:br/>
        <w:t>як вороги на вежі проростуть&lt;br /&gt;</w:t>
        <w:br/>
        <w:t>і вкриє порох стигми паперові&lt;br /&gt;</w:t>
        <w:br/>
        <w:t>солодкий запах встояної крові&lt;br /&gt;</w:t>
        <w:br/>
        <w:t>усьому місту не дає заснуть&lt;br /&gt;</w:t>
        <w:br/>
        <w:t>облогою тримає за рукав&lt;br /&gt;</w:t>
        <w:br/>
        <w:t>і в'ється молодими батогами&lt;br /&gt;</w:t>
        <w:br/>
        <w:t>і на щиті чиєїсь монограми&lt;br /&gt;</w:t>
        <w:br/>
        <w:t>малює ошелешений триглав&lt;br /&gt;</w:t>
        <w:br/>
        <w:t>тримаймося приходить смак води&lt;br /&gt;</w:t>
        <w:br/>
        <w:t>у роті кисне ладаном і постом&lt;br /&gt;</w:t>
        <w:br/>
        <w:t>стріла перегороджуючи острів&lt;br /&gt;</w:t>
        <w:br/>
        <w:t>винюхує собаки і сліди&lt;br /&gt;</w:t>
        <w:br/>
        <w:t>і вже ніхто на жоден схлип біди&lt;br /&gt;</w:t>
        <w:br/>
        <w:t>не зможе загубитися на світі&lt;br /&gt;</w:t>
        <w:br/>
        <w:t>як шибениця гасне на софіті&lt;br /&gt;</w:t>
        <w:br/>
        <w:t>тоненька цівка талої води&lt;br /&gt;</w:t>
        <w:br/>
        <w:t>тримаймося приходить час ікон&lt;br /&gt;</w:t>
        <w:br/>
        <w:t>безбарвних учнів крильцями малюють&lt;br /&gt;</w:t>
        <w:br/>
        <w:t>за кожен крик на вежі алілуя&lt;br /&gt;</w:t>
        <w:br/>
        <w:t>за кожен недобитий терикон&lt;br /&gt;</w:t>
        <w:br/>
        <w:t>шаблями стати волос по мечу&lt;br /&gt;</w:t>
        <w:br/>
        <w:t>заграє марша вкрадену ранету&lt;br /&gt;</w:t>
        <w:br/>
        <w:t>це вороги на вежі це комету&lt;br /&gt;</w:t>
        <w:br/>
        <w:t>у кожнім домі криком засвічу&lt;br /&gt;</w:t>
        <w:br/>
        <w:t>задеревію витягувши длань&lt;br /&gt;</w:t>
        <w:br/>
        <w:t>які важкі самодостатні глиби&lt;br /&gt;</w:t>
        <w:br/>
        <w:t>за скибку хліба за шматочок риби&lt;br /&gt;</w:t>
        <w:br/>
        <w:t>тримаймося приходить час питань</w:t>
      </w:r>
    </w:p>
    <w:p>
      <w:r>
        <w:br/>
        <w:t>5.</w:t>
      </w:r>
    </w:p>
    <w:p>
      <w:r>
        <w:br/>
        <w:t>замісити краплю на дощі&lt;br /&gt;</w:t>
        <w:br/>
        <w:t>тонко як ікону замісити&lt;br /&gt;</w:t>
        <w:br/>
        <w:t>посеред обори три плачі&lt;br /&gt;</w:t>
        <w:br/>
        <w:t>кожен з них із олова відлитий&lt;br /&gt;</w:t>
        <w:br/>
        <w:t>перший каже не проповідай&lt;br /&gt;</w:t>
        <w:br/>
        <w:t>нащо ворогам тобі пророка&lt;br /&gt;</w:t>
        <w:br/>
        <w:t>іго крику викотиться з рота&lt;br /&gt;</w:t>
        <w:br/>
        <w:t>і постеле попелом курай&lt;br /&gt;</w:t>
        <w:br/>
        <w:t>другий каже води і мости&lt;br /&gt;</w:t>
        <w:br/>
        <w:t>знесено і тінь твоя за ними&lt;br /&gt;</w:t>
        <w:br/>
        <w:t>пронеси окрушини незримі&lt;br /&gt;</w:t>
        <w:br/>
        <w:t>там де жодних слів не донести&lt;br /&gt;</w:t>
        <w:br/>
        <w:t>третій каже стань собі і стій&lt;br /&gt;</w:t>
        <w:br/>
        <w:t>є така природа незборима&lt;br /&gt;</w:t>
        <w:br/>
        <w:t>що у глину кожен витвір твій&lt;br /&gt;</w:t>
        <w:br/>
        <w:t>а душа вона так само глина&lt;br /&gt;</w:t>
        <w:br/>
        <w:t>сонний голос всівся на плечі&lt;br /&gt;</w:t>
        <w:br/>
        <w:t>тонко-тонко сіється донизу&lt;br /&gt;</w:t>
        <w:br/>
        <w:t>замісити сонце на дощі&lt;br /&gt;</w:t>
        <w:br/>
        <w:t>а тоді підкласти жменю хмизу&lt;br /&gt;</w:t>
        <w:br/>
        <w:t>хто згорить а хто переживе&lt;br /&gt;</w:t>
        <w:br/>
        <w:t>це уже забава не для тебе&lt;br /&gt;</w:t>
        <w:br/>
        <w:t>попри небо сіється молебен&lt;br /&gt;</w:t>
        <w:br/>
        <w:t>і додому в голосі пливе</w:t>
      </w:r>
    </w:p>
    <w:p>
      <w:r>
        <w:br/>
        <w:t>6.</w:t>
      </w:r>
    </w:p>
    <w:p>
      <w:r>
        <w:br/>
        <w:t>прирощуєш тонку погорду крил&lt;br /&gt;</w:t>
        <w:br/>
        <w:t>до тіла що живе собі півкроку&lt;br /&gt;</w:t>
        <w:br/>
        <w:t>за пил потоку стоптуючи пил&lt;br /&gt;</w:t>
        <w:br/>
        <w:t>чужого безпросвітного потоку&lt;br /&gt;</w:t>
        <w:br/>
        <w:t>і так тремтиш як голови тремтять&lt;br /&gt;</w:t>
        <w:br/>
        <w:t>паруючи над пальцями тонкими&lt;br /&gt;</w:t>
        <w:br/>
        <w:t>що кожен ліс потятого над ними&lt;br /&gt;</w:t>
        <w:br/>
        <w:t>не доведе розкришувати рать&lt;br /&gt;</w:t>
        <w:br/>
        <w:t>і крихти до потоку не згребе&lt;br /&gt;</w:t>
        <w:br/>
        <w:t>як води в стаю голими руками&lt;br /&gt;</w:t>
        <w:br/>
        <w:t>за кожен камінь сонце голубе&lt;br /&gt;</w:t>
        <w:br/>
        <w:t>і сіль рослин за кожен другий камінь&lt;br /&gt;</w:t>
        <w:br/>
        <w:t>а що собі попросять вороги&lt;br /&gt;</w:t>
        <w:br/>
        <w:t>яка тобі до того непокора&lt;br /&gt;</w:t>
        <w:br/>
        <w:t>ця хвора віть не відала що хвора&lt;br /&gt;</w:t>
        <w:br/>
        <w:t>і вилила собою на сніги&lt;br /&gt;</w:t>
        <w:br/>
        <w:t>і так гряде відточуючи крил&lt;br /&gt;</w:t>
        <w:br/>
        <w:t>водою недорізьблене зачаття&lt;br /&gt;</w:t>
        <w:br/>
        <w:t>вирощуючи голову за щастя&lt;br /&gt;</w:t>
        <w:br/>
        <w:t>а за життя даруйте тільки пил</w:t>
      </w:r>
    </w:p>
    <w:p>
      <w:r>
        <w:br/>
        <w:t>5-9.01.1999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