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слово рідне! Орле скутий!..</w:t>
      </w:r>
    </w:p>
    <w:p>
      <w:r>
        <w:br/>
        <w:t xml:space="preserve"> О слово рідне! Орле скутий!&lt;br /&gt;</w:t>
        <w:br/>
        <w:t>Чужинцям кинуте на сміх!&lt;br /&gt;</w:t>
        <w:br/>
        <w:t>Співочий грім батьків моїх,&lt;br /&gt;</w:t>
        <w:br/>
        <w:t>Дітьми безпам'ятно забутий.</w:t>
      </w:r>
    </w:p>
    <w:p>
      <w:r>
        <w:br/>
        <w:t>О слово рідне! Шум дерев!&lt;br /&gt;</w:t>
        <w:br/>
        <w:t>Музика зір блакитнооких,&lt;br /&gt;</w:t>
        <w:br/>
        <w:t>Шовковий спів степів широких,&lt;br /&gt;</w:t>
        <w:br/>
        <w:t>Дніпра між ними левій рев...</w:t>
      </w:r>
    </w:p>
    <w:p>
      <w:r>
        <w:br/>
        <w:t>О слово! Будь мечем моїм!&lt;br /&gt;</w:t>
        <w:br/>
        <w:t>Ні, сонцем стань! вгорі спинися,&lt;br /&gt;</w:t>
        <w:br/>
        <w:t>Осяй мій край і розлетися&lt;br /&gt;</w:t>
        <w:br/>
        <w:t>Дощами судними над ним.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слово рідне! Орле скутий!..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