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капітане!</w:t>
      </w:r>
    </w:p>
    <w:p>
      <w:r>
        <w:br/>
        <w:t xml:space="preserve"> О капітане! Батьку! Страшна скінчилась путь!&lt;br /&gt;</w:t>
        <w:br/>
        <w:t>Всі бурі витримав наш корабель, сміливців лаври ждуть.&lt;br /&gt;</w:t>
        <w:br/>
        <w:t>Вже близько причал, і радо кричать нам люди, і дзвони дзвонять,&lt;br /&gt;</w:t>
        <w:br/>
        <w:t>І дивляться всі на могутній кіль, на бриг одважний і грізний.</w:t>
      </w:r>
    </w:p>
    <w:p>
      <w:r>
        <w:br/>
        <w:t>Але... О серце! Серце! Серце!&lt;br /&gt;</w:t>
        <w:br/>
        <w:t>О кров червона! Кров!&lt;br /&gt;</w:t>
        <w:br/>
        <w:t>Де батько впав на палубі,&lt;br /&gt;</w:t>
        <w:br/>
        <w:t>Упав і захолов!</w:t>
      </w:r>
    </w:p>
    <w:p>
      <w:r>
        <w:br/>
        <w:t>О капітане! Батьку! Встань і кругом подивись!&lt;br /&gt;</w:t>
        <w:br/>
        <w:t>Для тебе дзвони й горни звучать, для тебе стяги звились,&lt;br /&gt;</w:t>
        <w:br/>
        <w:t>Для тебе квіти, й вінки в стрічках, і натовп на узбережжі,&lt;br /&gt;</w:t>
        <w:br/>
        <w:t>Тебе, колишучись, кличе він, тебе побачить жадає!</w:t>
      </w:r>
    </w:p>
    <w:p>
      <w:r>
        <w:br/>
        <w:t>О, зляж мені на руку!&lt;br /&gt;</w:t>
        <w:br/>
        <w:t>Який це сон зборов&lt;br /&gt;</w:t>
        <w:br/>
        <w:t>Тебе, о батьку мій, що враз&lt;br /&gt;</w:t>
        <w:br/>
        <w:t>Ти впав і захолов?</w:t>
      </w:r>
    </w:p>
    <w:p>
      <w:r>
        <w:br/>
        <w:t>Мій капітан безмовний, уста німі, похололі,&lt;br /&gt;</w:t>
        <w:br/>
        <w:t>Не чує він моєї руки, лежить без пульсу, без волі.&lt;br /&gt;</w:t>
        <w:br/>
        <w:t>В порту безпечно стоїть корабель після тяжкої дороги.&lt;br /&gt;</w:t>
        <w:br/>
        <w:t>Скінчив наш бриг шалений біг, добився перемоги!</w:t>
      </w:r>
    </w:p>
    <w:p>
      <w:r>
        <w:br/>
        <w:t>Дзвоніть, радійте, береги!&lt;br /&gt;</w:t>
        <w:br/>
        <w:t>А я в жалобі знов&lt;br /&gt;</w:t>
        <w:br/>
        <w:t>Піду туди, де батько мій&lt;br /&gt;</w:t>
        <w:br/>
        <w:t>Упав і захолов.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капітане!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