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Істино, свята і Божа...</w:t>
      </w:r>
    </w:p>
    <w:p>
      <w:r>
        <w:br/>
        <w:t xml:space="preserve"> О Істино, свята і Божа,&lt;br /&gt;</w:t>
        <w:br/>
        <w:t>Зійди з Хреста, немов яса!&lt;br /&gt;</w:t>
        <w:br/>
        <w:t>Нехай воскресне цвітом гожим&lt;br /&gt;</w:t>
        <w:br/>
        <w:t>Ще раз твоя земна краса.&lt;br /&gt;</w:t>
        <w:br/>
        <w:t>Бо стигне серце. Знов чужинське&lt;br /&gt;</w:t>
        <w:br/>
        <w:t>Пускає корені зело,&lt;br /&gt;</w:t>
        <w:br/>
        <w:t>А рідне слово материнське&lt;br /&gt;</w:t>
        <w:br/>
        <w:t>Вже полишає і село.&lt;br /&gt;</w:t>
        <w:br/>
        <w:t>Але ж чуже душі не гріє,&lt;br /&gt;</w:t>
        <w:br/>
        <w:t>Чужі вітри — причина сліз;&lt;br /&gt;</w:t>
        <w:br/>
        <w:t>В чужих полях вмира надія&lt;br /&gt;</w:t>
        <w:br/>
        <w:t>І не народить пісню із&lt;br /&gt;</w:t>
        <w:br/>
        <w:t>Джерел отрути чужомов'я!&lt;br /&gt;</w:t>
        <w:br/>
        <w:t>Лише Вітчизна має дар&lt;br /&gt;</w:t>
        <w:br/>
        <w:t>В до болю рідному гніздов'ї&lt;br /&gt;</w:t>
        <w:br/>
        <w:t>Звільнити душу від примар.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Істино, свята і Божа...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