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думи мої! О славо злая!..</w:t>
      </w:r>
    </w:p>
    <w:p>
      <w:r>
        <w:br/>
        <w:t xml:space="preserve"> &lt;blockquote&gt;N.N.&lt;/blockquote&gt;</w:t>
      </w:r>
    </w:p>
    <w:p>
      <w:r>
        <w:br/>
        <w:t>О думи мої! О славо злая!&lt;br /&gt;</w:t>
        <w:br/>
        <w:t>За тебе марно я в чужому краю&lt;br /&gt;</w:t>
        <w:br/>
        <w:t>Караюсь, мучуся... але не каюсь!..&lt;br /&gt;</w:t>
        <w:br/>
        <w:t>Люблю, як щиру, вірну дружину,&lt;br /&gt;</w:t>
        <w:br/>
        <w:t>Як безталанную свою Вкраїну!&lt;br /&gt;</w:t>
        <w:br/>
        <w:t>Роби що хочеш з темним зо мною,&lt;br /&gt;</w:t>
        <w:br/>
        <w:t>Тільки не кидай, в пекло з тобою&lt;br /&gt;</w:t>
        <w:br/>
        <w:t>Пошкандибаю ...</w:t>
      </w:r>
    </w:p>
    <w:p>
      <w:r>
        <w:br/>
        <w:t>Ти привітала&lt;br /&gt;</w:t>
        <w:br/>
        <w:t>Нерона лютого, Сарданапала,&lt;br /&gt;</w:t>
        <w:br/>
        <w:t>Ірода, Каїна, Христа, Сократа,&lt;br /&gt;</w:t>
        <w:br/>
        <w:t>О непотребная! Кесаря-ката&lt;br /&gt;</w:t>
        <w:br/>
        <w:t>I грека доброго ти полюбила&lt;br /&gt;</w:t>
        <w:br/>
        <w:t>Однаковісінько!.. бо заплатили.&lt;br /&gt;</w:t>
        <w:br/>
        <w:t>А я, убогий, що принесу я?&lt;br /&gt;</w:t>
        <w:br/>
        <w:t>За що, сірому, ти поцілуєш?&lt;br /&gt;</w:t>
        <w:br/>
        <w:t>За пісню-думу: "Ой гаю, гаю"?&lt;br /&gt;</w:t>
        <w:br/>
        <w:t>Й не такі, як я, дармо співають.&lt;br /&gt;</w:t>
        <w:br/>
        <w:t>І чудно й нудно, як поміркую,&lt;br /&gt;</w:t>
        <w:br/>
        <w:t>Що часто котяться голови буї&lt;br /&gt;</w:t>
        <w:br/>
        <w:t>За теє диво! Мов пси, гризуться&lt;br /&gt;</w:t>
        <w:br/>
        <w:t>Брати з братами — й не схаменуться&lt;br /&gt;</w:t>
        <w:br/>
        <w:t>А теє диво, всіми кохане:&lt;br /&gt;</w:t>
        <w:br/>
        <w:t>У шинку покритка, а люди п'яні!</w:t>
      </w:r>
    </w:p>
    <w:p>
      <w:r>
        <w:br/>
        <w:t>[Орська кріпость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думи мої! О славо злая!..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