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 й гарно все придумав Бог (збірка)</w:t>
      </w:r>
    </w:p>
    <w:p>
      <w:r>
        <w:br/>
        <w:t xml:space="preserve"> Вірші для двох&lt;br /&gt;</w:t>
        <w:br/>
        <w:t>(а двоє ті: дитина й Бог)</w:t>
      </w:r>
    </w:p>
    <w:p>
      <w:r>
        <w:br/>
        <w:t>...Я буду співати Господові&lt;br /&gt;</w:t>
        <w:br/>
        <w:t>в своєму житті,&lt;br /&gt;</w:t>
        <w:br/>
        <w:t>буду грати для Бога мого,&lt;br /&gt;</w:t>
        <w:br/>
        <w:t>аж поки живу!&lt;br /&gt;</w:t>
        <w:br/>
        <w:t>Буде приємна Йому моя&lt;br /&gt;</w:t>
        <w:br/>
        <w:t>мова, —&lt;br /&gt;</w:t>
        <w:br/>
        <w:t>я Господом буду радіти!..</w:t>
      </w:r>
    </w:p>
    <w:p>
      <w:r>
        <w:br/>
        <w:t>Псалом 103 /33-34)</w:t>
      </w:r>
    </w:p>
    <w:p>
      <w:r>
        <w:br/>
        <w:t>НУ Й ГАРНО ВСЕ ПРИДУМАВ БОГ!</w:t>
      </w:r>
    </w:p>
    <w:p>
      <w:r>
        <w:br/>
        <w:t>Ну й гарно все придумав Бог:&lt;br /&gt;</w:t>
        <w:br/>
        <w:t>як тато й мама — то удвох.</w:t>
      </w:r>
    </w:p>
    <w:p>
      <w:r>
        <w:br/>
        <w:t>А як бджола — то у гурті,&lt;br /&gt;</w:t>
        <w:br/>
        <w:t>сова — в дуплі й у самоті.</w:t>
      </w:r>
    </w:p>
    <w:p>
      <w:r>
        <w:br/>
        <w:t>Придумав рибок ціле море,&lt;br /&gt;</w:t>
        <w:br/>
        <w:t>Карпати-гори й хмари-гори.</w:t>
      </w:r>
    </w:p>
    <w:p>
      <w:r>
        <w:br/>
        <w:t>Придумав сонце-соняха вгорі,&lt;br /&gt;</w:t>
        <w:br/>
        <w:t>а зорі засвітив, як ліхтарі.</w:t>
      </w:r>
    </w:p>
    <w:p>
      <w:r>
        <w:br/>
        <w:t>І місяця поставив на сторожі&lt;br /&gt;</w:t>
        <w:br/>
        <w:t>лілеї, чорнобривчика і рожі.</w:t>
      </w:r>
    </w:p>
    <w:p>
      <w:r>
        <w:br/>
        <w:t>А щоб забути геть про все сумне,&lt;br /&gt;</w:t>
        <w:br/>
        <w:t>придумав Бог тебе й мене!</w:t>
      </w:r>
    </w:p>
    <w:p>
      <w:r>
        <w:br/>
        <w:t>ТИ ЗНАЄШ УСЕ!</w:t>
      </w:r>
    </w:p>
    <w:p>
      <w:r>
        <w:br/>
        <w:t>Мій любий пане-Боже,&lt;br /&gt;</w:t>
        <w:br/>
        <w:t>я зовсім маленька дівчинка,&lt;br /&gt;</w:t>
        <w:br/>
        <w:t>я ще така, як мачина,&lt;br /&gt;</w:t>
        <w:br/>
        <w:t>а Ти вже знаєш мене,&lt;br /&gt;</w:t>
        <w:br/>
        <w:t>а Ти вже чуєш мене,&lt;br /&gt;</w:t>
        <w:br/>
        <w:t>а Ти вже бачиш мене.&lt;br /&gt;</w:t>
        <w:br/>
        <w:t>Чи Ти не гніваєшся,&lt;br /&gt;</w:t>
        <w:br/>
        <w:t>коли я часом зву Тебе&lt;br /&gt;</w:t>
        <w:br/>
        <w:t>Всезнайком?&lt;br /&gt;</w:t>
        <w:br/>
        <w:t>Всечуйком?&lt;br /&gt;</w:t>
        <w:br/>
        <w:t>Всевидьком?&lt;br /&gt;</w:t>
        <w:br/>
        <w:t>Бо якщо й справді&lt;br /&gt;</w:t>
        <w:br/>
        <w:t>Ти знаєш,&lt;br /&gt;</w:t>
        <w:br/>
        <w:t>Ти чуєш,&lt;br /&gt;</w:t>
        <w:br/>
        <w:t>Ти бачиш мене —&lt;br /&gt;</w:t>
        <w:br/>
        <w:t>маленьку таку, мов мачина,&lt;br /&gt;</w:t>
        <w:br/>
        <w:t>тоді Ти і знаєш,&lt;br /&gt;</w:t>
        <w:br/>
        <w:t>і чуєш,&lt;br /&gt;</w:t>
        <w:br/>
        <w:t>і бачиш&lt;br /&gt;</w:t>
        <w:br/>
        <w:t>у с е !</w:t>
      </w:r>
    </w:p>
    <w:p>
      <w:r>
        <w:br/>
        <w:t>СІМ ДНІВ</w:t>
      </w:r>
    </w:p>
    <w:p>
      <w:r>
        <w:br/>
        <w:t>Боже,&lt;br /&gt;</w:t>
        <w:br/>
        <w:t>як гарно,&lt;br /&gt;</w:t>
        <w:br/>
        <w:t>що Ти створив день!&lt;br /&gt;</w:t>
        <w:br/>
        <w:t>Як добре,&lt;br /&gt;</w:t>
        <w:br/>
        <w:t>що він Тобі сподобався.&lt;br /&gt;</w:t>
        <w:br/>
        <w:t>І Ти створив&lt;br /&gt;</w:t>
        <w:br/>
        <w:t>ще другий,&lt;br /&gt;</w:t>
        <w:br/>
        <w:t>третій,&lt;br /&gt;</w:t>
        <w:br/>
        <w:t>четвертий,&lt;br /&gt;</w:t>
        <w:br/>
        <w:t>п"ятий&lt;br /&gt;</w:t>
        <w:br/>
        <w:t>і шостий!&lt;br /&gt;</w:t>
        <w:br/>
        <w:t>А найкраще Тобі вдався&lt;br /&gt;</w:t>
        <w:br/>
        <w:t>сьомий день.&lt;br /&gt;</w:t>
        <w:br/>
        <w:t>Молодчина, що Ти додумався&lt;br /&gt;</w:t>
        <w:br/>
        <w:t>мати сім днів,&lt;br /&gt;</w:t>
        <w:br/>
        <w:t>бо інакше&lt;br /&gt;</w:t>
        <w:br/>
        <w:t>у нас ніколи не було б&lt;br /&gt;</w:t>
        <w:br/>
        <w:t>н е д і л і !</w:t>
      </w:r>
    </w:p>
    <w:p>
      <w:r>
        <w:br/>
        <w:t>НІЧ ЗНАЄ БАГАЦЬКО СНІВ</w:t>
      </w:r>
    </w:p>
    <w:p>
      <w:r>
        <w:br/>
        <w:t>Боже,&lt;br /&gt;</w:t>
        <w:br/>
        <w:t>я знаю,&lt;br /&gt;</w:t>
        <w:br/>
        <w:t>що ніч — не темна.&lt;br /&gt;</w:t>
        <w:br/>
        <w:t>Ніч — золота,&lt;br /&gt;</w:t>
        <w:br/>
        <w:t>мов корона в соняха.&lt;br /&gt;</w:t>
        <w:br/>
        <w:t>Ніч показує мені сни —&lt;br /&gt;</w:t>
        <w:br/>
        <w:t>щоразу інші.&lt;br /&gt;</w:t>
        <w:br/>
        <w:t>Бувають такі кольорові,&lt;br /&gt;</w:t>
        <w:br/>
        <w:t>як намальовані.&lt;br /&gt;</w:t>
        <w:br/>
        <w:t>Вони ніколи не повторюються,&lt;br /&gt;</w:t>
        <w:br/>
        <w:t>бо Ніч знає&lt;br /&gt;</w:t>
        <w:br/>
        <w:t>багацько-пребагацько снів.&lt;br /&gt;</w:t>
        <w:br/>
        <w:t>Вистачить на всіх нас&lt;br /&gt;</w:t>
        <w:br/>
        <w:t>і на Тебе, Боже,&lt;br /&gt;</w:t>
        <w:br/>
        <w:t>коли Тобі якось&lt;br /&gt;</w:t>
        <w:br/>
        <w:t>захочеться спати.</w:t>
      </w:r>
    </w:p>
    <w:p>
      <w:r>
        <w:br/>
        <w:t>ДЕ РАЙ?</w:t>
      </w:r>
    </w:p>
    <w:p>
      <w:r>
        <w:br/>
        <w:t>Боже,&lt;br /&gt;</w:t>
        <w:br/>
        <w:t>одні кажуть,&lt;br /&gt;</w:t>
        <w:br/>
        <w:t>що рай на небі,&lt;br /&gt;</w:t>
        <w:br/>
        <w:t>другі кажуть,&lt;br /&gt;</w:t>
        <w:br/>
        <w:t>що рай за морем.&lt;br /&gt;</w:t>
        <w:br/>
        <w:t>А я не знаю:&lt;br /&gt;</w:t>
        <w:br/>
        <w:t>небо так високо,&lt;br /&gt;</w:t>
        <w:br/>
        <w:t>море так далеко.&lt;br /&gt;</w:t>
        <w:br/>
        <w:t>Недавно я бачила,&lt;br /&gt;</w:t>
        <w:br/>
        <w:t>як ластівки поселялися&lt;br /&gt;</w:t>
        <w:br/>
        <w:t>до свого нового гніздечка.&lt;br /&gt;</w:t>
        <w:br/>
        <w:t>Вони так раділи, мов діти.&lt;br /&gt;</w:t>
        <w:br/>
        <w:t>І мені здалося, що рай —&lt;br /&gt;</w:t>
        <w:br/>
        <w:t>у гніздечку ластівки.&lt;br /&gt;</w:t>
        <w:br/>
        <w:t>А це ж набагато ближче&lt;br /&gt;</w:t>
        <w:br/>
        <w:t>за небо й за море.</w:t>
      </w:r>
    </w:p>
    <w:p>
      <w:r>
        <w:br/>
        <w:t>ПАНЕ СОНЕЧКУ ВЕЛИКОДНЄ!</w:t>
      </w:r>
    </w:p>
    <w:p>
      <w:r>
        <w:br/>
        <w:t>Пане Сонечку, пане ясний,&lt;br /&gt;</w:t>
        <w:br/>
        <w:t>не заходь нам, бо світ прекрасний!</w:t>
      </w:r>
    </w:p>
    <w:p>
      <w:r>
        <w:br/>
        <w:t>Пане Сонечку Великоднє,&lt;br /&gt;</w:t>
        <w:br/>
        <w:t>будь навіки нам, як сьогодні!</w:t>
      </w:r>
    </w:p>
    <w:p>
      <w:r>
        <w:br/>
        <w:t>Та князюй удень, та князюй вночі —&lt;br /&gt;</w:t>
        <w:br/>
        <w:t>небо віддає Тобі всі ключі.</w:t>
      </w:r>
    </w:p>
    <w:p>
      <w:r>
        <w:br/>
        <w:t>МУРКА НЕ ДУМАЛА</w:t>
      </w:r>
    </w:p>
    <w:p>
      <w:r>
        <w:br/>
        <w:t>Боже,&lt;br /&gt;</w:t>
        <w:br/>
        <w:t>не карай мою Мурку,&lt;br /&gt;</w:t>
        <w:br/>
        <w:t>що дряпнула мене за пальчик.&lt;br /&gt;</w:t>
        <w:br/>
        <w:t>Я поможу киці вибачитись,&lt;br /&gt;</w:t>
        <w:br/>
        <w:t>поки сама вона не вміє.&lt;br /&gt;</w:t>
        <w:br/>
        <w:t>Мурка розгнівалась на мене,&lt;br /&gt;</w:t>
        <w:br/>
        <w:t>бо я смикнула її за хвостик&lt;br /&gt;</w:t>
        <w:br/>
        <w:t>і попросила:&lt;br /&gt;</w:t>
        <w:br/>
        <w:t>— Котино, котино,&lt;br /&gt;</w:t>
        <w:br/>
        <w:t>поїхали по сіно,&lt;br /&gt;</w:t>
        <w:br/>
        <w:t>ти будеш сіно класти,&lt;br /&gt;</w:t>
        <w:br/>
        <w:t>а я буду воли пасти.</w:t>
      </w:r>
    </w:p>
    <w:p>
      <w:r>
        <w:br/>
        <w:t>Мурці не хотілося&lt;br /&gt;</w:t>
        <w:br/>
        <w:t>класти сіно&lt;br /&gt;</w:t>
        <w:br/>
        <w:t>і вона дряпнула мене за пальчик.&lt;br /&gt;</w:t>
        <w:br/>
        <w:t>Мурка не думала,&lt;br /&gt;</w:t>
        <w:br/>
        <w:t>що мені&lt;br /&gt;</w:t>
        <w:br/>
        <w:t>заболить!</w:t>
      </w:r>
    </w:p>
    <w:p>
      <w:r>
        <w:br/>
        <w:t>НЕХАЙ БИ ГРІМ...</w:t>
      </w:r>
    </w:p>
    <w:p>
      <w:r>
        <w:br/>
        <w:t>Боже,&lt;br /&gt;</w:t>
        <w:br/>
        <w:t>якщо Ти створив Грім,&lt;br /&gt;</w:t>
        <w:br/>
        <w:t>то нехай би він&lt;br /&gt;</w:t>
        <w:br/>
        <w:t>грав на сопілці,&lt;br /&gt;</w:t>
        <w:br/>
        <w:t>а не торохтів,&lt;br /&gt;</w:t>
        <w:br/>
        <w:t>розсипаючи по небу сухарі.&lt;br /&gt;</w:t>
        <w:br/>
        <w:t>Тоді б я його не боялася!&lt;br /&gt;</w:t>
        <w:br/>
        <w:t>Тоді б я йому&lt;br /&gt;</w:t>
        <w:br/>
        <w:t>цілий день танцювала&lt;br /&gt;</w:t>
        <w:br/>
        <w:t>ще й наспівувала:&lt;br /&gt;</w:t>
        <w:br/>
        <w:t>"А вже весна,&lt;br /&gt;</w:t>
        <w:br/>
        <w:t>а вже красна,&lt;br /&gt;</w:t>
        <w:br/>
        <w:t>із стріх вода капле..."</w:t>
      </w:r>
    </w:p>
    <w:p>
      <w:r>
        <w:br/>
        <w:t>У МЕНЕ Є ТАЄМНИЦЯ!</w:t>
      </w:r>
    </w:p>
    <w:p>
      <w:r>
        <w:br/>
        <w:t>Боже, у мене є Таємниця!&lt;br /&gt;</w:t>
        <w:br/>
        <w:t>Я сказала б Тобі її,&lt;br /&gt;</w:t>
        <w:br/>
        <w:t>але це потайна Таємниця,&lt;br /&gt;</w:t>
        <w:br/>
        <w:t>найпотайніша у світі.&lt;br /&gt;</w:t>
        <w:br/>
        <w:t>Коли я думаю про неї,&lt;br /&gt;</w:t>
        <w:br/>
        <w:t>то сплющую очі так,&lt;br /&gt;</w:t>
        <w:br/>
        <w:t>що забуваю про все навкруг&lt;br /&gt;</w:t>
        <w:br/>
        <w:t>і ніби сама стаю&lt;br /&gt;</w:t>
        <w:br/>
        <w:t>Таємницею.&lt;br /&gt;</w:t>
        <w:br/>
        <w:t>Але то ненадовго.&lt;br /&gt;</w:t>
        <w:br/>
        <w:t>Скоро я знов розплющую очі&lt;br /&gt;</w:t>
        <w:br/>
        <w:t>і всміхаюся так,&lt;br /&gt;</w:t>
        <w:br/>
        <w:t>мовби мені купили те,&lt;br /&gt;</w:t>
        <w:br/>
        <w:t>про що я ще зранку мріяла.</w:t>
      </w:r>
    </w:p>
    <w:p>
      <w:r>
        <w:br/>
        <w:t>ХРАМ КВІТІВ</w:t>
      </w:r>
    </w:p>
    <w:p>
      <w:r>
        <w:br/>
        <w:t>Сад —&lt;br /&gt;</w:t>
        <w:br/>
        <w:t>це Храм Квітів,&lt;br /&gt;</w:t>
        <w:br/>
        <w:t>де кожна квітка&lt;br /&gt;</w:t>
        <w:br/>
        <w:t>складає молитви&lt;br /&gt;</w:t>
        <w:br/>
        <w:t>Сонцю,&lt;br /&gt;</w:t>
        <w:br/>
        <w:t>Дощу&lt;br /&gt;</w:t>
        <w:br/>
        <w:t>й Землі.</w:t>
      </w:r>
    </w:p>
    <w:p>
      <w:r>
        <w:br/>
        <w:t>Сад —&lt;br /&gt;</w:t>
        <w:br/>
        <w:t>це єдиний у світі Храм,&lt;br /&gt;</w:t>
        <w:br/>
        <w:t>куди злітаються&lt;br /&gt;</w:t>
        <w:br/>
        <w:t>соловейки,&lt;br /&gt;</w:t>
        <w:br/>
        <w:t>щоб співати всюношну,&lt;br /&gt;</w:t>
        <w:br/>
        <w:t>коли сплять&lt;br /&gt;</w:t>
        <w:br/>
        <w:t>мама,&lt;br /&gt;</w:t>
        <w:br/>
        <w:t>тато&lt;br /&gt;</w:t>
        <w:br/>
        <w:t>і я.</w:t>
      </w:r>
    </w:p>
    <w:p>
      <w:r>
        <w:br/>
        <w:t>ПАРАСОЛЬКА ДЛЯ БОГА</w:t>
      </w:r>
    </w:p>
    <w:p>
      <w:r>
        <w:br/>
        <w:t>От ми й допросились:&lt;br /&gt;</w:t>
        <w:br/>
        <w:t>"Іди, іди, дощику!"–&lt;br /&gt;</w:t>
        <w:br/>
        <w:t>він і пішов.&lt;br /&gt;</w:t>
        <w:br/>
        <w:t>Вже і борщу наївся —&lt;br /&gt;</w:t>
        <w:br/>
        <w:t>далі нікуди —&lt;br /&gt;</w:t>
        <w:br/>
        <w:t>а все пада, пада, пада.</w:t>
      </w:r>
    </w:p>
    <w:p>
      <w:r>
        <w:br/>
        <w:t>Квіти мокнуть,&lt;br /&gt;</w:t>
        <w:br/>
        <w:t>бо ходять без парасольок.&lt;br /&gt;</w:t>
        <w:br/>
        <w:t>Вітер підставляє свої долоні,&lt;br /&gt;</w:t>
        <w:br/>
        <w:t>наче хоче зупинити цей дощ,&lt;br /&gt;</w:t>
        <w:br/>
        <w:t>та в нього нічого не виходить.&lt;br /&gt;</w:t>
        <w:br/>
        <w:t>Боже, а як там Тобі&lt;br /&gt;</w:t>
        <w:br/>
        <w:t>за тими непроглядними хмарами?&lt;br /&gt;</w:t>
        <w:br/>
        <w:t>Там же ще більше дощу,&lt;br /&gt;</w:t>
        <w:br/>
        <w:t>як тут!&lt;br /&gt;</w:t>
        <w:br/>
        <w:t>Хочеш, я винесу Тобі&lt;br /&gt;</w:t>
        <w:br/>
        <w:t>татову парасольку?&lt;br /&gt;</w:t>
        <w:br/>
        <w:t>У нього їх дві.&lt;br /&gt;</w:t>
        <w:br/>
        <w:t>Ти можеш із нею ходити,&lt;br /&gt;</w:t>
        <w:br/>
        <w:t>аж поки вигляне сонечко.</w:t>
      </w:r>
    </w:p>
    <w:p>
      <w:r>
        <w:br/>
        <w:t>МІЙ АНГЕЛ</w:t>
      </w:r>
    </w:p>
    <w:p>
      <w:r>
        <w:br/>
        <w:t>Мій ангел такий маленький,&lt;br /&gt;</w:t>
        <w:br/>
        <w:t>ну просто крихітка —&lt;br /&gt;</w:t>
        <w:br/>
        <w:t>я навіть не бачу,&lt;br /&gt;</w:t>
        <w:br/>
        <w:t>чи він сидить&lt;br /&gt;</w:t>
        <w:br/>
        <w:t>на моєму плечі.</w:t>
      </w:r>
    </w:p>
    <w:p>
      <w:r>
        <w:br/>
        <w:t>Мій ангел такий легенький,&lt;br /&gt;</w:t>
        <w:br/>
        <w:t>ну просто пушинка —&lt;br /&gt;</w:t>
        <w:br/>
        <w:t>я навіть не чую,&lt;br /&gt;</w:t>
        <w:br/>
        <w:t>як він сидить&lt;br /&gt;</w:t>
        <w:br/>
        <w:t>на моєму плечі.</w:t>
      </w:r>
    </w:p>
    <w:p>
      <w:r>
        <w:br/>
        <w:t>Мій ангел такий тихенький,&lt;br /&gt;</w:t>
        <w:br/>
        <w:t>ну просто тихіший трави —&lt;br /&gt;</w:t>
        <w:br/>
        <w:t>я навіть не знаю,&lt;br /&gt;</w:t>
        <w:br/>
        <w:t>коли він спить,&lt;br /&gt;</w:t>
        <w:br/>
        <w:t>а коли прокидається&lt;br /&gt;</w:t>
        <w:br/>
        <w:t>на моєму плечі.</w:t>
      </w:r>
    </w:p>
    <w:p>
      <w:r>
        <w:br/>
        <w:t>БОГ І ЗАДАЧКА</w:t>
      </w:r>
    </w:p>
    <w:p>
      <w:r>
        <w:br/>
        <w:t>Сушу голову над задачкою,&lt;br /&gt;</w:t>
        <w:br/>
        <w:t>а вона не піддається.&lt;br /&gt;</w:t>
        <w:br/>
        <w:t>Та ну її!&lt;br /&gt;</w:t>
        <w:br/>
        <w:t>Кидаю марудну роботу й прошу:&lt;br /&gt;</w:t>
        <w:br/>
        <w:t>— Боже, поможи! Твоя черга!</w:t>
      </w:r>
    </w:p>
    <w:p>
      <w:r>
        <w:br/>
        <w:t>Сиджу годину... другу —&lt;br /&gt;</w:t>
        <w:br/>
        <w:t>витрішки продаю.&lt;br /&gt;</w:t>
        <w:br/>
        <w:t>Нехай Бог задачку розв’язує!&lt;br /&gt;</w:t>
        <w:br/>
        <w:t>Чого доброго,&lt;br /&gt;</w:t>
        <w:br/>
        <w:t>можна досидіти до старості&lt;br /&gt;</w:t>
        <w:br/>
        <w:t>й не діждатися.</w:t>
      </w:r>
    </w:p>
    <w:p>
      <w:r>
        <w:br/>
        <w:t>Ану, капосна задачко,&lt;br /&gt;</w:t>
        <w:br/>
        <w:t>відкрий таємницю!&lt;br /&gt;</w:t>
        <w:br/>
        <w:t>Ну от, давно б так!&lt;br /&gt;</w:t>
        <w:br/>
        <w:t>Нарешті!&lt;br /&gt;</w:t>
        <w:br/>
        <w:t>Вийшла!</w:t>
      </w:r>
    </w:p>
    <w:p>
      <w:r>
        <w:br/>
        <w:t>То ж бо й воно:&lt;br /&gt;</w:t>
        <w:br/>
        <w:t>Бог ще ніколи й нікому&lt;br /&gt;</w:t>
        <w:br/>
        <w:t>не помагав&lt;br /&gt;</w:t>
        <w:br/>
        <w:t>продавати витрішки!</w:t>
      </w:r>
    </w:p>
    <w:p>
      <w:r>
        <w:br/>
        <w:t>МАКОВІЙ</w:t>
      </w:r>
    </w:p>
    <w:p>
      <w:r>
        <w:br/>
        <w:t>Біла хата, а навпроти — мак.&lt;br /&gt;</w:t>
        <w:br/>
        <w:t>Вже нема пелюсток, лиш головки.&lt;br /&gt;</w:t>
        <w:br/>
        <w:t>Це б дощу! Та і його нема:&lt;br /&gt;</w:t>
        <w:br/>
        <w:t>Маковій пахучий, аж солодкий.</w:t>
      </w:r>
    </w:p>
    <w:p>
      <w:r>
        <w:br/>
        <w:t>Я не хочу ластівці казать,&lt;br /&gt;</w:t>
        <w:br/>
        <w:t>що їй скоро-скоро відлітати,&lt;br /&gt;</w:t>
        <w:br/>
        <w:t>бо для неї то — немов гроза...&lt;br /&gt;</w:t>
        <w:br/>
        <w:t>Краще б ту грозу перечекати!</w:t>
      </w:r>
    </w:p>
    <w:p>
      <w:r>
        <w:br/>
        <w:t>НЕБЕСНА ТВОЯ КРАЇНА</w:t>
      </w:r>
    </w:p>
    <w:p>
      <w:r>
        <w:br/>
        <w:t>Боже,&lt;br /&gt;</w:t>
        <w:br/>
        <w:t>бабуся віддала Тобі душу!&lt;br /&gt;</w:t>
        <w:br/>
        <w:t>Бабуся знайшла притулок&lt;br /&gt;</w:t>
        <w:br/>
        <w:t>у Небесній Твоїй Країні,&lt;br /&gt;</w:t>
        <w:br/>
        <w:t>що зветься Вічність!&lt;br /&gt;</w:t>
        <w:br/>
        <w:t>То мама мені сказала.&lt;br /&gt;</w:t>
        <w:br/>
        <w:t>Тепер її домівка — домовина,&lt;br /&gt;</w:t>
        <w:br/>
        <w:t>і наглядаєш ту домівку Ти.&lt;br /&gt;</w:t>
        <w:br/>
        <w:t>Щовесни Ти твориш&lt;br /&gt;</w:t>
        <w:br/>
        <w:t>справжні дива,&lt;br /&gt;</w:t>
        <w:br/>
        <w:t>коли запалюєш&lt;br /&gt;</w:t>
        <w:br/>
        <w:t>блакитні вогники бервінку&lt;br /&gt;</w:t>
        <w:br/>
        <w:t>на бабусиній могилі.&lt;br /&gt;</w:t>
        <w:br/>
        <w:t>Тоді мені здається,&lt;br /&gt;</w:t>
        <w:br/>
        <w:t>що Небесна Твоя Країна&lt;br /&gt;</w:t>
        <w:br/>
        <w:t>не хтозна-де, а поруч,&lt;br /&gt;</w:t>
        <w:br/>
        <w:t>і що бабуся дивиться на мене&lt;br /&gt;</w:t>
        <w:br/>
        <w:t>блакитними вогниками барвінку.&lt;br /&gt;</w:t>
        <w:br/>
        <w:t>Мені так тепло біля тих вогників,&lt;br /&gt;</w:t>
        <w:br/>
        <w:t>що я думаю:&lt;br /&gt;</w:t>
        <w:br/>
        <w:t>Боже,&lt;br /&gt;</w:t>
        <w:br/>
        <w:t>та ви ж з бабусею обмінялися:&lt;br /&gt;</w:t>
        <w:br/>
        <w:t>вона тобі — душу,&lt;br /&gt;</w:t>
        <w:br/>
        <w:t>а Ти їй — барвінки!&lt;br /&gt;</w:t>
        <w:br/>
        <w:t>А ще я думаю,&lt;br /&gt;</w:t>
        <w:br/>
        <w:t>що в Небесній Твоїй Країні&lt;br /&gt;</w:t>
        <w:br/>
        <w:t>побільшало добра, і ласки,&lt;br /&gt;</w:t>
        <w:br/>
        <w:t>і любові.</w:t>
      </w:r>
    </w:p>
    <w:p>
      <w:r>
        <w:br/>
        <w:t>Я БАЧИЛА</w:t>
      </w:r>
    </w:p>
    <w:p>
      <w:r>
        <w:br/>
        <w:t>Я бачила&lt;br /&gt;</w:t>
        <w:br/>
        <w:t>стареньку-престареньку бабусю&lt;br /&gt;</w:t>
        <w:br/>
        <w:t>біля аптеки.&lt;br /&gt;</w:t>
        <w:br/>
        <w:t>Вона гладила&lt;br /&gt;</w:t>
        <w:br/>
        <w:t>старенького-престаренького песика,&lt;br /&gt;</w:t>
        <w:br/>
        <w:t>схожого на дідуся.&lt;br /&gt;</w:t>
        <w:br/>
        <w:t>Вона стояла без рукавичок&lt;br /&gt;</w:t>
        <w:br/>
        <w:t>і руки в неї&lt;br /&gt;</w:t>
        <w:br/>
        <w:t>були червоні від морозу.&lt;br /&gt;</w:t>
        <w:br/>
        <w:t>Не сваріть мене, мамо,&lt;br /&gt;</w:t>
        <w:br/>
        <w:t>я не загубила рукавичок.,&lt;br /&gt;</w:t>
        <w:br/>
        <w:t>я віддала їх бабусі,&lt;br /&gt;</w:t>
        <w:br/>
        <w:t>щоб їй тепліше було&lt;br /&gt;</w:t>
        <w:br/>
        <w:t>гладити&lt;br /&gt;</w:t>
        <w:br/>
        <w:t>старенького-престаренького песика,&lt;br /&gt;</w:t>
        <w:br/>
        <w:t>схожого на дідуся.</w:t>
      </w:r>
    </w:p>
    <w:p>
      <w:r>
        <w:br/>
        <w:t>СВЯТОМУ МИКОЛАЮ ПОЩАСТИЛО!</w:t>
      </w:r>
    </w:p>
    <w:p>
      <w:r>
        <w:br/>
        <w:t>Боже,&lt;br /&gt;</w:t>
        <w:br/>
        <w:t>я цілий день слухалась маму.&lt;br /&gt;</w:t>
        <w:br/>
        <w:t>А потім — цілий тиждень.&lt;br /&gt;</w:t>
        <w:br/>
        <w:t>А потім — цілий місяць.&lt;br /&gt;</w:t>
        <w:br/>
        <w:t>А потім — цілий рік.&lt;br /&gt;</w:t>
        <w:br/>
        <w:t>Але не думай,&lt;br /&gt;</w:t>
        <w:br/>
        <w:t>ніби я слухалась маму&lt;br /&gt;</w:t>
        <w:br/>
        <w:t>на догоду Святому Миколаєві,&lt;br /&gt;</w:t>
        <w:br/>
        <w:t>який розносить чемним дітям&lt;br /&gt;</w:t>
        <w:br/>
        <w:t>гостинці!&lt;br /&gt;</w:t>
        <w:br/>
        <w:t>Правда, мені страшенно&lt;br /&gt;</w:t>
        <w:br/>
        <w:t>хотілося побачити,&lt;br /&gt;</w:t>
        <w:br/>
        <w:t>я к він зайде у замкнені двері?&lt;br /&gt;</w:t>
        <w:br/>
        <w:t>чи здогадається, де моє ліжко?&lt;br /&gt;</w:t>
        <w:br/>
        <w:t>чи світитиме світло,&lt;br /&gt;</w:t>
        <w:br/>
        <w:t>чи йтиме навпомацки?&lt;br /&gt;</w:t>
        <w:br/>
        <w:t>чи пощастить йому просунути руку&lt;br /&gt;</w:t>
        <w:br/>
        <w:t>під мою подушку&lt;br /&gt;</w:t>
        <w:br/>
        <w:t>й не збудити мене?&lt;br /&gt;</w:t>
        <w:br/>
        <w:t>Де там!&lt;br /&gt;</w:t>
        <w:br/>
        <w:t>Я все це прогледіла!&lt;br /&gt;</w:t>
        <w:br/>
        <w:t>Одне тільки знаю —&lt;br /&gt;</w:t>
        <w:br/>
        <w:t>йому пощастило!&lt;br /&gt;</w:t>
        <w:br/>
        <w:t>А мені — ще більше:&lt;br /&gt;</w:t>
        <w:br/>
        <w:t>якби ви знали,&lt;br /&gt;</w:t>
        <w:br/>
        <w:t>щ о т о б у в з а г о с т и н е ц ь!</w:t>
      </w:r>
    </w:p>
    <w:p>
      <w:r>
        <w:br/>
        <w:t>А ЙДИ ДО НАС КУТІ ЇСТИ!</w:t>
      </w:r>
    </w:p>
    <w:p>
      <w:r>
        <w:br/>
        <w:t>Дванадцять страв на столі —&lt;br /&gt;</w:t>
        <w:br/>
        <w:t>для дванадцятьох місяців року.&lt;br /&gt;</w:t>
        <w:br/>
        <w:t>Кутя на столі — для нас.&lt;br /&gt;</w:t>
        <w:br/>
        <w:t>Ось-ось бабуся&lt;br /&gt;</w:t>
        <w:br/>
        <w:t>кликатиме Мороза.&lt;br /&gt;</w:t>
        <w:br/>
        <w:t>Набере куті повну ложку,&lt;br /&gt;</w:t>
        <w:br/>
        <w:t>підійде до вікна&lt;br /&gt;</w:t>
        <w:br/>
        <w:t>й мовить тричі:&lt;br /&gt;</w:t>
        <w:br/>
        <w:t>— Морозе, Морозе,&lt;br /&gt;</w:t>
        <w:br/>
        <w:t>а йди до нас куті їсти!</w:t>
      </w:r>
    </w:p>
    <w:p>
      <w:r>
        <w:br/>
        <w:t>Та Мороз не спішить.&lt;br /&gt;</w:t>
        <w:br/>
        <w:t>Він прийде аж тоді,&lt;br /&gt;</w:t>
        <w:br/>
        <w:t>як ми полягаємо спати.&lt;br /&gt;</w:t>
        <w:br/>
        <w:t>Він, мабуть, звик&lt;br /&gt;</w:t>
        <w:br/>
        <w:t>їсти не при дітях,&lt;br /&gt;</w:t>
        <w:br/>
        <w:t>а лише при бабусях.&lt;br /&gt;</w:t>
        <w:br/>
        <w:t>Коли б скорше бабусею стати&lt;br /&gt;</w:t>
        <w:br/>
        <w:t>і с а м і й&lt;br /&gt;</w:t>
        <w:br/>
        <w:t>того Мороза кликати!</w:t>
      </w:r>
    </w:p>
    <w:p>
      <w:r>
        <w:br/>
        <w:t>МЕНІ ЦЕ ПРИСНИТЬСЯ</w:t>
      </w:r>
    </w:p>
    <w:p>
      <w:r>
        <w:br/>
        <w:t>Не спатиму,&lt;br /&gt;</w:t>
        <w:br/>
        <w:t>зустрічатиму Новий Рік.&lt;br /&gt;</w:t>
        <w:br/>
        <w:t>Коли він ітиме проз мене,&lt;br /&gt;</w:t>
        <w:br/>
        <w:t>я торкнуся його бороди&lt;br /&gt;</w:t>
        <w:br/>
        <w:t>і струшу з неї сніг.&lt;br /&gt;</w:t>
        <w:br/>
        <w:t>Припрошу його сісти&lt;br /&gt;</w:t>
        <w:br/>
        <w:t>й зняти шапку.&lt;br /&gt;</w:t>
        <w:br/>
        <w:t>І поки він сидітиме,&lt;br /&gt;</w:t>
        <w:br/>
        <w:t>я держатиму його шапку.&lt;br /&gt;</w:t>
        <w:br/>
        <w:t>Та нараз він обернеться&lt;br /&gt;</w:t>
        <w:br/>
        <w:t>й рушить до дверей.&lt;br /&gt;</w:t>
        <w:br/>
        <w:t>Я наздожену його на порозі&lt;br /&gt;</w:t>
        <w:br/>
        <w:t>й загукаю:&lt;br /&gt;</w:t>
        <w:br/>
        <w:t>— Пане Новий Роче!&lt;br /&gt;</w:t>
        <w:br/>
        <w:t>Ви забулися свою шапку!</w:t>
      </w:r>
    </w:p>
    <w:p>
      <w:r>
        <w:br/>
        <w:t>Він засміється,&lt;br /&gt;</w:t>
        <w:br/>
        <w:t>а його борода&lt;br /&gt;</w:t>
        <w:br/>
        <w:t>знов укриється снігом.&lt;br /&gt;</w:t>
        <w:br/>
        <w:t>І в якомусь іншому будинку&lt;br /&gt;</w:t>
        <w:br/>
        <w:t>якась інша дівчинка&lt;br /&gt;</w:t>
        <w:br/>
        <w:t>струшуватиме той сніг,&lt;br /&gt;</w:t>
        <w:br/>
        <w:t>держатиме ту шапку...&lt;br /&gt;</w:t>
        <w:br/>
        <w:t>Але я цього вже не побачу,&lt;br /&gt;</w:t>
        <w:br/>
        <w:t>мені це хіба присниться.</w:t>
      </w:r>
    </w:p>
    <w:p>
      <w:r>
        <w:br/>
        <w:t>МЕНЕ НАЗДОГАНЯЄ ВІТЕР</w:t>
      </w:r>
    </w:p>
    <w:p>
      <w:r>
        <w:br/>
        <w:t>Святвечір —&lt;br /&gt;</w:t>
        <w:br/>
        <w:t>солодкий, як медяник,&lt;br /&gt;</w:t>
        <w:br/>
        <w:t>білий, мов іній.&lt;br /&gt;</w:t>
        <w:br/>
        <w:t>Хтось постукав до нього в шибку:&lt;br /&gt;</w:t>
        <w:br/>
        <w:t>то Вечірня Зоря&lt;br /&gt;</w:t>
        <w:br/>
        <w:t>дала телеграму —&lt;br /&gt;</w:t>
        <w:br/>
        <w:t>сповістила про Боже Дитятко,&lt;br /&gt;</w:t>
        <w:br/>
        <w:t>що народилося в казці&lt;br /&gt;</w:t>
        <w:br/>
        <w:t>у далекому&lt;br /&gt;</w:t>
        <w:br/>
        <w:t>чужому Вифлеємі...</w:t>
      </w:r>
    </w:p>
    <w:p>
      <w:r>
        <w:br/>
        <w:t>Я біжу до бабусі з вечерею,&lt;br /&gt;</w:t>
        <w:br/>
        <w:t>і мені так гарно,&lt;br /&gt;</w:t>
        <w:br/>
        <w:t>і мені так тепло —&lt;br /&gt;</w:t>
        <w:br/>
        <w:t>не бере ніякий холод,&lt;br /&gt;</w:t>
        <w:br/>
        <w:t>аніяка хурделиця.&lt;br /&gt;</w:t>
        <w:br/>
        <w:t>Тільки вітер&lt;br /&gt;</w:t>
        <w:br/>
        <w:t>наздоганяє на півдорозі,&lt;br /&gt;</w:t>
        <w:br/>
        <w:t>сідає мені на плечі&lt;br /&gt;</w:t>
        <w:br/>
        <w:t>й заводить голосочком-дзвіночком,&lt;br /&gt;</w:t>
        <w:br/>
        <w:t>як добрий янгол:&lt;br /&gt;</w:t>
        <w:br/>
        <w:t>Небо і земля,&lt;br /&gt;</w:t>
        <w:br/>
        <w:t>небо і земля&lt;br /&gt;</w:t>
        <w:br/>
        <w:t>нині торжествують,&lt;br /&gt;</w:t>
        <w:br/>
        <w:t>ангели, люди,&lt;br /&gt;</w:t>
        <w:br/>
        <w:t>ангели, люди&lt;br /&gt;</w:t>
        <w:br/>
        <w:t>весело празнують...</w:t>
      </w:r>
    </w:p>
    <w:p>
      <w:r>
        <w:br/>
        <w:t>ХОДІМО, КОЛЯДКО, ЗІ МНОЮ!</w:t>
      </w:r>
    </w:p>
    <w:p>
      <w:r>
        <w:br/>
        <w:t>Ходімо, Колядко, зі мною,&lt;br /&gt;</w:t>
        <w:br/>
        <w:t>ходімо до тієї он хатки,&lt;br /&gt;</w:t>
        <w:br/>
        <w:t>куди ще стежка не втоптана.&lt;br /&gt;</w:t>
        <w:br/>
        <w:t>Там живе бабуня саменька:&lt;br /&gt;</w:t>
        <w:br/>
        <w:t>хатку нікому перевідати,&lt;br /&gt;</w:t>
        <w:br/>
        <w:t>стежку нікому протоптати.&lt;br /&gt;</w:t>
        <w:br/>
        <w:t>А ми стежку протопчемо,&lt;br /&gt;</w:t>
        <w:br/>
        <w:t>хатку перевідаємо,&lt;br /&gt;</w:t>
        <w:br/>
        <w:t>бабуні саменькій&lt;br /&gt;</w:t>
        <w:br/>
        <w:t>горішок подаруємо.&lt;br /&gt;</w:t>
        <w:br/>
        <w:t>А тоді, моя Колядко,&lt;br /&gt;</w:t>
        <w:br/>
        <w:t>ти не підеш далі.&lt;br /&gt;</w:t>
        <w:br/>
        <w:t>Ти лишишся у бабуні саменької —&lt;br /&gt;</w:t>
        <w:br/>
        <w:t>зиму зимувати,&lt;br /&gt;</w:t>
        <w:br/>
        <w:t>соненька дожидати.</w:t>
      </w:r>
    </w:p>
    <w:p>
      <w:r>
        <w:br/>
        <w:t>ВАША ВОДО-ВЕЛИЧНОСТЕ!</w:t>
      </w:r>
    </w:p>
    <w:p>
      <w:r>
        <w:br/>
        <w:t>Сьогодні у води свято —&lt;br /&gt;</w:t>
        <w:br/>
        <w:t>Водохреще.&lt;br /&gt;</w:t>
        <w:br/>
        <w:t>Сьогодні воді б"ють поклони,&lt;br /&gt;</w:t>
        <w:br/>
        <w:t>мов королеві.&lt;br /&gt;</w:t>
        <w:br/>
        <w:t>Сьогодні я їй кажу:&lt;br /&gt;</w:t>
        <w:br/>
        <w:t>— Ваша Водо-Величносте!&lt;br /&gt;</w:t>
        <w:br/>
        <w:t>Сьогодні вона справді&lt;br /&gt;</w:t>
        <w:br/>
        <w:t>чарівна:&lt;br /&gt;</w:t>
        <w:br/>
        <w:t>все пила б її,&lt;br /&gt;</w:t>
        <w:br/>
        <w:t>пила б її,&lt;br /&gt;</w:t>
        <w:br/>
        <w:t>пила...&lt;br /&gt;</w:t>
        <w:br/>
        <w:t>А тоді усміхалася б,&lt;br /&gt;</w:t>
        <w:br/>
        <w:t>усміхалася б,&lt;br /&gt;</w:t>
        <w:br/>
        <w:t>усміхалася б&lt;br /&gt;</w:t>
        <w:br/>
        <w:t>і не зводила очей&lt;br /&gt;</w:t>
        <w:br/>
        <w:t>з велетенського&lt;br /&gt;</w:t>
        <w:br/>
        <w:t>льодяного хреста біля річки.&lt;br /&gt;</w:t>
        <w:br/>
        <w:t>Бо то не просто хрест,&lt;br /&gt;</w:t>
        <w:br/>
        <w:t>то пам’ятник свята Води —&lt;br /&gt;</w:t>
        <w:br/>
        <w:t>Водохрещів.</w:t>
      </w:r>
    </w:p>
    <w:p>
      <w:r>
        <w:br/>
        <w:t>НЕВИДИМКА</w:t>
      </w:r>
    </w:p>
    <w:p>
      <w:r>
        <w:br/>
        <w:t>Бог —&lt;br /&gt;</w:t>
        <w:br/>
        <w:t>наче невидимка.&lt;br /&gt;</w:t>
        <w:br/>
        <w:t>У нього невидимі руки,&lt;br /&gt;</w:t>
        <w:br/>
        <w:t>і я ніколи не бачу,&lt;br /&gt;</w:t>
        <w:br/>
        <w:t>коли він торкається&lt;br /&gt;</w:t>
        <w:br/>
        <w:t>моєї голови.&lt;br /&gt;</w:t>
        <w:br/>
        <w:t>Голос у нього&lt;br /&gt;</w:t>
        <w:br/>
        <w:t>подібний на тишу,&lt;br /&gt;</w:t>
        <w:br/>
        <w:t>і я ніколи не чую,&lt;br /&gt;</w:t>
        <w:br/>
        <w:t>коли він мене кличе.</w:t>
      </w:r>
    </w:p>
    <w:p>
      <w:r>
        <w:br/>
        <w:t>Якось я була впала&lt;br /&gt;</w:t>
        <w:br/>
        <w:t>й забилась об камінь,&lt;br /&gt;</w:t>
        <w:br/>
        <w:t>аж сльози набігли на очі.&lt;br /&gt;</w:t>
        <w:br/>
        <w:t>Та раптом&lt;br /&gt;</w:t>
        <w:br/>
        <w:t>Хтось Невидимий&lt;br /&gt;</w:t>
        <w:br/>
        <w:t>мовив до мене:&lt;br /&gt;</w:t>
        <w:br/>
        <w:t>— Не плач, дитя,&lt;br /&gt;</w:t>
        <w:br/>
        <w:t>до весілля заживе!</w:t>
      </w:r>
    </w:p>
    <w:p>
      <w:r>
        <w:br/>
        <w:t>Голос той&lt;br /&gt;</w:t>
        <w:br/>
        <w:t>був подібний на тишу —&lt;br /&gt;</w:t>
        <w:br/>
        <w:t>лагідний, ніжний —&lt;br /&gt;</w:t>
        <w:br/>
        <w:t>і я не заплакала.&lt;br /&gt;</w:t>
        <w:br/>
        <w:t>Відтоді мені не страшно&lt;br /&gt;</w:t>
        <w:br/>
        <w:t>падати й забиватись,&lt;br /&gt;</w:t>
        <w:br/>
        <w:t>бо знаю —&lt;br /&gt;</w:t>
        <w:br/>
        <w:t>до весілля заживе!</w:t>
      </w:r>
    </w:p>
    <w:p>
      <w:r>
        <w:br/>
        <w:t>ЗНОВ БУДЕМО ДУЖЕ РАЗОМ!</w:t>
      </w:r>
    </w:p>
    <w:p>
      <w:r>
        <w:br/>
        <w:t>Мамо, не йди від мене,&lt;br /&gt;</w:t>
        <w:br/>
        <w:t>не гнівайся, я прошу.&lt;br /&gt;</w:t>
        <w:br/>
        <w:t>Сама я дуже боюся&lt;br /&gt;</w:t>
        <w:br/>
        <w:t>і блискавки, і дощу.</w:t>
      </w:r>
    </w:p>
    <w:p>
      <w:r>
        <w:br/>
        <w:t>Грому боюсь і собаки,&lt;br /&gt;</w:t>
        <w:br/>
        <w:t>бо він ще укусить мене!&lt;br /&gt;</w:t>
        <w:br/>
        <w:t>Мамо, я буду плакать,&lt;br /&gt;</w:t>
        <w:br/>
        <w:t>якщо ти покинеш мене.</w:t>
      </w:r>
    </w:p>
    <w:p>
      <w:r>
        <w:br/>
        <w:t>Вибач мені, матусю,&lt;br /&gt;</w:t>
        <w:br/>
        <w:t>то Шкода сама прийшла —&lt;br /&gt;</w:t>
        <w:br/>
        <w:t>побила і миску, й чашку,&lt;br /&gt;</w:t>
        <w:br/>
        <w:t>ще й молочко розлила.</w:t>
      </w:r>
    </w:p>
    <w:p>
      <w:r>
        <w:br/>
        <w:t>Мамо, тепер я слухняна.&lt;br /&gt;</w:t>
        <w:br/>
        <w:t>Мені вже пробачив Бог...&lt;br /&gt;</w:t>
        <w:br/>
        <w:t>Знов будемо дуже разом!&lt;br /&gt;</w:t>
        <w:br/>
        <w:t>Знов будемо дуже удвох!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 й гарно все придумав Бог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