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Новоє лєтоісчесленіє</w:t>
      </w:r>
    </w:p>
    <w:p>
      <w:r>
        <w:br/>
        <w:t xml:space="preserve"> (збірка)</w:t>
      </w:r>
    </w:p>
    <w:p>
      <w:r>
        <w:br/>
        <w:t>ТРАГІЧНЕ ПОКОЛІННЯ</w:t>
      </w:r>
    </w:p>
    <w:p>
      <w:r>
        <w:br/>
        <w:t>Воно жило і в боротьбі,&lt;br /&gt;</w:t>
        <w:br/>
        <w:t>І в муках рабського терпіння,&lt;br /&gt;</w:t>
        <w:br/>
        <w:t>Та не зневірилось в собі —&lt;br /&gt;</w:t>
        <w:br/>
        <w:t>Моє трагічне покоління.</w:t>
      </w:r>
    </w:p>
    <w:p>
      <w:r>
        <w:br/>
        <w:t>І чи конало в таборах,&lt;br /&gt;</w:t>
        <w:br/>
        <w:t>Чи клало голови на плаху —&lt;br /&gt;</w:t>
        <w:br/>
        <w:t>Жило, тамуючи і страх,&lt;br /&gt;</w:t>
        <w:br/>
        <w:t>І гнів, народжений зі страху.</w:t>
      </w:r>
    </w:p>
    <w:p>
      <w:r>
        <w:br/>
        <w:t>І часто гоїло синці,&lt;br /&gt;</w:t>
        <w:br/>
        <w:t>І мліло, кинуте за грати,&lt;br /&gt;</w:t>
        <w:br/>
        <w:t>Але не йшло на манівці —&lt;br /&gt;</w:t>
        <w:br/>
        <w:t>З німим терпінням на лиці,&lt;br /&gt;</w:t>
        <w:br/>
        <w:t>Мов у терновому вінці,&lt;br /&gt;</w:t>
        <w:br/>
        <w:t>Жило — трагічне і завзяте!</w:t>
      </w:r>
    </w:p>
    <w:p>
      <w:r>
        <w:br/>
        <w:t>1950 — 1988</w:t>
      </w:r>
    </w:p>
    <w:p>
      <w:r>
        <w:br/>
        <w:t>ЕТАП</w:t>
      </w:r>
    </w:p>
    <w:p>
      <w:r>
        <w:br/>
        <w:t>Вечірній Львів, і знічена колона,&lt;br /&gt;</w:t>
        <w:br/>
        <w:t>І конвоїри з псами — не втекти,—&lt;br /&gt;</w:t>
        <w:br/>
        <w:t>Діждалися товарного вагона&lt;br /&gt;</w:t>
        <w:br/>
        <w:t>І зникли в ньому, вирвані з глоти.</w:t>
      </w:r>
    </w:p>
    <w:p>
      <w:r>
        <w:br/>
        <w:t>В два яруси вмостилися квапливо —&lt;br /&gt;</w:t>
        <w:br/>
        <w:t>До грона гроно стрижених голів —&lt;br /&gt;</w:t>
        <w:br/>
        <w:t>І в забутті крізь дим локомотива&lt;br /&gt;</w:t>
        <w:br/>
        <w:t>Стривожено дивилися на Львів.</w:t>
      </w:r>
    </w:p>
    <w:p>
      <w:r>
        <w:br/>
        <w:t>Загув гудок — і рушили. Як тіні,&lt;br /&gt;</w:t>
        <w:br/>
        <w:t>Хиталися у рамочці вікна:&lt;br /&gt;</w:t>
        <w:br/>
        <w:t>Остання ніч на рідній Україні,&lt;br /&gt;</w:t>
        <w:br/>
        <w:t>А далі — невідома чужина.</w:t>
      </w:r>
    </w:p>
    <w:p>
      <w:r>
        <w:br/>
        <w:t>Зникали сили, тижні і вокзали,&lt;br /&gt;</w:t>
        <w:br/>
        <w:t>Ніхто не знав, куди нас завезуть,—&lt;br /&gt;</w:t>
        <w:br/>
        <w:t>Ми, як поліна в штабелі, лежали,&lt;br /&gt;</w:t>
        <w:br/>
        <w:t>На дні і ночі міряючи путь.</w:t>
      </w:r>
    </w:p>
    <w:p>
      <w:r>
        <w:br/>
        <w:t>Солона риба — їли чи не їли,&lt;br /&gt;</w:t>
        <w:br/>
        <w:t>Але нікому й крапельки води,—&lt;br /&gt;</w:t>
        <w:br/>
        <w:t>Немов кати, бездушні конвоїри&lt;br /&gt;</w:t>
        <w:br/>
        <w:t>Знущалися із нас — не доведи.</w:t>
      </w:r>
    </w:p>
    <w:p>
      <w:r>
        <w:br/>
        <w:t>По надцять раз на ніч, несамовиті,&lt;br /&gt;</w:t>
        <w:br/>
        <w:t>Лічили паші ребра залюбки,—&lt;br /&gt;</w:t>
        <w:br/>
        <w:t>Нема нічого тяжчого на світі&lt;br /&gt;</w:t>
        <w:br/>
        <w:t>За дерев'яні їхні молотки.</w:t>
      </w:r>
    </w:p>
    <w:p>
      <w:r>
        <w:br/>
        <w:t>Так цілий місяць, в голоді й печалі,&lt;br /&gt;</w:t>
        <w:br/>
        <w:t>Ми пропадали, биті задарма:&lt;br /&gt;</w:t>
        <w:br/>
        <w:t>Урал — Байкал — порт Ваніно, а далі&lt;br /&gt;</w:t>
        <w:br/>
        <w:t>Охотське море, далі — Колима.</w:t>
      </w:r>
    </w:p>
    <w:p>
      <w:r>
        <w:br/>
        <w:t>1950—1988</w:t>
      </w:r>
    </w:p>
    <w:p>
      <w:r>
        <w:br/>
        <w:t>* * *</w:t>
      </w:r>
    </w:p>
    <w:p>
      <w:r>
        <w:br/>
        <w:t>Здається, що гори горять,— вечоріє.&lt;br /&gt;</w:t>
        <w:br/>
        <w:t>Вже сонце сховалось за їхню гряду.&lt;br /&gt;</w:t>
        <w:br/>
        <w:t>І, взявшись під руки, як в сонній замрії,&lt;br /&gt;</w:t>
        <w:br/>
        <w:t>Я в довгій колоні з роботи іду.</w:t>
      </w:r>
    </w:p>
    <w:p>
      <w:r>
        <w:br/>
        <w:t>Іду і дивлюсь, як належить, під ноги,&lt;br /&gt;</w:t>
        <w:br/>
        <w:t>Йду мовчки — під зором конвою й собак,—&lt;br /&gt;</w:t>
        <w:br/>
        <w:t>Дарма, що хилюся, од вітру й знемоги,&lt;br /&gt;</w:t>
        <w:br/>
        <w:t>Квапливо іду в непривітний барак.</w:t>
      </w:r>
    </w:p>
    <w:p>
      <w:r>
        <w:br/>
        <w:t>Іду, щоб одразу упасти на нари,&lt;br /&gt;</w:t>
        <w:br/>
        <w:t>Хоч трішки спочити, не ївши весь день...&lt;br /&gt;</w:t>
        <w:br/>
        <w:t>Вже гори стемніли, і світ мов за хмари&lt;br /&gt;</w:t>
        <w:br/>
        <w:t>Зникає — він теж на спочинок іде.</w:t>
      </w:r>
    </w:p>
    <w:p>
      <w:r>
        <w:br/>
        <w:t>І лиш конвоїри з недремними псами&lt;br /&gt;</w:t>
        <w:br/>
        <w:t>Ніколи, здається, очей не зімкнуть,—&lt;br /&gt;</w:t>
        <w:br/>
        <w:t>Обступлять уранці — і знову так само&lt;br /&gt;</w:t>
        <w:br/>
        <w:t>На шахту в колоні мене поведуть.</w:t>
      </w:r>
    </w:p>
    <w:p>
      <w:r>
        <w:br/>
        <w:t>1951 — 1988</w:t>
      </w:r>
    </w:p>
    <w:p>
      <w:r>
        <w:br/>
        <w:t>* * *</w:t>
      </w:r>
    </w:p>
    <w:p>
      <w:r>
        <w:br/>
        <w:t>Як вутлий човен, кинутий у бурі,&lt;br /&gt;</w:t>
        <w:br/>
        <w:t>Я у неволі б'юся за життя,&lt;br /&gt;</w:t>
        <w:br/>
        <w:t>Шукаю в ньому точки опертя,&lt;br /&gt;</w:t>
        <w:br/>
        <w:t>Беззахисний, як пагонець на мурі.</w:t>
      </w:r>
    </w:p>
    <w:p>
      <w:r>
        <w:br/>
        <w:t>Четвертий рік, у немочі й зажурі,&lt;br /&gt;</w:t>
        <w:br/>
        <w:t>Не чуючи людського співчуття,&lt;br /&gt;</w:t>
        <w:br/>
        <w:t>Перепливаю річку небуття,&lt;br /&gt;</w:t>
        <w:br/>
        <w:t>Де видно тільки бескиди похмурі.</w:t>
      </w:r>
    </w:p>
    <w:p>
      <w:r>
        <w:br/>
        <w:t>І часто хвилі відчаю мене&lt;br /&gt;</w:t>
        <w:br/>
        <w:t>В безтямі б'ють об лоно кам'яне&lt;br /&gt;</w:t>
        <w:br/>
        <w:t>Тих бескидів — я корчуся від болю.</w:t>
      </w:r>
    </w:p>
    <w:p>
      <w:r>
        <w:br/>
        <w:t>Мабуть, уже й загинув би давно,&lt;br /&gt;</w:t>
        <w:br/>
        <w:t>Пішов би вутлим човником на дно,&lt;br /&gt;</w:t>
        <w:br/>
        <w:t>Якби на мить зневірився у волю.</w:t>
      </w:r>
    </w:p>
    <w:p>
      <w:r>
        <w:br/>
        <w:t>1952 — 1988</w:t>
      </w:r>
    </w:p>
    <w:p>
      <w:r>
        <w:br/>
        <w:t>МАРЕННЯ</w:t>
      </w:r>
    </w:p>
    <w:p>
      <w:r>
        <w:br/>
        <w:t>Не раз, повернувшись з роботи й, мов камінь,&lt;br /&gt;</w:t>
        <w:br/>
        <w:t>Упавши скраєчку тривожного сну,&lt;br /&gt;</w:t>
        <w:br/>
        <w:t>Я довго ще слухаю стомлений гамір,&lt;br /&gt;</w:t>
        <w:br/>
        <w:t>Що кане зі мною у тишу нічну.</w:t>
      </w:r>
    </w:p>
    <w:p>
      <w:r>
        <w:br/>
        <w:t>І мрію про волю, про рідну Дзвинячу,&lt;br /&gt;</w:t>
        <w:br/>
        <w:t>Дрімаючи, згадую матір свою,&lt;br /&gt;</w:t>
        <w:br/>
        <w:t>А часом і батьківське поле побачу,&lt;br /&gt;</w:t>
        <w:br/>
        <w:t>Таке дороге у чужому краю.</w:t>
      </w:r>
    </w:p>
    <w:p>
      <w:r>
        <w:br/>
        <w:t>Так зримо складаю копиці на ньому&lt;br /&gt;</w:t>
        <w:br/>
        <w:t>Чи ходжу за плугом у зграї ворон,&lt;br /&gt;</w:t>
        <w:br/>
        <w:t>І, наче куфайку, скидаючи втому,&lt;br /&gt;</w:t>
        <w:br/>
        <w:t>Бува, переплутую дійсність і сон.</w:t>
      </w:r>
    </w:p>
    <w:p>
      <w:r>
        <w:br/>
        <w:t>В щасливому сні усміхаюсь до себе&lt;br /&gt;</w:t>
        <w:br/>
        <w:t>І чую: так легко на серці мені!&lt;br /&gt;</w:t>
        <w:br/>
        <w:t>Вже місяць уповні на заході неба&lt;br /&gt;</w:t>
        <w:br/>
        <w:t>Горить, як пожар у нічному вікні.</w:t>
      </w:r>
    </w:p>
    <w:p>
      <w:r>
        <w:br/>
        <w:t>Освітлює в'язнів, що поруч зі мною&lt;br /&gt;</w:t>
        <w:br/>
        <w:t>Лежать, наче мертві у темряві шахт,—&lt;br /&gt;</w:t>
        <w:br/>
        <w:t>Я стогну, а мрія страшною марою&lt;br /&gt;</w:t>
        <w:br/>
        <w:t>Стає — і тікає, мов з тіла душа.</w:t>
      </w:r>
    </w:p>
    <w:p>
      <w:r>
        <w:br/>
        <w:t>1952 — 1988</w:t>
      </w:r>
    </w:p>
    <w:p>
      <w:r>
        <w:br/>
        <w:t>НОСТАЛЬГІЯ</w:t>
      </w:r>
    </w:p>
    <w:p>
      <w:r>
        <w:br/>
        <w:t>О хмарко грайлива&lt;br /&gt;</w:t>
        <w:br/>
        <w:t>Яка ти щаслива&lt;br /&gt;</w:t>
        <w:br/>
        <w:t>Що, маючи волю,&lt;br /&gt;</w:t>
        <w:br/>
        <w:t>У далеч пливеш,—&lt;br /&gt;</w:t>
        <w:br/>
        <w:t>Ти линеш, як мева,&lt;br /&gt;</w:t>
        <w:br/>
        <w:t>Сріблисто-рожева,&lt;br /&gt;</w:t>
        <w:br/>
        <w:t>Не чуєш ні болю,&lt;br /&gt;</w:t>
        <w:br/>
        <w:t>Ні туги — без меж.</w:t>
      </w:r>
    </w:p>
    <w:p>
      <w:r>
        <w:br/>
        <w:t>Колись неодмінно&lt;br /&gt;</w:t>
        <w:br/>
        <w:t>Мою Україну —&lt;br /&gt;</w:t>
        <w:br/>
        <w:t>Мою найсвятішу! —&lt;br /&gt;</w:t>
        <w:br/>
        <w:t>Ти стрінеш в путі;&lt;br /&gt;</w:t>
        <w:br/>
        <w:t>Побачиш, як мати&lt;br /&gt;</w:t>
        <w:br/>
        <w:t>Стоїть коло хати&lt;br /&gt;</w:t>
        <w:br/>
        <w:t>І слухає тишу&lt;br /&gt;</w:t>
        <w:br/>
        <w:t>В німій самоті.</w:t>
      </w:r>
    </w:p>
    <w:p>
      <w:r>
        <w:br/>
        <w:t>А я у неволі —&lt;br /&gt;</w:t>
        <w:br/>
        <w:t>Колимській юдолі —&lt;br /&gt;</w:t>
        <w:br/>
        <w:t>Караюся, наче&lt;br /&gt;</w:t>
        <w:br/>
        <w:t>У пеклі на дні,—&lt;br /&gt;</w:t>
        <w:br/>
        <w:t>Я мов на розп’ятті&lt;br /&gt;</w:t>
        <w:br/>
        <w:t>Пригадую матір&lt;br /&gt;</w:t>
        <w:br/>
        <w:t>І чую, як плаче&lt;br /&gt;</w:t>
        <w:br/>
        <w:t>Вона по мені.</w:t>
      </w:r>
    </w:p>
    <w:p>
      <w:r>
        <w:br/>
        <w:t>Я з розпачу млію&lt;br /&gt;</w:t>
        <w:br/>
        <w:t>І трачу надію,&lt;br /&gt;</w:t>
        <w:br/>
        <w:t>Що стрінуся з нею&lt;br /&gt;</w:t>
        <w:br/>
        <w:t>У ріднім краю,&lt;br /&gt;</w:t>
        <w:br/>
        <w:t>Та ревно молюся,&lt;br /&gt;</w:t>
        <w:br/>
        <w:t>Щоб рідна матуся&lt;br /&gt;</w:t>
        <w:br/>
        <w:t>Не чула й душею&lt;br /&gt;</w:t>
        <w:br/>
        <w:t>Про долю мою.</w:t>
      </w:r>
    </w:p>
    <w:p>
      <w:r>
        <w:br/>
        <w:t>О хмарко весела,&lt;br /&gt;</w:t>
        <w:br/>
        <w:t>Як будеш у села&lt;br /&gt;</w:t>
        <w:br/>
        <w:t>Нести над землею&lt;br /&gt;</w:t>
        <w:br/>
        <w:t>Жагу грозову —&lt;br /&gt;</w:t>
        <w:br/>
        <w:t>Скажи Україні,&lt;br /&gt;</w:t>
        <w:br/>
        <w:t>Що я на чужині&lt;br /&gt;</w:t>
        <w:br/>
        <w:t>Лиш матір'ю й Нею&lt;br /&gt;</w:t>
        <w:br/>
        <w:t>Живу.</w:t>
      </w:r>
    </w:p>
    <w:p>
      <w:r>
        <w:br/>
        <w:t>1952 — 1988</w:t>
      </w:r>
    </w:p>
    <w:p>
      <w:r>
        <w:br/>
        <w:t>СИНИЦЯ</w:t>
      </w:r>
    </w:p>
    <w:p>
      <w:r>
        <w:br/>
        <w:t>Ще тільки сіріє, а рання синиця,&lt;br /&gt;</w:t>
        <w:br/>
        <w:t>Присівши на грати, вже будить мене,—&lt;br /&gt;</w:t>
        <w:br/>
        <w:t>Аж дивно: чого їй так рано не спиться,&lt;br /&gt;</w:t>
        <w:br/>
        <w:t>Коли ще надворі й вітрець не війне.</w:t>
      </w:r>
    </w:p>
    <w:p>
      <w:r>
        <w:br/>
        <w:t>Як дома, бувало, схопився спросоння,&lt;br /&gt;</w:t>
        <w:br/>
        <w:t>Два кроки — і вже притаївсь у вікні:&lt;br /&gt;</w:t>
        <w:br/>
        <w:t>Ні сну, ні синиці — лише підвіконня&lt;br /&gt;</w:t>
        <w:br/>
        <w:t>І грати, що світ заступили мені.</w:t>
      </w:r>
    </w:p>
    <w:p>
      <w:r>
        <w:br/>
        <w:t>На сході світає — і хмари барвисті&lt;br /&gt;</w:t>
        <w:br/>
        <w:t>Зливаються в гаму далеких суцвіть,&lt;br /&gt;</w:t>
        <w:br/>
        <w:t>А тут за вікном — загорода й на вишці&lt;br /&gt;</w:t>
        <w:br/>
        <w:t>Нічний вартовий з автоматом стоїть.</w:t>
      </w:r>
    </w:p>
    <w:p>
      <w:r>
        <w:br/>
        <w:t>Можливо, мені та синиця приснилась?&lt;br /&gt;</w:t>
        <w:br/>
        <w:t>Так стукає серце — надворі ж весна...&lt;br /&gt;</w:t>
        <w:br/>
        <w:t>Незчувся, як сльози з очей покотились,—&lt;br /&gt;</w:t>
        <w:br/>
        <w:t>І я відвернувсь од вікна.</w:t>
      </w:r>
    </w:p>
    <w:p>
      <w:r>
        <w:br/>
        <w:t>1952 — 1989</w:t>
      </w:r>
    </w:p>
    <w:p>
      <w:r>
        <w:br/>
        <w:t>СПОМИН</w:t>
      </w:r>
    </w:p>
    <w:p>
      <w:r>
        <w:br/>
        <w:t>Він усмішку солодку&lt;br /&gt;</w:t>
        <w:br/>
        <w:t>Зітер з лиця, як жрець:&lt;br /&gt;</w:t>
        <w:br/>
        <w:t>Підписано "двосотку" [1] —&lt;br /&gt;</w:t>
        <w:br/>
        <w:t>І допитам кінець.</w:t>
      </w:r>
    </w:p>
    <w:p>
      <w:r>
        <w:br/>
        <w:t>Він слідство вів старанно,&lt;br /&gt;</w:t>
        <w:br/>
        <w:t>Але тепер, як тигр&lt;br /&gt;</w:t>
        <w:br/>
        <w:t>У засідці, неждано&lt;br /&gt;</w:t>
        <w:br/>
        <w:t>Напружився й застиг.</w:t>
      </w:r>
    </w:p>
    <w:p>
      <w:r>
        <w:br/>
        <w:t>Завирували зморшки:&lt;br /&gt;</w:t>
        <w:br/>
        <w:t>Удар — і світ померк,—&lt;br /&gt;</w:t>
        <w:br/>
        <w:t>Здавалося, він мовчки&lt;br /&gt;</w:t>
        <w:br/>
        <w:t>Заб'є мене на смерть.</w:t>
      </w:r>
    </w:p>
    <w:p>
      <w:r>
        <w:br/>
        <w:t>У спалаху нестями&lt;br /&gt;</w:t>
        <w:br/>
        <w:t>Тренований і злий,&lt;br /&gt;</w:t>
        <w:br/>
        <w:t>Під груди — носаками&lt;br /&gt;</w:t>
        <w:br/>
        <w:t>Й ні слова. Як німий.</w:t>
      </w:r>
    </w:p>
    <w:p>
      <w:r>
        <w:br/>
        <w:t>Мов танцював круг мене,&lt;br /&gt;</w:t>
        <w:br/>
        <w:t>Поклавщи наповал,—&lt;br /&gt;</w:t>
        <w:br/>
        <w:t>То був його щоденний&lt;br /&gt;</w:t>
        <w:br/>
        <w:t>Жертовний ритуал.</w:t>
      </w:r>
    </w:p>
    <w:p>
      <w:r>
        <w:br/>
        <w:t>Він на мені, зловтішний,&lt;br /&gt;</w:t>
        <w:br/>
        <w:t>Зганяв і втіху, й злість,—&lt;br /&gt;</w:t>
        <w:br/>
        <w:t>За що — і сам всевишній,&lt;br /&gt;</w:t>
        <w:br/>
        <w:t>Мабуть, не відповість.</w:t>
      </w:r>
    </w:p>
    <w:p>
      <w:r>
        <w:br/>
        <w:t>А лють його сваволі&lt;br /&gt;</w:t>
        <w:br/>
        <w:t>З оскалом на лиці —&lt;br /&gt;</w:t>
        <w:br/>
        <w:t>То крапка в протоколі,&lt;br /&gt;</w:t>
        <w:br/>
        <w:t>Поставлена в кінці.</w:t>
      </w:r>
    </w:p>
    <w:p>
      <w:r>
        <w:br/>
        <w:t>1952 — 1989</w:t>
      </w:r>
    </w:p>
    <w:p>
      <w:r>
        <w:br/>
        <w:t>* * *&lt;br /&gt;</w:t>
        <w:br/>
        <w:t>Вибиті вікна — й знадвору&lt;br /&gt;</w:t>
        <w:br/>
        <w:t>Сніг залітає, як пух,—&lt;br /&gt;</w:t>
        <w:br/>
        <w:t>Я тут від холоду скоро&lt;br /&gt;</w:t>
        <w:br/>
        <w:t>Випущу дух.</w:t>
      </w:r>
    </w:p>
    <w:p>
      <w:r>
        <w:br/>
        <w:t>Сумно і страшно самому,&lt;br /&gt;</w:t>
        <w:br/>
        <w:t>Карцер — то гріб під замком,&lt;br /&gt;</w:t>
        <w:br/>
        <w:t>Щоб не замерзнути в ньому,&lt;br /&gt;</w:t>
        <w:br/>
        <w:t>Гріюсь труськом.</w:t>
      </w:r>
    </w:p>
    <w:p>
      <w:r>
        <w:br/>
        <w:t>Ледве зіпруся об стінку&lt;br /&gt;</w:t>
        <w:br/>
        <w:t>Й, наче бігун чи атлет,&lt;br /&gt;</w:t>
        <w:br/>
        <w:t>Бігаю — навперемінку&lt;br /&gt;</w:t>
        <w:br/>
        <w:t>Взад і вперед.</w:t>
      </w:r>
    </w:p>
    <w:p>
      <w:r>
        <w:br/>
        <w:t>Бігаю й подумки в строфи&lt;br /&gt;</w:t>
        <w:br/>
        <w:t>Слово до слова нижу,&lt;br /&gt;</w:t>
        <w:br/>
        <w:t>Мов на вершину Голгофи,&lt;br /&gt;</w:t>
        <w:br/>
        <w:t>Холодом гнаний, біжу.</w:t>
      </w:r>
    </w:p>
    <w:p>
      <w:r>
        <w:br/>
        <w:t>1952 — 1989</w:t>
      </w:r>
    </w:p>
    <w:p>
      <w:r>
        <w:br/>
        <w:t>КАТОРЖАНИ</w:t>
      </w:r>
    </w:p>
    <w:p>
      <w:r>
        <w:br/>
        <w:t>У сірих бушлатах, німі, як раби,&lt;br /&gt;</w:t>
        <w:br/>
        <w:t>Голодні, знесилені, гнані,&lt;br /&gt;</w:t>
        <w:br/>
        <w:t>Ми зносим нестерпне знущання, аби&lt;br /&gt;</w:t>
        <w:br/>
        <w:t>Сконати у тому знущанні.</w:t>
      </w:r>
    </w:p>
    <w:p>
      <w:r>
        <w:br/>
        <w:t>Невладний над нами ні голод, ні страх,&lt;br /&gt;</w:t>
        <w:br/>
        <w:t>Хоч ми безборонні і голі,—&lt;br /&gt;</w:t>
        <w:br/>
        <w:t>Вже краще загинути в концтаборах,&lt;br /&gt;</w:t>
        <w:br/>
        <w:t>Ніж бути рабами — на волі!</w:t>
      </w:r>
    </w:p>
    <w:p>
      <w:r>
        <w:br/>
        <w:t>І хоч посіпаки, лютіші за псів,&lt;br /&gt;</w:t>
        <w:br/>
        <w:t>Готові з нас жили сотати,&lt;br /&gt;</w:t>
        <w:br/>
        <w:t>Ми мужньо, тамуючи праведний гнів,&lt;br /&gt;</w:t>
        <w:br/>
        <w:t>Підемо на муки й на страти.</w:t>
      </w:r>
    </w:p>
    <w:p>
      <w:r>
        <w:br/>
        <w:t>Ми в'язні, але не безмовні раби,&lt;br /&gt;</w:t>
        <w:br/>
        <w:t>Дарма, що закуті в кайдани,—&lt;br /&gt;</w:t>
        <w:br/>
        <w:t>З ненавистю дивимось в очі судьби,&lt;br /&gt;</w:t>
        <w:br/>
        <w:t>Ми — каторжани!</w:t>
      </w:r>
    </w:p>
    <w:p>
      <w:r>
        <w:br/>
        <w:t>1952 — 1988</w:t>
      </w:r>
    </w:p>
    <w:p>
      <w:r>
        <w:br/>
        <w:t>НОМЕР</w:t>
      </w:r>
    </w:p>
    <w:p>
      <w:r>
        <w:br/>
        <w:t>Я особовим номером навік,&lt;br /&gt;</w:t>
        <w:br/>
        <w:t>Немов тавром, позначений цинічно —&lt;br /&gt;</w:t>
        <w:br/>
        <w:t>І не на те, щоб з каторги не втік,&lt;br /&gt;</w:t>
        <w:br/>
        <w:t>А щоб, як страм, носив його публічно.</w:t>
      </w:r>
    </w:p>
    <w:p>
      <w:r>
        <w:br/>
        <w:t>Мені той номер даний як ім'я&lt;br /&gt;</w:t>
        <w:br/>
        <w:t>І як лихе напуття на дорогу,&lt;br /&gt;</w:t>
        <w:br/>
        <w:t>Адже якщо затреться він, то я&lt;br /&gt;</w:t>
        <w:br/>
        <w:t>У карцері каратимусь за нього.</w:t>
      </w:r>
    </w:p>
    <w:p>
      <w:r>
        <w:br/>
        <w:t>Такий вже тут неписаний указ,&lt;br /&gt;</w:t>
        <w:br/>
        <w:t>Без номера на каторзі — ні кроку,—&lt;br /&gt;</w:t>
        <w:br/>
        <w:t>Я через нього й мучуся не раз,&lt;br /&gt;</w:t>
        <w:br/>
        <w:t>І маю з ним прискіпливу мороку.</w:t>
      </w:r>
    </w:p>
    <w:p>
      <w:r>
        <w:br/>
        <w:t>Він пишеться на правому стегні,&lt;br /&gt;</w:t>
        <w:br/>
        <w:t>І спереду на шапці, і на спині,&lt;br /&gt;</w:t>
        <w:br/>
        <w:t>Як з паспортом, я з ним на чужині&lt;br /&gt;</w:t>
        <w:br/>
        <w:t>І житиму, і струхну в домовині.</w:t>
      </w:r>
    </w:p>
    <w:p>
      <w:r>
        <w:br/>
        <w:t>1952 — 1988</w:t>
      </w:r>
    </w:p>
    <w:p>
      <w:r>
        <w:br/>
        <w:t>ЮВІЛЕЙ</w:t>
      </w:r>
    </w:p>
    <w:p>
      <w:r>
        <w:br/>
        <w:t>По радіо — сцени баталій,&lt;br /&gt;</w:t>
        <w:br/>
        <w:t>Нема ні спокою, ні сну,—&lt;br /&gt;</w:t>
        <w:br/>
        <w:t>Замучені в'язні — і Сталін&lt;br /&gt;</w:t>
        <w:br/>
        <w:t>У рамці на цілу стіну.</w:t>
      </w:r>
    </w:p>
    <w:p>
      <w:r>
        <w:br/>
        <w:t>Бліді, наче проскури, лиця,&lt;br /&gt;</w:t>
        <w:br/>
        <w:t>Цитати з газетних статей,—&lt;br /&gt;</w:t>
        <w:br/>
        <w:t>Вже з тиждень вельможна столиця&lt;br /&gt;</w:t>
        <w:br/>
        <w:t>Святкує його ювілей.</w:t>
      </w:r>
    </w:p>
    <w:p>
      <w:r>
        <w:br/>
        <w:t>Сьогодні і я під землею,&lt;br /&gt;</w:t>
        <w:br/>
        <w:t>У шахті, хоч змучений в дим,&lt;br /&gt;</w:t>
        <w:br/>
        <w:t>На святі його ювілею,&lt;br /&gt;</w:t>
        <w:br/>
        <w:t>Як личить, зустрінуся з ним.</w:t>
      </w:r>
    </w:p>
    <w:p>
      <w:r>
        <w:br/>
        <w:t>Я вирву з газети чи з книжки&lt;br /&gt;</w:t>
        <w:br/>
        <w:t>Його ювілейний портрет,&lt;br /&gt;</w:t>
        <w:br/>
        <w:t>Приб'ю десь у шахті, і нишком&lt;br /&gt;</w:t>
        <w:br/>
        <w:t>Зустрінуся з ним тет-а-тет.</w:t>
      </w:r>
    </w:p>
    <w:p>
      <w:r>
        <w:br/>
        <w:t>Хоч раз у відплату за геній,&lt;br /&gt;</w:t>
        <w:br/>
        <w:t>Що дав нам страшну Колиму,&lt;br /&gt;</w:t>
        <w:br/>
        <w:t>Я кров'ю сухотних легенів&lt;br /&gt;</w:t>
        <w:br/>
        <w:t>Межи очі плюну йому.</w:t>
      </w:r>
    </w:p>
    <w:p>
      <w:r>
        <w:br/>
        <w:t>1952 — 1989</w:t>
      </w:r>
    </w:p>
    <w:p>
      <w:r>
        <w:br/>
        <w:t>СМЕРТЬ ТИРАНА</w:t>
      </w:r>
    </w:p>
    <w:p>
      <w:r>
        <w:br/>
        <w:t>Од молдаванина до фінна&lt;br /&gt;</w:t>
        <w:br/>
        <w:t>На всіх язиках все мовчить,&lt;br /&gt;</w:t>
        <w:br/>
        <w:t>Бо благоденствує!..&lt;br /&gt;</w:t>
        <w:br/>
        <w:t>Тарас Шевченко</w:t>
      </w:r>
    </w:p>
    <w:p>
      <w:r>
        <w:br/>
        <w:t>І околів божественний тиран,&lt;br /&gt;</w:t>
        <w:br/>
        <w:t>Создавший благоденствіє в Росії,&lt;br /&gt;</w:t>
        <w:br/>
        <w:t>Але про це ніхто — від молдаван&lt;br /&gt;</w:t>
        <w:br/>
        <w:t>До фіннів — навіть писнути не сміє.</w:t>
      </w:r>
    </w:p>
    <w:p>
      <w:r>
        <w:br/>
        <w:t>Він заморозив душі і уста —&lt;br /&gt;</w:t>
        <w:br/>
        <w:t>Ніхто не вірить в смерть його неждану,—&lt;br /&gt;</w:t>
        <w:br/>
        <w:t>На всіх язиках рабська німота&lt;br /&gt;</w:t>
        <w:br/>
        <w:t>І нині ревно молиться тирану.</w:t>
      </w:r>
    </w:p>
    <w:p>
      <w:r>
        <w:br/>
        <w:t>І не один з тривогою в очах&lt;br /&gt;</w:t>
        <w:br/>
        <w:t>Завмер і жде, що він іще воскресне,—&lt;br /&gt;</w:t>
        <w:br/>
        <w:t>Ніхто не вірить в смерть його, бо страх&lt;br /&gt;</w:t>
        <w:br/>
        <w:t>Нескоро в душах зрихліє і скресне.</w:t>
      </w:r>
    </w:p>
    <w:p>
      <w:r>
        <w:br/>
        <w:t>За тридцять літ жорстокості його —&lt;br /&gt;</w:t>
        <w:br/>
        <w:t>Мільйони жертв і зрадницьких розбоїв,&lt;br /&gt;</w:t>
        <w:br/>
        <w:t>Можливо, й Бог не відає того,&lt;br /&gt;</w:t>
        <w:br/>
        <w:t>Що той тиран у безумі накоїв.</w:t>
      </w:r>
    </w:p>
    <w:p>
      <w:r>
        <w:br/>
        <w:t>В його труні волатиме їх тінь&lt;br /&gt;</w:t>
        <w:br/>
        <w:t>І їхня кров, що ллялася рікою,&lt;br /&gt;</w:t>
        <w:br/>
        <w:t>А вічний крик зруйнованих святинь&lt;br /&gt;</w:t>
        <w:br/>
        <w:t>І в судний день не дасть йому спокою.</w:t>
      </w:r>
    </w:p>
    <w:p>
      <w:r>
        <w:br/>
        <w:t>Дарма, що він не вмер, а околів,—&lt;br /&gt;</w:t>
        <w:br/>
        <w:t>Апологети сталінської ери&lt;br /&gt;</w:t>
        <w:br/>
        <w:t>Ще довго в Нього будуть за рабів,&lt;br /&gt;</w:t>
        <w:br/>
        <w:t>Глухі, немов завалені печери.</w:t>
      </w:r>
    </w:p>
    <w:p>
      <w:r>
        <w:br/>
        <w:t>Він заморозив душі і уста —&lt;br /&gt;</w:t>
        <w:br/>
        <w:t>Ніхто не вірить в смерть його неждану,—&lt;br /&gt;</w:t>
        <w:br/>
        <w:t>На всіх язиках рабська німота&lt;br /&gt;</w:t>
        <w:br/>
        <w:t>Мовчить — і мовчки молиться тирану.</w:t>
      </w:r>
    </w:p>
    <w:p>
      <w:r>
        <w:br/>
        <w:t>6 III 1953—1988</w:t>
      </w:r>
    </w:p>
    <w:p>
      <w:r>
        <w:br/>
        <w:t>КОЛИМСЬКА ВЕСНА</w:t>
      </w:r>
    </w:p>
    <w:p>
      <w:r>
        <w:br/>
        <w:t>Посвітлішали хмари, зігріті весною,&lt;br /&gt;</w:t>
        <w:br/>
        <w:t>І над горами гливий туман посвітлів,—&lt;br /&gt;</w:t>
        <w:br/>
        <w:t>Вже й колимська зима не здається&lt;br /&gt;</w:t>
        <w:br/>
        <w:t>страшною,&lt;br /&gt;</w:t>
        <w:br/>
        <w:t>Зм'якла сила її — ні завій, ні вітрів.</w:t>
      </w:r>
    </w:p>
    <w:p>
      <w:r>
        <w:br/>
        <w:t>Хоч ночами ще тиснуть морози і гори&lt;br /&gt;</w:t>
        <w:br/>
        <w:t>У снігах, мов у білих кожухах, стоять,&lt;br /&gt;</w:t>
        <w:br/>
        <w:t>Але небо уранці вже чисте й прозоре,&lt;br /&gt;</w:t>
        <w:br/>
        <w:t>Наче марля, протерлась його непроглядь.</w:t>
      </w:r>
    </w:p>
    <w:p>
      <w:r>
        <w:br/>
        <w:t>Вже тайга віддалік — у відтінках&lt;br /&gt;</w:t>
        <w:br/>
        <w:t>смарагду,&lt;br /&gt;</w:t>
        <w:br/>
        <w:t>А повітря таке — як столітнє вино! —&lt;br /&gt;</w:t>
        <w:br/>
        <w:t>Жаль, що треба спускатися в каторжну&lt;br /&gt;</w:t>
        <w:br/>
        <w:t>шахту,&lt;br /&gt;</w:t>
        <w:br/>
        <w:t>Мов у прірву — коміть головою на дно.</w:t>
      </w:r>
    </w:p>
    <w:p>
      <w:r>
        <w:br/>
        <w:t>І конати в тій шахті — живцем в домовині,&lt;br /&gt;</w:t>
        <w:br/>
        <w:t>День у день — місяцями без сонця й тепла!..&lt;br /&gt;</w:t>
        <w:br/>
        <w:t>А весна ж не чекає — минає, і нині&lt;br /&gt;</w:t>
        <w:br/>
        <w:t>Кожна мить мимо серця летить, як стріла.</w:t>
      </w:r>
    </w:p>
    <w:p>
      <w:r>
        <w:br/>
        <w:t>Так незвично у світі — не стало тирана,&lt;br /&gt;</w:t>
        <w:br/>
        <w:t>І душа, наче крига, скресає — весна,&lt;br /&gt;</w:t>
        <w:br/>
        <w:t>Навіть рейка, що дзвоном нас будить&lt;br /&gt;</w:t>
        <w:br/>
        <w:t>щорана,&lt;br /&gt;</w:t>
        <w:br/>
        <w:t>Не така вже тепер осоружна й страшна.</w:t>
      </w:r>
    </w:p>
    <w:p>
      <w:r>
        <w:br/>
        <w:t>1953 — 1988</w:t>
      </w:r>
    </w:p>
    <w:p>
      <w:r>
        <w:br/>
        <w:t>РОЗВІД</w:t>
      </w:r>
    </w:p>
    <w:p>
      <w:r>
        <w:br/>
        <w:t>Уже сніги розтанули, і серце&lt;br /&gt;</w:t>
        <w:br/>
        <w:t>Прокинулось — печальне і сумне.&lt;br /&gt;</w:t>
        <w:br/>
        <w:t>В неволі час невидимо несеться,&lt;br /&gt;</w:t>
        <w:br/>
        <w:t>Як вітер, з ніг збиваючи мене.</w:t>
      </w:r>
    </w:p>
    <w:p>
      <w:r>
        <w:br/>
        <w:t>Воно й не дивно — каторжне знущання&lt;br /&gt;</w:t>
        <w:br/>
        <w:t>Й неситий голод випили снагу,—&lt;br /&gt;</w:t>
        <w:br/>
        <w:t>Я на розвід збираюся щорання,&lt;br /&gt;</w:t>
        <w:br/>
        <w:t>Долаючи сухоти і цингу.</w:t>
      </w:r>
    </w:p>
    <w:p>
      <w:r>
        <w:br/>
        <w:t>Знемога тіло зводить, як судома,&lt;br /&gt;</w:t>
        <w:br/>
        <w:t>Так важко йду, немов на ешафот,&lt;br /&gt;</w:t>
        <w:br/>
        <w:t>Адже ніхто на каторзі, відомо,&lt;br /&gt;</w:t>
        <w:br/>
        <w:t>Не визнає ні втоми, ні сухот.</w:t>
      </w:r>
    </w:p>
    <w:p>
      <w:r>
        <w:br/>
        <w:t>Людська душа в терпінні кам'яніє,&lt;br /&gt;</w:t>
        <w:br/>
        <w:t>Даремно в ній шукати співчуття,—&lt;br /&gt;</w:t>
        <w:br/>
        <w:t>Здається, вже ні крихітки надії&lt;br /&gt;</w:t>
        <w:br/>
        <w:t>Не залишилось в мене на життя.</w:t>
      </w:r>
    </w:p>
    <w:p>
      <w:r>
        <w:br/>
        <w:t>Але весна торкнулася до серця —&lt;br /&gt;</w:t>
        <w:br/>
        <w:t>І щось живе затьохкало в мені,&lt;br /&gt;</w:t>
        <w:br/>
        <w:t>Душа, як скрипка, зойкнула й, здається,&lt;br /&gt;</w:t>
        <w:br/>
        <w:t>Заплакала на порваній струні.</w:t>
      </w:r>
    </w:p>
    <w:p>
      <w:r>
        <w:br/>
        <w:t>1953 — 1988</w:t>
      </w:r>
    </w:p>
    <w:p>
      <w:r>
        <w:br/>
        <w:t>МОГИЛА</w:t>
      </w:r>
    </w:p>
    <w:p>
      <w:r>
        <w:br/>
        <w:t>Там, де виснуть, як мокрі мішки, небосхили&lt;br /&gt;</w:t>
        <w:br/>
        <w:t>І, задумавшись, гори стоять навкруги,&lt;br /&gt;</w:t>
        <w:br/>
        <w:t>Ледь видніє чиясь безпритульна могила,&lt;br /&gt;</w:t>
        <w:br/>
        <w:t>Мов сирітка, загублена в дебрях тайги.</w:t>
      </w:r>
    </w:p>
    <w:p>
      <w:r>
        <w:br/>
        <w:t>Ні хреста, ні, як ставлять тепер, обеліска,&lt;br /&gt;</w:t>
        <w:br/>
        <w:t>Видно, хтось безіменний у ній спочива,—&lt;br /&gt;</w:t>
        <w:br/>
        <w:t>На сторожі її лиш тоненька берізка&lt;br /&gt;</w:t>
        <w:br/>
        <w:t>В узголів'ї стоїть, як фігура жива.</w:t>
      </w:r>
    </w:p>
    <w:p>
      <w:r>
        <w:br/>
        <w:t>Сотні верст до найближчого селища в горах —&lt;br /&gt;</w:t>
        <w:br/>
        <w:t>Хто і звідки прийшов, щоб знайти тут спочив?—&lt;br /&gt;</w:t>
        <w:br/>
        <w:t>Час його в таємниці присипав, як порох,&lt;br /&gt;</w:t>
        <w:br/>
        <w:t>Лиш могилу по ньому в тайзі залишив.</w:t>
      </w:r>
    </w:p>
    <w:p>
      <w:r>
        <w:br/>
        <w:t>Може, то втікача із тяжкої неволі&lt;br /&gt;</w:t>
        <w:br/>
        <w:t>Прийняла ця земля, ця могила проста,&lt;br /&gt;</w:t>
        <w:br/>
        <w:t>Бо кого б ще могли на глухому роздоллі&lt;br /&gt;</w:t>
        <w:br/>
        <w:t>Поховати отак — без огради й хреста?</w:t>
      </w:r>
    </w:p>
    <w:p>
      <w:r>
        <w:br/>
        <w:t>Хоч би номер його особової справи&lt;br /&gt;</w:t>
        <w:br/>
        <w:t>Залишив хтось у пам'яті — біль у сльозі! —&lt;br /&gt;</w:t>
        <w:br/>
        <w:t>Ні слідочка нема — лиш каміння і трави&lt;br /&gt;</w:t>
        <w:br/>
        <w:t>Облягають її в цій дрімучій тайзі.</w:t>
      </w:r>
    </w:p>
    <w:p>
      <w:r>
        <w:br/>
        <w:t>А берізка росте. І ще довго ростиме!&lt;br /&gt;</w:t>
        <w:br/>
        <w:t>Шелестить над могилою листям своїм...&lt;br /&gt;</w:t>
        <w:br/>
        <w:t>Може, так десь лежать і його побратими,&lt;br /&gt;</w:t>
        <w:br/>
        <w:t>Що колись посадили берізку над ним.</w:t>
      </w:r>
    </w:p>
    <w:p>
      <w:r>
        <w:br/>
        <w:t>1953 — 1988</w:t>
      </w:r>
    </w:p>
    <w:p>
      <w:r>
        <w:br/>
        <w:t>НЕВОЛЬНИЦЬКА ПІСНЯ</w:t>
      </w:r>
    </w:p>
    <w:p>
      <w:r>
        <w:br/>
        <w:t>Полинула пісня під звуки гітари —&lt;br /&gt;</w:t>
        <w:br/>
        <w:t>І пружно забилось у серці життя,—&lt;br /&gt;</w:t>
        <w:br/>
        <w:t>Я чую його непокірні удари,&lt;br /&gt;</w:t>
        <w:br/>
        <w:t>Що будять в неволі святі почуття.</w:t>
      </w:r>
    </w:p>
    <w:p>
      <w:r>
        <w:br/>
        <w:t>А пісня, мов чайка, і квилить, і плаче,&lt;br /&gt;</w:t>
        <w:br/>
        <w:t>Під стогони струн повідає мені&lt;br /&gt;</w:t>
        <w:br/>
        <w:t>Про те, як живі запорожці, неначе&lt;br /&gt;</w:t>
        <w:br/>
        <w:t>В могилі, лежать в підземеллі на дні.</w:t>
      </w:r>
    </w:p>
    <w:p>
      <w:r>
        <w:br/>
        <w:t>Схиляються верби, задивлені в воду,&lt;br /&gt;</w:t>
        <w:br/>
        <w:t>І йдуть козаки у визвольний похід,—&lt;br /&gt;</w:t>
        <w:br/>
        <w:t>Не пісня — а біль невмирущого роду,&lt;br /&gt;</w:t>
        <w:br/>
        <w:t>Що волі шукає навпомацки, вбрід.</w:t>
      </w:r>
    </w:p>
    <w:p>
      <w:r>
        <w:br/>
        <w:t>Я бачу в тій пісні і битви, і орди,&lt;br /&gt;</w:t>
        <w:br/>
        <w:t>Розвіяні прахом, і в'язнів з-за грат,—&lt;br /&gt;</w:t>
        <w:br/>
        <w:t>До самого серця доходять акорди&lt;br /&gt;</w:t>
        <w:br/>
        <w:t>Козацького маршу, що зве, як набат.</w:t>
      </w:r>
    </w:p>
    <w:p>
      <w:r>
        <w:br/>
        <w:t>У кожному звуці живе Україна —&lt;br /&gt;</w:t>
        <w:br/>
        <w:t>Високі могили й широкі степи,&lt;br /&gt;</w:t>
        <w:br/>
        <w:t>І мати, що мовчки стає на коліна,&lt;br /&gt;</w:t>
        <w:br/>
        <w:t>Неначе благає когось: заступи!..</w:t>
      </w:r>
    </w:p>
    <w:p>
      <w:r>
        <w:br/>
        <w:t>А пісня, мов чайка, що квилить у полі,&lt;br /&gt;</w:t>
        <w:br/>
        <w:t>Витає над табором — скоро відбій,—&lt;br /&gt;</w:t>
        <w:br/>
        <w:t>Ще мить — і розійдуться в'язні поволі,&lt;br /&gt;</w:t>
        <w:br/>
        <w:t>Втираючи сльози в глибокій журбі.</w:t>
      </w:r>
    </w:p>
    <w:p>
      <w:r>
        <w:br/>
        <w:t>1953 — 1988</w:t>
      </w:r>
    </w:p>
    <w:p>
      <w:r>
        <w:br/>
        <w:t>* * *</w:t>
      </w:r>
    </w:p>
    <w:p>
      <w:r>
        <w:br/>
        <w:t>Невдовзі гори знов зазеленіють,&lt;br /&gt;</w:t>
        <w:br/>
        <w:t>Прокинуться за річкою лани,&lt;br /&gt;</w:t>
        <w:br/>
        <w:t>Та марно я, леліючи надію,&lt;br /&gt;</w:t>
        <w:br/>
        <w:t>Неначе волі, ждатиму весни.</w:t>
      </w:r>
    </w:p>
    <w:p>
      <w:r>
        <w:br/>
        <w:t>Вона мене в неволі не зігріє,&lt;br /&gt;</w:t>
        <w:br/>
        <w:t>Не усміхнеться й покрадьки мені,&lt;br /&gt;</w:t>
        <w:br/>
        <w:t>Лиш цяткою німої ностальгії&lt;br /&gt;</w:t>
        <w:br/>
        <w:t>Замиготить — і зникне вдалині.</w:t>
      </w:r>
    </w:p>
    <w:p>
      <w:r>
        <w:br/>
        <w:t>1953 — 1988</w:t>
      </w:r>
    </w:p>
    <w:p>
      <w:r>
        <w:br/>
        <w:t>КАРЦЕР</w:t>
      </w:r>
    </w:p>
    <w:p>
      <w:r>
        <w:br/>
        <w:t>Як домовина — темна і страшна&lt;br /&gt;</w:t>
        <w:br/>
        <w:t>Ця камера в два метри довжиною,—&lt;br /&gt;</w:t>
        <w:br/>
        <w:t>Зроблю лиш крок — і вже переді мною&lt;br /&gt;</w:t>
        <w:br/>
        <w:t>Стоїть стрімкою кручею стіна.</w:t>
      </w:r>
    </w:p>
    <w:p>
      <w:r>
        <w:br/>
        <w:t>Ані стільця, ні нар — лише з вікна&lt;br /&gt;</w:t>
        <w:br/>
        <w:t>Квадратик світла падає і грою&lt;br /&gt;</w:t>
        <w:br/>
        <w:t>Тонесенького спектра, мов стрілою,&lt;br /&gt;</w:t>
        <w:br/>
        <w:t>Могильну тьму і тишу протина.</w:t>
      </w:r>
    </w:p>
    <w:p>
      <w:r>
        <w:br/>
        <w:t>Ця камера — страшніша домовини.&lt;br /&gt;</w:t>
        <w:br/>
        <w:t>Як тяжко в ній, не чуючи провини,&lt;br /&gt;</w:t>
        <w:br/>
        <w:t>Каратися, заціпивши уста!</w:t>
      </w:r>
    </w:p>
    <w:p>
      <w:r>
        <w:br/>
        <w:t>Мовчу — як мертвий, скаржитися всує,—&lt;br /&gt;</w:t>
        <w:br/>
        <w:t>Ніхто моєї скарги не почує:</w:t>
      </w:r>
    </w:p>
    <w:p>
      <w:r>
        <w:br/>
        <w:t>У кого сила — в того й правота.</w:t>
      </w:r>
    </w:p>
    <w:p>
      <w:r>
        <w:br/>
        <w:t>1954 — 1988</w:t>
      </w:r>
    </w:p>
    <w:p>
      <w:r>
        <w:br/>
        <w:t>РІЗДВО</w:t>
      </w:r>
    </w:p>
    <w:p>
      <w:r>
        <w:br/>
        <w:t>Стемніло — скінчилася денна робота,&lt;br /&gt;</w:t>
        <w:br/>
        <w:t>Вже й світло на табір упало, як шок.&lt;br /&gt;</w:t>
        <w:br/>
        <w:t>Я на ніч в барак, мов у рот кашалота,&lt;br /&gt;</w:t>
        <w:br/>
        <w:t>Як завжди, з глотою розводу прийшов.</w:t>
      </w:r>
    </w:p>
    <w:p>
      <w:r>
        <w:br/>
        <w:t>Стою коло печі, наставивши руки,</w:t>
      </w:r>
    </w:p>
    <w:p>
      <w:r>
        <w:br/>
        <w:t>А піч лиш димить — ні вогню, ні тепла,</w:t>
      </w:r>
    </w:p>
    <w:p>
      <w:r>
        <w:br/>
        <w:t>І нічим обмити їдкої пилюки,</w:t>
      </w:r>
    </w:p>
    <w:p>
      <w:r>
        <w:br/>
        <w:t>Що в шахті всі фібри забила дотла.</w:t>
      </w:r>
    </w:p>
    <w:p>
      <w:r>
        <w:br/>
        <w:t>Сяк-так сполоскав їх у пригорщі снігу,&lt;br /&gt;</w:t>
        <w:br/>
        <w:t>Утерся й, одбувши вечерю, приліг,&lt;br /&gt;</w:t>
        <w:br/>
        <w:t>Аби вже нарешті про денну кормигу&lt;br /&gt;</w:t>
        <w:br/>
        <w:t>Забути — й заснути, не чуючи ніг.</w:t>
      </w:r>
    </w:p>
    <w:p>
      <w:r>
        <w:br/>
        <w:t>— Сьогодні ж Різдво,— хтось зітхнув&lt;br /&gt;</w:t>
        <w:br/>
        <w:t>мимоволі.</w:t>
      </w:r>
    </w:p>
    <w:p>
      <w:r>
        <w:br/>
        <w:t>— Різдво,— донеслося, немов з-під землі.&lt;br /&gt;</w:t>
        <w:br/>
        <w:t>Те слово із серця звалилося — й долі&lt;br /&gt;</w:t>
        <w:br/>
        <w:t>Упало, розбившись на болі й жалі.</w:t>
      </w:r>
    </w:p>
    <w:p>
      <w:r>
        <w:br/>
        <w:t>І рухнули спомини — важко, мов скелі,&lt;br /&gt;</w:t>
        <w:br/>
        <w:t>Засипали в серці різдвяне тепло,&lt;br /&gt;</w:t>
        <w:br/>
        <w:t>Що, наче даремне волання в пустелі,&lt;br /&gt;</w:t>
        <w:br/>
        <w:t>До самого ранку нестерпно пекло.</w:t>
      </w:r>
    </w:p>
    <w:p>
      <w:r>
        <w:br/>
        <w:t>1964—1988</w:t>
      </w:r>
    </w:p>
    <w:p>
      <w:r>
        <w:br/>
        <w:t>ЖИТТЯ</w:t>
      </w:r>
    </w:p>
    <w:p>
      <w:r>
        <w:br/>
        <w:t>Я пізнавав життя в полоні ностальгії,</w:t>
      </w:r>
    </w:p>
    <w:p>
      <w:r>
        <w:br/>
        <w:t>В тужбі за волею, у вогнищі сухот,—</w:t>
      </w:r>
    </w:p>
    <w:p>
      <w:r>
        <w:br/>
        <w:t>Як потопельник, плив із каменем на шиї,</w:t>
      </w:r>
    </w:p>
    <w:p>
      <w:r>
        <w:br/>
        <w:t>Тонув і виринав, заціплюючи рот.</w:t>
      </w:r>
    </w:p>
    <w:p>
      <w:r>
        <w:br/>
        <w:t>Минали дні й роки —&lt;br /&gt;</w:t>
        <w:br/>
        <w:t>я плив за течією,</w:t>
      </w:r>
    </w:p>
    <w:p>
      <w:r>
        <w:br/>
        <w:t>Дивився на красу й на обшир Колими,&lt;br /&gt;</w:t>
        <w:br/>
        <w:t>Я день і ніч тужив за рідною землею,&lt;br /&gt;</w:t>
        <w:br/>
        <w:t>Забутий усіма — і Богом, і людьми.</w:t>
      </w:r>
    </w:p>
    <w:p>
      <w:r>
        <w:br/>
        <w:t>Я подумки ішов у гори — вище й вище,&lt;br /&gt;</w:t>
        <w:br/>
        <w:t>Я молодість з-за гір душею визирав,—&lt;br /&gt;</w:t>
        <w:br/>
        <w:t>Моє життя було — як чорне попелище,&lt;br /&gt;</w:t>
        <w:br/>
        <w:t>Але мій дух, однак, у ньому не вмирав.</w:t>
      </w:r>
    </w:p>
    <w:p>
      <w:r>
        <w:br/>
        <w:t>Якщо здоровий дух —&lt;br /&gt;</w:t>
        <w:br/>
        <w:t>здоровим буде й тіло,</w:t>
      </w:r>
    </w:p>
    <w:p>
      <w:r>
        <w:br/>
        <w:t>Я гартував його в страшних концтаборах,&lt;br /&gt;</w:t>
        <w:br/>
        <w:t>Нічого, що життя на попіл перетліло,—&lt;br /&gt;</w:t>
        <w:br/>
        <w:t>Мій дух із попелу відроджувавсь, як птах.</w:t>
      </w:r>
    </w:p>
    <w:p>
      <w:r>
        <w:br/>
        <w:t>І хоч моє чоло — пооране, суворе,&lt;br /&gt;</w:t>
        <w:br/>
        <w:t>Хоч змучене лице, та погляд молодий,—&lt;br /&gt;</w:t>
        <w:br/>
        <w:t>Ще почуття в душі розбурхане, як море,&lt;br /&gt;</w:t>
        <w:br/>
        <w:t>Немовби я не знав ні горя, ні біди.</w:t>
      </w:r>
    </w:p>
    <w:p>
      <w:r>
        <w:br/>
        <w:t>Якби мене спитав хтось пещений і ситий,&lt;br /&gt;</w:t>
        <w:br/>
        <w:t>Чи варто жити так, як я — на Колимі,&lt;br /&gt;</w:t>
        <w:br/>
        <w:t>Я б відповів йому,&lt;br /&gt;</w:t>
        <w:br/>
        <w:t>що краще вік прожити</w:t>
      </w:r>
    </w:p>
    <w:p>
      <w:r>
        <w:br/>
        <w:t>На каторзі, ніж день — в духовному ярмі.</w:t>
      </w:r>
    </w:p>
    <w:p>
      <w:r>
        <w:br/>
        <w:t>Я жив не так, як він, що знав лиш насолоду&lt;br /&gt;</w:t>
        <w:br/>
        <w:t>И усе життя в страху догоджував усім,&lt;br /&gt;</w:t>
        <w:br/>
        <w:t>Немов бездушний черв, не чув страждань народу,&lt;br /&gt;</w:t>
        <w:br/>
        <w:t>Безрідний і чужий йому, як анонім.</w:t>
      </w:r>
    </w:p>
    <w:p>
      <w:r>
        <w:br/>
        <w:t>Ні, я не скнів — я жив, хоч часто в очі смерті&lt;br /&gt;</w:t>
        <w:br/>
        <w:t>Дивився й кров'ю в них плював у забутті,—&lt;br /&gt;</w:t>
        <w:br/>
        <w:t>Я пізнавав життя в бездушності одвертій,&lt;br /&gt;</w:t>
        <w:br/>
        <w:t>Але ніколи їй не кланявся в житті.</w:t>
      </w:r>
    </w:p>
    <w:p>
      <w:r>
        <w:br/>
        <w:t>1954—1988</w:t>
      </w:r>
    </w:p>
    <w:p>
      <w:r>
        <w:br/>
        <w:t>МАТЕРІ</w:t>
      </w:r>
    </w:p>
    <w:p>
      <w:r>
        <w:br/>
        <w:t>"Жди меня, и я вернусь".&lt;br /&gt;</w:t>
        <w:br/>
        <w:t>К. Симонов</w:t>
      </w:r>
    </w:p>
    <w:p>
      <w:r>
        <w:br/>
        <w:t>Жди мене, мамо, у кожну хвилину,&lt;br /&gt;</w:t>
        <w:br/>
        <w:t>Жди у жорстоку добу,—&lt;br /&gt;</w:t>
        <w:br/>
        <w:t>Доки ти ждатимеш — я не загину,&lt;br /&gt;</w:t>
        <w:br/>
        <w:t>Я переможу судьбу.</w:t>
      </w:r>
    </w:p>
    <w:p>
      <w:r>
        <w:br/>
        <w:t>Жди, хоч недоля нас тяжко карає,&lt;br /&gt;</w:t>
        <w:br/>
        <w:t>Жди у терпінні, в сльозах,—&lt;br /&gt;</w:t>
        <w:br/>
        <w:t>Я крізь розлуку і відстань безкраю&lt;br /&gt;</w:t>
        <w:br/>
        <w:t>Лину до тебе, як птах.</w:t>
      </w:r>
    </w:p>
    <w:p>
      <w:r>
        <w:br/>
        <w:t>Жди серед ночі — до самого рана,&lt;br /&gt;</w:t>
        <w:br/>
        <w:t>Жди — чи зима, чи весна,—&lt;br /&gt;</w:t>
        <w:br/>
        <w:t>Може, якраз я прилину й неждано&lt;br /&gt;</w:t>
        <w:br/>
        <w:t>Стукну у шибку вікна.</w:t>
      </w:r>
    </w:p>
    <w:p>
      <w:r>
        <w:br/>
        <w:t>Жди на Великдень, коли розговлятись&lt;br /&gt;</w:t>
        <w:br/>
        <w:t>Будеш з малими дітьми,—&lt;br /&gt;</w:t>
        <w:br/>
        <w:t>Може, і я завітаю на свято,&lt;br /&gt;</w:t>
        <w:br/>
        <w:t>Наче воскреслий з тюрми.</w:t>
      </w:r>
    </w:p>
    <w:p>
      <w:r>
        <w:br/>
        <w:t>Жди й на Різдво — не зневіришся, мамо,&lt;br /&gt;</w:t>
        <w:br/>
        <w:t>Жди — не давайся журбі,—&lt;br /&gt;</w:t>
        <w:br/>
        <w:t>Може, я пошепки з колядниками&lt;br /&gt;</w:t>
        <w:br/>
        <w:t>Заколядую тобі.</w:t>
      </w:r>
    </w:p>
    <w:p>
      <w:r>
        <w:br/>
        <w:t>Жди ненастанно — у дощ і в погоду,&lt;br /&gt;</w:t>
        <w:br/>
        <w:t>Жди в хуртовину й жару,—&lt;br /&gt;</w:t>
        <w:br/>
        <w:t>Я повернуся до рідного роду&lt;br /&gt;</w:t>
        <w:br/>
        <w:t>И сльози тобі обітру.</w:t>
      </w:r>
    </w:p>
    <w:p>
      <w:r>
        <w:br/>
        <w:t>Жди, хоч почуєш, що я вже в могилі,&lt;br /&gt;</w:t>
        <w:br/>
        <w:t>Не подавай за впокій,—&lt;br /&gt;</w:t>
        <w:br/>
        <w:t>Я тобі вогником на небосхилі&lt;br /&gt;</w:t>
        <w:br/>
        <w:t>Сятиму в пітьмі тяжкій.</w:t>
      </w:r>
    </w:p>
    <w:p>
      <w:r>
        <w:br/>
        <w:t>Жди: що б не сталось — я вирвусь з неволі,&lt;br /&gt;</w:t>
        <w:br/>
        <w:t>Жди з-під землі й з-під води,—&lt;br /&gt;</w:t>
        <w:br/>
        <w:t>Я переможу всі муки і болі,&lt;br /&gt;</w:t>
        <w:br/>
        <w:t>Тільки ти жди мене, жди!</w:t>
      </w:r>
    </w:p>
    <w:p>
      <w:r>
        <w:br/>
        <w:t>1954—1988</w:t>
      </w:r>
    </w:p>
    <w:p>
      <w:r>
        <w:br/>
        <w:t>МАТЕРІ</w:t>
      </w:r>
    </w:p>
    <w:p>
      <w:r>
        <w:br/>
        <w:t>"Жди меня, и я вернусь".&lt;br /&gt;</w:t>
        <w:br/>
        <w:t>К. Симонов</w:t>
      </w:r>
    </w:p>
    <w:p>
      <w:r>
        <w:br/>
        <w:t>Жди мене, мамо, у кожну хвилину,&lt;br /&gt;</w:t>
        <w:br/>
        <w:t>Жди у жорстоку добу,—&lt;br /&gt;</w:t>
        <w:br/>
        <w:t>Доки ти ждатимеш — я не загину,&lt;br /&gt;</w:t>
        <w:br/>
        <w:t>Я переможу судьбу.</w:t>
      </w:r>
    </w:p>
    <w:p>
      <w:r>
        <w:br/>
        <w:t>Жди, хоч недоля нас тяжко карає,&lt;br /&gt;</w:t>
        <w:br/>
        <w:t>Жди у терпінні, в сльозах,—&lt;br /&gt;</w:t>
        <w:br/>
        <w:t>Я крізь розлуку і відстань безкраю&lt;br /&gt;</w:t>
        <w:br/>
        <w:t>Лину до тебе, як птах.</w:t>
      </w:r>
    </w:p>
    <w:p>
      <w:r>
        <w:br/>
        <w:t>Жди серед ночі — до самого рана,&lt;br /&gt;</w:t>
        <w:br/>
        <w:t>Жди — чи зима, чи весна,—&lt;br /&gt;</w:t>
        <w:br/>
        <w:t>Може, якраз я прилину й неждано&lt;br /&gt;</w:t>
        <w:br/>
        <w:t>Стукну у шибку вікна.</w:t>
      </w:r>
    </w:p>
    <w:p>
      <w:r>
        <w:br/>
        <w:t>Жди на Великдень, коли розговлятись&lt;br /&gt;</w:t>
        <w:br/>
        <w:t>Будеш з малими дітьми,—&lt;br /&gt;</w:t>
        <w:br/>
        <w:t>Може, і я завітаю на свято,&lt;br /&gt;</w:t>
        <w:br/>
        <w:t>Наче воскреслий з тюрми.</w:t>
      </w:r>
    </w:p>
    <w:p>
      <w:r>
        <w:br/>
        <w:t>Жди й на Різдво — не зневіришся, мамо,&lt;br /&gt;</w:t>
        <w:br/>
        <w:t>Жди — не давайся журбі,—&lt;br /&gt;</w:t>
        <w:br/>
        <w:t>Може, я пошепки з колядниками&lt;br /&gt;</w:t>
        <w:br/>
        <w:t>Заколядую тобі.</w:t>
      </w:r>
    </w:p>
    <w:p>
      <w:r>
        <w:br/>
        <w:t>Жди ненастанно — у дощ і в погоду,&lt;br /&gt;</w:t>
        <w:br/>
        <w:t>Жди в хуртовину й жару,—&lt;br /&gt;</w:t>
        <w:br/>
        <w:t>Я повернуся до рідного роду&lt;br /&gt;</w:t>
        <w:br/>
        <w:t>И сльози тобі обітру.</w:t>
      </w:r>
    </w:p>
    <w:p>
      <w:r>
        <w:br/>
        <w:t>Жди, хоч почуєш, що я вже в могилі,&lt;br /&gt;</w:t>
        <w:br/>
        <w:t>Не подавай за впокій,—&lt;br /&gt;</w:t>
        <w:br/>
        <w:t>Я тобі вогником на небосхилі&lt;br /&gt;</w:t>
        <w:br/>
        <w:t>Сятиму в пітьмі тяжкій.</w:t>
      </w:r>
    </w:p>
    <w:p>
      <w:r>
        <w:br/>
        <w:t>Жди: що б не сталось — я вирвусь з неволі,&lt;br /&gt;</w:t>
        <w:br/>
        <w:t>Жди з-під землі й з-під води,—&lt;br /&gt;</w:t>
        <w:br/>
        <w:t>Я переможу всі муки і болі,&lt;br /&gt;</w:t>
        <w:br/>
        <w:t>Тільки ти жди мене, жди!</w:t>
      </w:r>
    </w:p>
    <w:p>
      <w:r>
        <w:br/>
        <w:t>1954—1988</w:t>
      </w:r>
    </w:p>
    <w:p>
      <w:r>
        <w:br/>
        <w:t>НЕВОЛЬНИЦІ</w:t>
      </w:r>
    </w:p>
    <w:p>
      <w:r>
        <w:br/>
        <w:t>Колони й колони —&lt;br /&gt;</w:t>
        <w:br/>
        <w:t>в німій чужині,&lt;br /&gt;</w:t>
        <w:br/>
        <w:t>Знеможені й гнані, ідуть крізь хуртечі,&lt;br /&gt;</w:t>
        <w:br/>
        <w:t>Ідуть і не чують, як зори стальні,&lt;br /&gt;</w:t>
        <w:br/>
        <w:t>Неначе багнети, впиваються в плечі.</w:t>
      </w:r>
    </w:p>
    <w:p>
      <w:r>
        <w:br/>
        <w:t>І сніг, забиваючи дух, як вогонь,&lt;br /&gt;</w:t>
        <w:br/>
        <w:t>Пекельно січе в обморожені щоки,&lt;br /&gt;</w:t>
        <w:br/>
        <w:t>Мороз, мов наїзник, примчавши вдогонь,&lt;br /&gt;</w:t>
        <w:br/>
        <w:t>Бере їх в обійми і мучить жорстоко.</w:t>
      </w:r>
    </w:p>
    <w:p>
      <w:r>
        <w:br/>
        <w:t>Прийшли на роботу — лопати й ломи,&lt;br /&gt;</w:t>
        <w:br/>
        <w:t>Гризи хоч зубами цю вічну мерзлоту!&lt;br /&gt;</w:t>
        <w:br/>
        <w:t>А вітер кружляє у танці зими&lt;br /&gt;</w:t>
        <w:br/>
        <w:t>І б'є їх навідліг до сьомого поту.</w:t>
      </w:r>
    </w:p>
    <w:p>
      <w:r>
        <w:br/>
        <w:t>Надсадно довбуть, мов надгробки свої,&lt;br /&gt;</w:t>
        <w:br/>
        <w:t>Ця вічна мерзлота —&lt;br /&gt;</w:t>
        <w:br/>
        <w:t>твердіша за камінь,—&lt;br /&gt;</w:t>
        <w:br/>
        <w:t>Довбуть і тужливо у рідні краї&lt;br /&gt;</w:t>
        <w:br/>
        <w:t>Не раз, замерзаючи, линуть думками.</w:t>
      </w:r>
    </w:p>
    <w:p>
      <w:r>
        <w:br/>
        <w:t>Так хочеться їм хоч на хвильку, на мить&lt;br /&gt;</w:t>
        <w:br/>
        <w:t>У рідній хатині край грубки завмерти,&lt;br /&gt;</w:t>
        <w:br/>
        <w:t>Почути, як в тіло тепло струменить,&lt;br /&gt;</w:t>
        <w:br/>
        <w:t>Як тануть у ньому сибірські замети.</w:t>
      </w:r>
    </w:p>
    <w:p>
      <w:r>
        <w:br/>
        <w:t>Та марні бажання —&lt;br /&gt;</w:t>
        <w:br/>
        <w:t>лиш вітер гуде&lt;br /&gt;</w:t>
        <w:br/>
        <w:t>І гупають їхні ломи та лопати,—&lt;br /&gt;</w:t>
        <w:br/>
        <w:t>Як важко їм дихати й з хрипом грудей,&lt;br /&gt;</w:t>
        <w:br/>
        <w:t>Задихавшись, землю весь день колупати!</w:t>
      </w:r>
    </w:p>
    <w:p>
      <w:r>
        <w:br/>
        <w:t>І в’яне в неволі дівоча краса,&lt;br /&gt;</w:t>
        <w:br/>
        <w:t>Грубіють їх ніжні спрацьовані руки,&lt;br /&gt;</w:t>
        <w:br/>
        <w:t>Жіночість — і та поступово згаса,&lt;br /&gt;</w:t>
        <w:br/>
        <w:t>Немов кам’яніє з німої розпуки.</w:t>
      </w:r>
    </w:p>
    <w:p>
      <w:r>
        <w:br/>
        <w:t>І голод під серцем їх смокче, як спрут,&lt;br /&gt;</w:t>
        <w:br/>
        <w:t>І холод нахабно хапає за груди...&lt;br /&gt;</w:t>
        <w:br/>
        <w:t>...Колони й колони — мільйони їх тут,&lt;br /&gt;</w:t>
        <w:br/>
        <w:t>Невинних, ідуть під конвоєм — в нікуди.</w:t>
      </w:r>
    </w:p>
    <w:p>
      <w:r>
        <w:br/>
        <w:t>1954 — 1988</w:t>
      </w:r>
    </w:p>
    <w:p>
      <w:r>
        <w:br/>
        <w:t>* * *</w:t>
      </w:r>
    </w:p>
    <w:p>
      <w:r>
        <w:br/>
        <w:t>І в’яне в неволі дівоча краса,&lt;br /&gt;</w:t>
        <w:br/>
        <w:t>Грубіють їх ніжні спрацьовані руки,&lt;br /&gt;</w:t>
        <w:br/>
        <w:t>Жіночість — і та поступово згаса,&lt;br /&gt;</w:t>
        <w:br/>
        <w:t>Немов кам’яніє з німої розпуки.</w:t>
      </w:r>
    </w:p>
    <w:p>
      <w:r>
        <w:br/>
        <w:t>І голод під серцем їх смокче, як спрут,&lt;br /&gt;</w:t>
        <w:br/>
        <w:t>І холод нахабно хапає за груди...&lt;br /&gt;</w:t>
        <w:br/>
        <w:t>...Колони й колони — мільйони їх тут,&lt;br /&gt;</w:t>
        <w:br/>
        <w:t>Невинних, ідуть під конвоєм — в нікуди.</w:t>
      </w:r>
    </w:p>
    <w:p>
      <w:r>
        <w:br/>
        <w:t>1954 — 1988&lt;br /&gt;</w:t>
        <w:br/>
        <w:t>* * *</w:t>
      </w:r>
    </w:p>
    <w:p>
      <w:r>
        <w:br/>
        <w:t>Дивлюсь на небо — сіре, однотонне,&lt;br /&gt;</w:t>
        <w:br/>
        <w:t>Як і життя в неволі, і мені&lt;br /&gt;</w:t>
        <w:br/>
        <w:t>Той сірий колір десь у глибині&lt;br /&gt;</w:t>
        <w:br/>
        <w:t>Душі лежить і каменем холоне.</w:t>
      </w:r>
    </w:p>
    <w:p>
      <w:r>
        <w:br/>
        <w:t>Тут сонце й те — лиш вигляне і тоне&lt;br /&gt;</w:t>
        <w:br/>
        <w:t>Мов у безодні. Хмари — крижані,&lt;br /&gt;</w:t>
        <w:br/>
        <w:t>А гори — мертві. Тут і навесні&lt;br /&gt;</w:t>
        <w:br/>
        <w:t>Усе безбарвне, зниділе і сонне.</w:t>
      </w:r>
    </w:p>
    <w:p>
      <w:r>
        <w:br/>
        <w:t>Ще й огорожа з дротом навкруги...&lt;br /&gt;</w:t>
        <w:br/>
        <w:t>Якої треба мужності й снаги,&lt;br /&gt;</w:t>
        <w:br/>
        <w:t>Щоб вижити в цій каторжній юдолі!</w:t>
      </w:r>
    </w:p>
    <w:p>
      <w:r>
        <w:br/>
        <w:t>Я десять кіл у пеклі перейшов,&lt;br /&gt;</w:t>
        <w:br/>
        <w:t>Але живу — і мрію про любов,&lt;br /&gt;</w:t>
        <w:br/>
        <w:t>Живу, хоч, може, й плачу мимоволі.</w:t>
      </w:r>
    </w:p>
    <w:p>
      <w:r>
        <w:br/>
        <w:t>1954—1988</w:t>
      </w:r>
    </w:p>
    <w:p>
      <w:r>
        <w:br/>
        <w:t>БЕЗСОННЯ</w:t>
      </w:r>
    </w:p>
    <w:p>
      <w:r>
        <w:br/>
        <w:t>Солодка дрімота, мов стомлена мати,&lt;br /&gt;</w:t>
        <w:br/>
        <w:t>Проводить рукою по віях моїх,&lt;br /&gt;</w:t>
        <w:br/>
        <w:t>А серце, що зроду не відало втіх,&lt;br /&gt;</w:t>
        <w:br/>
        <w:t>Товчеться — й не хоче ніяк засинати.</w:t>
      </w:r>
    </w:p>
    <w:p>
      <w:r>
        <w:br/>
        <w:t>Дарма, що навколо — і темінь, і грати,&lt;br /&gt;</w:t>
        <w:br/>
        <w:t>Що сон вже півсвіту давно переміг,&lt;br /&gt;</w:t>
        <w:br/>
        <w:t>Воно безоглядно пішло б і на гріх,&lt;br /&gt;</w:t>
        <w:br/>
        <w:t>Аби хоч краплину кохання пізнати.</w:t>
      </w:r>
    </w:p>
    <w:p>
      <w:r>
        <w:br/>
        <w:t>Та марно воно вибивається з сили:&lt;br /&gt;</w:t>
        <w:br/>
        <w:t>Куди не піткнеться — колючі дроти,—&lt;br /&gt;</w:t>
        <w:br/>
        <w:t>Чи ж можна у клітці піднятись на крила?</w:t>
      </w:r>
    </w:p>
    <w:p>
      <w:r>
        <w:br/>
        <w:t>Ні, мабуть, від себе йому не втекти,—&lt;br /&gt;</w:t>
        <w:br/>
        <w:t>І б'ється, і рветься воно з темноти —&lt;br /&gt;</w:t>
        <w:br/>
        <w:t>Куди? — і самому збагнути несила.</w:t>
      </w:r>
    </w:p>
    <w:p>
      <w:r>
        <w:br/>
        <w:t>1954</w:t>
      </w:r>
    </w:p>
    <w:p>
      <w:r>
        <w:br/>
        <w:t>* * *</w:t>
      </w:r>
    </w:p>
    <w:p>
      <w:r>
        <w:br/>
        <w:t>Я без любові нидію і гину,&lt;br /&gt;</w:t>
        <w:br/>
        <w:t>Закинутий в холодну чужину,&lt;br /&gt;</w:t>
        <w:br/>
        <w:t>Мабуть, я в тому холоді й засну,&lt;br /&gt;</w:t>
        <w:br/>
        <w:t>Не відігрівши серця до загину.</w:t>
      </w:r>
    </w:p>
    <w:p>
      <w:r>
        <w:br/>
        <w:t>Я дотепер пізнав лише полинну&lt;br /&gt;</w:t>
        <w:br/>
        <w:t>Гримасу долі — каторгу страшну:&lt;br /&gt;</w:t>
        <w:br/>
        <w:t>Без просвітку і спочиву тягну&lt;br /&gt;</w:t>
        <w:br/>
        <w:t>Тягар життя, як воза в хуртовину.</w:t>
      </w:r>
    </w:p>
    <w:p>
      <w:r>
        <w:br/>
        <w:t>Літа, немов повалені хрести,&lt;br /&gt;</w:t>
        <w:br/>
        <w:t>Вростають в душу болем самоти —&lt;br /&gt;</w:t>
        <w:br/>
        <w:t>Я до землі згинаюся під ними.</w:t>
      </w:r>
    </w:p>
    <w:p>
      <w:r>
        <w:br/>
        <w:t>Але іду. Не падаю. Несу.&lt;br /&gt;</w:t>
        <w:br/>
        <w:t>В любові я сповідую красу —&lt;br /&gt;</w:t>
        <w:br/>
        <w:t>Вона мене до віку берегтиме.</w:t>
      </w:r>
    </w:p>
    <w:p>
      <w:r>
        <w:br/>
        <w:t>1954—1988</w:t>
      </w:r>
    </w:p>
    <w:p>
      <w:r>
        <w:br/>
        <w:t>КОЛЮЧЕ ПЛЕТИВО ДРОТІВ</w:t>
      </w:r>
    </w:p>
    <w:p>
      <w:r>
        <w:br/>
        <w:t>Моїй дружині</w:t>
      </w:r>
    </w:p>
    <w:p>
      <w:r>
        <w:br/>
        <w:t>1</w:t>
      </w:r>
    </w:p>
    <w:p>
      <w:r>
        <w:br/>
        <w:t>На Колимі, де урвища і скелі&lt;br /&gt;</w:t>
        <w:br/>
        <w:t>Змагаються з потугою вітрів,&lt;br /&gt;</w:t>
        <w:br/>
        <w:t>Я так тебе негадане уздрів,&lt;br /&gt;</w:t>
        <w:br/>
        <w:t>Як подорожній — річку у пустелі.</w:t>
      </w:r>
    </w:p>
    <w:p>
      <w:r>
        <w:br/>
        <w:t>І посвітліли темні акварелі&lt;br /&gt;</w:t>
        <w:br/>
        <w:t>Колимських краєвидів, посвітлів&lt;br /&gt;</w:t>
        <w:br/>
        <w:t>Мій тужний погляд — відсвіт почуттів,&lt;br /&gt;</w:t>
        <w:br/>
        <w:t>Тугих, як струни на віолончелі.</w:t>
      </w:r>
    </w:p>
    <w:p>
      <w:r>
        <w:br/>
        <w:t>Ти провідною зіркою мені&lt;br /&gt;</w:t>
        <w:br/>
        <w:t>Засяяла в неволі й освітила&lt;br /&gt;</w:t>
        <w:br/>
        <w:t>Моє життя і світ на чужині.</w:t>
      </w:r>
    </w:p>
    <w:p>
      <w:r>
        <w:br/>
        <w:t>Той світ покритий темрявою, мила,&lt;br /&gt;</w:t>
        <w:br/>
        <w:t>Вона мені страшніша, ніж могила,—&lt;br /&gt;</w:t>
        <w:br/>
        <w:t>Якби не ти — я згинув би у ній.</w:t>
      </w:r>
    </w:p>
    <w:p>
      <w:r>
        <w:br/>
        <w:t>2</w:t>
      </w:r>
    </w:p>
    <w:p>
      <w:r>
        <w:br/>
        <w:t>Ми всі про щастя мріємо в коханні,&lt;br /&gt;</w:t>
        <w:br/>
        <w:t>Хоча воно й примарне, як мара,—&lt;br /&gt;</w:t>
        <w:br/>
        <w:t>Дивлюсь на нього —&lt;br /&gt;</w:t>
        <w:br/>
        <w:t>й серце завмира,&lt;br /&gt;</w:t>
        <w:br/>
        <w:t>Ачей же ми обоє безталанні.</w:t>
      </w:r>
    </w:p>
    <w:p>
      <w:r>
        <w:br/>
        <w:t>І вже довіку, цьковані і гнані,&lt;br /&gt;</w:t>
        <w:br/>
        <w:t>Мов витурені з рідного двора,&lt;br /&gt;</w:t>
        <w:br/>
        <w:t>Не знаючи ні щастя, ні добра,&lt;br /&gt;</w:t>
        <w:br/>
        <w:t>Ми будем снити ними в завмиранні.</w:t>
      </w:r>
    </w:p>
    <w:p>
      <w:r>
        <w:br/>
        <w:t>Колючий дріт. Неволя. Колима.&lt;br /&gt;</w:t>
        <w:br/>
        <w:t>А ми шукаєм щастя крадькома,&lt;br /&gt;</w:t>
        <w:br/>
        <w:t>Щоб хоч на мить зустрітися очима.</w:t>
      </w:r>
    </w:p>
    <w:p>
      <w:r>
        <w:br/>
        <w:t>Ні пари з уст — бентежні й мовчазні,&lt;br /&gt;</w:t>
        <w:br/>
        <w:t>Ховаємо кохання в таїні:&lt;br /&gt;</w:t>
        <w:br/>
        <w:t>За нього тут карають невмолимо.</w:t>
      </w:r>
    </w:p>
    <w:p>
      <w:r>
        <w:br/>
        <w:t>3</w:t>
      </w:r>
    </w:p>
    <w:p>
      <w:r>
        <w:br/>
        <w:t>Давно від тебе вісточки нема,&lt;br /&gt;</w:t>
        <w:br/>
        <w:t>Я записки як в прірву посилаю,—&lt;br /&gt;</w:t>
        <w:br/>
        <w:t>Німим чеканням змучений до краю,&lt;br /&gt;</w:t>
        <w:br/>
        <w:t>Вже й сумніви збираю крадькома.</w:t>
      </w:r>
    </w:p>
    <w:p>
      <w:r>
        <w:br/>
        <w:t>Нестерпна туга душу обійма,&lt;br /&gt;</w:t>
        <w:br/>
        <w:t>Куди від себе дітися — не знаю,&lt;br /&gt;</w:t>
        <w:br/>
        <w:t>Я, наче грішник, вигнаний із раю,&lt;br /&gt;</w:t>
        <w:br/>
        <w:t>В тяжкій розпуці їм себе їдьма.</w:t>
      </w:r>
    </w:p>
    <w:p>
      <w:r>
        <w:br/>
        <w:t>Ні, я ще так не мучився, здається,&lt;br /&gt;</w:t>
        <w:br/>
        <w:t>Я відвертаю спогади від серця,&lt;br /&gt;</w:t>
        <w:br/>
        <w:t>Неначе гострі кулі чи списи.</w:t>
      </w:r>
    </w:p>
    <w:p>
      <w:r>
        <w:br/>
        <w:t>А сумніви — нема від них одбою.&lt;br /&gt;</w:t>
        <w:br/>
        <w:t>Невже так пильно стежать за тобою,&lt;br /&gt;</w:t>
        <w:br/>
        <w:t>Що й голосу мені не подаси?..</w:t>
      </w:r>
    </w:p>
    <w:p>
      <w:r>
        <w:br/>
        <w:t>4</w:t>
      </w:r>
    </w:p>
    <w:p>
      <w:r>
        <w:br/>
        <w:t>Як диких коней в упряжі — насилу&lt;br /&gt;</w:t>
        <w:br/>
        <w:t>Я стримую шалені почуття,&lt;br /&gt;</w:t>
        <w:br/>
        <w:t>Я не боюся смерті, хоч життя&lt;br /&gt;</w:t>
        <w:br/>
        <w:t>Мене ще так ніколи не п'янило.</w:t>
      </w:r>
    </w:p>
    <w:p>
      <w:r>
        <w:br/>
        <w:t>Узаперті кохання — як горнило,&lt;br /&gt;</w:t>
        <w:br/>
        <w:t>Само в собі згоряє без пуття,—&lt;br /&gt;</w:t>
        <w:br/>
        <w:t>Я в сні — і то не маю забуття,&lt;br /&gt;</w:t>
        <w:br/>
        <w:t>Немов у пеклі мучуся безсило.</w:t>
      </w:r>
    </w:p>
    <w:p>
      <w:r>
        <w:br/>
        <w:t>Куди не гляну — вишки і дроти,&lt;br /&gt;</w:t>
        <w:br/>
        <w:t>Але до них не можна підійти,&lt;br /&gt;</w:t>
        <w:br/>
        <w:t>Хіба за мить до смерті — у відчаї.</w:t>
      </w:r>
    </w:p>
    <w:p>
      <w:r>
        <w:br/>
        <w:t>Тут кожний день — як вирок на суді.&lt;br /&gt;</w:t>
        <w:br/>
        <w:t>Якщо терпець увірветься — тоді&lt;br /&gt;</w:t>
        <w:br/>
        <w:t>Той вирок, мабудь, куля увінчає.</w:t>
      </w:r>
    </w:p>
    <w:p>
      <w:r>
        <w:br/>
        <w:t>5</w:t>
      </w:r>
    </w:p>
    <w:p>
      <w:r>
        <w:br/>
        <w:t>Я був на попіл серцем перетлів,&lt;br /&gt;</w:t>
        <w:br/>
        <w:t>Чекаючи обіцяної стрічі,&lt;br /&gt;</w:t>
        <w:br/>
        <w:t>А ти немовби в іншому сторіччі&lt;br /&gt;</w:t>
        <w:br/>
        <w:t>Жила, забувши мову почуттів.</w:t>
      </w:r>
    </w:p>
    <w:p>
      <w:r>
        <w:br/>
        <w:t>Здавалось, я навік осиротів,&lt;br /&gt;</w:t>
        <w:br/>
        <w:t>Готовий, не задумуючись, двічі&lt;br /&gt;</w:t>
        <w:br/>
        <w:t>Піти на смерть, щоб глянути у вічі&lt;br /&gt;</w:t>
        <w:br/>
        <w:t>Тобі хоча б крізь плетиво дротів.</w:t>
      </w:r>
    </w:p>
    <w:p>
      <w:r>
        <w:br/>
        <w:t>Адже любов, закована у пута,&lt;br /&gt;</w:t>
        <w:br/>
        <w:t>Стократ солодша й тяжча, ніж покута,—&lt;br /&gt;</w:t>
        <w:br/>
        <w:t>Я мучився за мертвих і живих.</w:t>
      </w:r>
    </w:p>
    <w:p>
      <w:r>
        <w:br/>
        <w:t>Коли ж, нарешті, зболена, мов знята&lt;br /&gt;</w:t>
        <w:br/>
        <w:t>З хреста, прийшла, впросивши вартових,&lt;br /&gt;</w:t>
        <w:br/>
        <w:t>Збагнув, що ти — ні в чім не винувата.</w:t>
      </w:r>
    </w:p>
    <w:p>
      <w:r>
        <w:br/>
        <w:t>6</w:t>
      </w:r>
    </w:p>
    <w:p>
      <w:r>
        <w:br/>
        <w:t>Твій поцілунок — з присмаком вина:&lt;br /&gt;</w:t>
        <w:br/>
        <w:t>Лише пригубив краплю — й мимоволі&lt;br /&gt;</w:t>
        <w:br/>
        <w:t>Сп'янів, немов, ослабнувши в неволі,&lt;br /&gt;</w:t>
        <w:br/>
        <w:t>Я повний келих вихилив до дна.</w:t>
      </w:r>
    </w:p>
    <w:p>
      <w:r>
        <w:br/>
        <w:t>Забув про біль, що душу розпина,&lt;br /&gt;</w:t>
        <w:br/>
        <w:t>І про безправ'я в каторжній сваволі,—</w:t>
      </w:r>
    </w:p>
    <w:p>
      <w:r>
        <w:br/>
        <w:t>Я в мить блаженства — день на&lt;br /&gt;</w:t>
        <w:br/>
        <w:t>видноколі&lt;br /&gt;</w:t>
        <w:br/>
        <w:t>Спинив, здавалось, наче скакуна.</w:t>
      </w:r>
    </w:p>
    <w:p>
      <w:r>
        <w:br/>
        <w:t>Коротка мить — і мусимо прощатись,&lt;br /&gt;</w:t>
        <w:br/>
        <w:t>На те воно й побачення, щоб радість&lt;br /&gt;</w:t>
        <w:br/>
        <w:t>Побачити й оплакати живцем.</w:t>
      </w:r>
    </w:p>
    <w:p>
      <w:r>
        <w:br/>
        <w:t>І знов неволя — темна, як могила.&lt;br /&gt;</w:t>
        <w:br/>
        <w:t>Ти з поцілунком в пам'яті лишила&lt;br /&gt;</w:t>
        <w:br/>
        <w:t>Лиш присмак болю, тихого, як щем.</w:t>
      </w:r>
    </w:p>
    <w:p>
      <w:r>
        <w:br/>
        <w:t>7</w:t>
      </w:r>
    </w:p>
    <w:p>
      <w:r>
        <w:br/>
        <w:t>Барак, нічне освітлення, і нари,&lt;br /&gt;</w:t>
        <w:br/>
        <w:t>І сплячі в'язні — царство кам'яне;&lt;br /&gt;</w:t>
        <w:br/>
        <w:t>В кошмарах сну хтось іноді зітхне&lt;br /&gt;</w:t>
        <w:br/>
        <w:t>Чи засміється, звикнувши до кари.</w:t>
      </w:r>
    </w:p>
    <w:p>
      <w:r>
        <w:br/>
        <w:t>І знову тиша. Думи, як примари,&lt;br /&gt;</w:t>
        <w:br/>
        <w:t>Обсіли й мучать сонного мене.&lt;br /&gt;</w:t>
        <w:br/>
        <w:t>Уже за північ. Скоро калатне&lt;br /&gt;</w:t>
        <w:br/>
        <w:t>Дзвінок "підйому" — й скінчаться&lt;br /&gt;</w:t>
        <w:br/>
        <w:t>кошмари.</w:t>
      </w:r>
    </w:p>
    <w:p>
      <w:r>
        <w:br/>
        <w:t>Я жду його — як просвітку, ачей&lt;br /&gt;</w:t>
        <w:br/>
        <w:t>Ти ні на мить не йдеш мені з очей,&lt;br /&gt;</w:t>
        <w:br/>
        <w:t>Немов у сні, ввижаєшся крізь грати.</w:t>
      </w:r>
    </w:p>
    <w:p>
      <w:r>
        <w:br/>
        <w:t>Який контраст — неволя і любов!&lt;br /&gt;</w:t>
        <w:br/>
        <w:t>Я падаю під ношею оков,&lt;br /&gt;</w:t>
        <w:br/>
        <w:t>То ще й любов'ю треба покарати.</w:t>
      </w:r>
    </w:p>
    <w:p>
      <w:r>
        <w:br/>
        <w:t>8</w:t>
      </w:r>
    </w:p>
    <w:p>
      <w:r>
        <w:br/>
        <w:t>Коли мене на розстріл поведуть&lt;br /&gt;</w:t>
        <w:br/>
        <w:t>(Це може статись в будь-яку хвилину),&lt;br /&gt;</w:t>
        <w:br/>
        <w:t>Я подумки побачу Україну,&lt;br /&gt;</w:t>
        <w:br/>
        <w:t>Що вже на смерть засуджена, мабуть;</w:t>
      </w:r>
    </w:p>
    <w:p>
      <w:r>
        <w:br/>
        <w:t>Побачу кров на шальках правосудь&lt;br /&gt;</w:t>
        <w:br/>
        <w:t>(Хай бачить Бог!), пролиту безневинно,&lt;br /&gt;</w:t>
        <w:br/>
        <w:t>І суть життя, і таїнство загину,&lt;br /&gt;</w:t>
        <w:br/>
        <w:t>И твою любов, непізнану, як суть.</w:t>
      </w:r>
    </w:p>
    <w:p>
      <w:r>
        <w:br/>
        <w:t>Побачу все, і щастя ілюзорне&lt;br /&gt;</w:t>
        <w:br/>
        <w:t>Мене стоїчним спокоєм обгорне:&lt;br /&gt;</w:t>
        <w:br/>
        <w:t>Я мучився, одначе — недарма.</w:t>
      </w:r>
    </w:p>
    <w:p>
      <w:r>
        <w:br/>
        <w:t>І, закінчивши власну одіссею,&lt;br /&gt;</w:t>
        <w:br/>
        <w:t>У світ, з якого виходу нема,&lt;br /&gt;</w:t>
        <w:br/>
        <w:t>Піду, зігрітий ніжністю твоєю.</w:t>
      </w:r>
    </w:p>
    <w:p>
      <w:r>
        <w:br/>
        <w:t>9</w:t>
      </w:r>
    </w:p>
    <w:p>
      <w:r>
        <w:br/>
        <w:t>Важке твоє життя: Бутугичаг,&lt;br /&gt;</w:t>
        <w:br/>
        <w:t>Цинічні жарти, й люті холоднечі,&lt;br /&gt;</w:t>
        <w:br/>
        <w:t>І безпросвітний смуток, що, до речі,&lt;br /&gt;</w:t>
        <w:br/>
        <w:t>Ще й дотепер просвічує в очах.</w:t>
      </w:r>
    </w:p>
    <w:p>
      <w:r>
        <w:br/>
        <w:t>І вічний біль приреченості, й страх,&lt;br /&gt;</w:t>
        <w:br/>
        <w:t>Що мимоволі стискує за плечі,—&lt;br /&gt;</w:t>
        <w:br/>
        <w:t>Ти вся в собі — як в келії чернечій,&lt;br /&gt;</w:t>
        <w:br/>
        <w:t>Не знаю, як твій дух ще не зачах.</w:t>
      </w:r>
    </w:p>
    <w:p>
      <w:r>
        <w:br/>
        <w:t>Я не лише коханням і журбою,&lt;br /&gt;</w:t>
        <w:br/>
        <w:t>А й кревним болем зв'язаний з тобою,&lt;br /&gt;</w:t>
        <w:br/>
        <w:t>Несу його у серці, як і ти.</w:t>
      </w:r>
    </w:p>
    <w:p>
      <w:r>
        <w:br/>
        <w:t>Твоє життя — як запис в протоколі.&lt;br /&gt;</w:t>
        <w:br/>
        <w:t>Чи зможу я, конаючи в неволі,&lt;br /&gt;</w:t>
        <w:br/>
        <w:t>Тобі хоч краплю щастя принести?..</w:t>
      </w:r>
    </w:p>
    <w:p>
      <w:r>
        <w:br/>
        <w:t>10</w:t>
      </w:r>
    </w:p>
    <w:p>
      <w:r>
        <w:br/>
        <w:t>Воно само, те каторжне кохання,&lt;br /&gt;</w:t>
        <w:br/>
        <w:t>Прийшло до нас — нікого не кляни,&lt;br /&gt;</w:t>
        <w:br/>
        <w:t>Нема у ньому нашої вини,&lt;br /&gt;</w:t>
        <w:br/>
        <w:t>Благослови його хоч на прощання.</w:t>
      </w:r>
    </w:p>
    <w:p>
      <w:r>
        <w:br/>
        <w:t>Ти від'їжджаєш завтра — це остання&lt;br /&gt;</w:t>
        <w:br/>
        <w:t>У нас розмова... Боже, сохрани&lt;br /&gt;</w:t>
        <w:br/>
        <w:t>Тебе в тяжкій дорозі з чужини —&lt;br /&gt;</w:t>
        <w:br/>
        <w:t>Юдолі сліз і вічного страждання!</w:t>
      </w:r>
    </w:p>
    <w:p>
      <w:r>
        <w:br/>
        <w:t>Востаннє усміхнись мені — й прости.&lt;br /&gt;</w:t>
        <w:br/>
        <w:t>Забудь навік і вишки, і дроти,&lt;br /&gt;</w:t>
        <w:br/>
        <w:t>Як можеш, то й мене забудь, кохана.</w:t>
      </w:r>
    </w:p>
    <w:p>
      <w:r>
        <w:br/>
        <w:t>А я — нема тут вибору мені —&lt;br /&gt;</w:t>
        <w:br/>
        <w:t>Сховаюся в своїй самотині,—&lt;br /&gt;</w:t>
        <w:br/>
        <w:t>Така вже в мене доля безталанна.</w:t>
      </w:r>
    </w:p>
    <w:p>
      <w:r>
        <w:br/>
        <w:t>1954—1989</w:t>
      </w:r>
    </w:p>
    <w:p>
      <w:r>
        <w:br/>
        <w:t>* * *</w:t>
      </w:r>
    </w:p>
    <w:p>
      <w:r>
        <w:br/>
        <w:t>Я сам-один у камері кромішній,&lt;br /&gt;</w:t>
        <w:br/>
        <w:t>Немов живцем похований в труні,&lt;br /&gt;</w:t>
        <w:br/>
        <w:t>Вже наді мною, мабуть, і вві сні&lt;br /&gt;</w:t>
        <w:br/>
        <w:t>Не зглянеться ні доля, ні Всевишній.</w:t>
      </w:r>
    </w:p>
    <w:p>
      <w:r>
        <w:br/>
        <w:t>Перебираю спомини й невтішні&lt;br /&gt;</w:t>
        <w:br/>
        <w:t>Тюремні думи — холодно мені,—&lt;br /&gt;</w:t>
        <w:br/>
        <w:t>Надворі дощ, і краплі по вікні&lt;br /&gt;</w:t>
        <w:br/>
        <w:t>Повзуть, немов комахи дивовижні.</w:t>
      </w:r>
    </w:p>
    <w:p>
      <w:r>
        <w:br/>
        <w:t>Дивлюсь на них знічев'я — і мовчу.&lt;br /&gt;</w:t>
        <w:br/>
        <w:t>Тут можна лиш мовчати досхочу&lt;br /&gt;</w:t>
        <w:br/>
        <w:t>І думати, не тямлячи нічого.</w:t>
      </w:r>
    </w:p>
    <w:p>
      <w:r>
        <w:br/>
        <w:t>Така страшна манколія — хоч плач,&lt;br /&gt;</w:t>
        <w:br/>
        <w:t>Хіба що часом вічко наглядач&lt;br /&gt;</w:t>
        <w:br/>
        <w:t>Підніме — й стрілить поглядом крізь&lt;br /&gt;</w:t>
        <w:br/>
        <w:t>нього.</w:t>
      </w:r>
    </w:p>
    <w:p>
      <w:r>
        <w:br/>
        <w:t>1964—1989</w:t>
      </w:r>
    </w:p>
    <w:p>
      <w:r>
        <w:br/>
        <w:t>* * *</w:t>
      </w:r>
    </w:p>
    <w:p>
      <w:r>
        <w:br/>
        <w:t>І дні, і літа пропливають поволі,&lt;br /&gt;</w:t>
        <w:br/>
        <w:t>Як хмари осінні — холодні, сумні,—&lt;br /&gt;</w:t>
        <w:br/>
        <w:t>Сухоти, як шашелі, точать в неволі&lt;br /&gt;</w:t>
        <w:br/>
        <w:t>Застуджені груди і душу мені.</w:t>
      </w:r>
    </w:p>
    <w:p>
      <w:r>
        <w:br/>
        <w:t>Мабуть, у снігах, за півсвіту від дому,&lt;br /&gt;</w:t>
        <w:br/>
        <w:t>Я стомлені очі навіки зімкну,&lt;br /&gt;</w:t>
        <w:br/>
        <w:t>Сховаю в могилі, не знаний нікому,&lt;br /&gt;</w:t>
        <w:br/>
        <w:t>І каторжну долю, і пісню гірку.</w:t>
      </w:r>
    </w:p>
    <w:p>
      <w:r>
        <w:br/>
        <w:t>Без волі та пісня не піде між люди,&lt;br /&gt;</w:t>
        <w:br/>
        <w:t>Та пісня під серцем у мене засне,—&lt;br /&gt;</w:t>
        <w:br/>
        <w:t>Ніхто не почує її — не осудить,&lt;br /&gt;</w:t>
        <w:br/>
        <w:t>Хоч, може, ніхто й не згадає мене.</w:t>
      </w:r>
    </w:p>
    <w:p>
      <w:r>
        <w:br/>
        <w:t>1954—1988</w:t>
      </w:r>
    </w:p>
    <w:p>
      <w:r>
        <w:br/>
        <w:t>БУРЯ</w:t>
      </w:r>
    </w:p>
    <w:p>
      <w:r>
        <w:br/>
        <w:t>Над гірським північним краєм&lt;br /&gt;</w:t>
        <w:br/>
        <w:t>Б'ється буря об вершини,&lt;br /&gt;</w:t>
        <w:br/>
        <w:t>Виє, наче в темних штольнях,&lt;br /&gt;</w:t>
        <w:br/>
        <w:t>В межигір'ях і ярах,&lt;br /&gt;</w:t>
        <w:br/>
        <w:t>Рве гранітні дикі скелі,&lt;br /&gt;</w:t>
        <w:br/>
        <w:t>Де лежать без домовини&lt;br /&gt;</w:t>
        <w:br/>
        <w:t>Білі кості тих бездольців,&lt;br /&gt;</w:t>
        <w:br/>
        <w:t>Що померли в таборах.&lt;br /&gt;</w:t>
        <w:br/>
        <w:t>І річки з-під рук у бурі,&lt;br /&gt;</w:t>
        <w:br/>
        <w:t>Мов акули зголоднілі,&lt;br /&gt;</w:t>
        <w:br/>
        <w:t>Перехоплюють ті кості&lt;br /&gt;</w:t>
        <w:br/>
        <w:t>І тікають в океан;&lt;br /&gt;</w:t>
        <w:br/>
        <w:t>Мчать щодуху, ніби знають,&lt;br /&gt;</w:t>
        <w:br/>
        <w:t>Що кати у божевіллі&lt;br /&gt;</w:t>
        <w:br/>
        <w:t>Не спускають злого ока&lt;br /&gt;</w:t>
        <w:br/>
        <w:t>Навіть з праху каторжан.&lt;br /&gt;</w:t>
        <w:br/>
        <w:t>І, немов човни об кручі,&lt;br /&gt;</w:t>
        <w:br/>
        <w:t>Ті скелети круточолі,&lt;br /&gt;</w:t>
        <w:br/>
        <w:t>Налітаючи на рифи,&lt;br /&gt;</w:t>
        <w:br/>
        <w:t>Трощать ребра й черепи.&lt;br /&gt;</w:t>
        <w:br/>
        <w:t>Але буря невгамовно&lt;br /&gt;</w:t>
        <w:br/>
        <w:t>Їм співає пісню волі,&lt;br /&gt;</w:t>
        <w:br/>
        <w:t>Кличе їх на Україну,&lt;br /&gt;</w:t>
        <w:br/>
        <w:t>В рідні села і степи.&lt;br /&gt;</w:t>
        <w:br/>
        <w:t>Та не чують того співу,&lt;br /&gt;</w:t>
        <w:br/>
        <w:t>Божевільного, страшного,&lt;br /&gt;</w:t>
        <w:br/>
        <w:t>Ні нещасні їхні діти,&lt;br /&gt;</w:t>
        <w:br/>
        <w:t>Ні самотні матері,&lt;br /&gt;</w:t>
        <w:br/>
        <w:t>Бо вони в гіркій печалі,&lt;br /&gt;</w:t>
        <w:br/>
        <w:t>Ревно молячись до Бога,&lt;br /&gt;</w:t>
        <w:br/>
        <w:t>Чують лиш німий неспокій —&lt;br /&gt;</w:t>
        <w:br/>
        <w:t>Тихий подзвін на зорі.&lt;br /&gt;</w:t>
        <w:br/>
        <w:t>То не буря — панахида.&lt;br /&gt;</w:t>
        <w:br/>
        <w:t>Я не вперше чую в горах&lt;br /&gt;</w:t>
        <w:br/>
        <w:t>Її пісню — пісню волі&lt;br /&gt;</w:t>
        <w:br/>
        <w:t>Над пожовклими кістьми,—&lt;br /&gt;</w:t>
        <w:br/>
        <w:t>Може, так, замордувавши,&lt;br /&gt;</w:t>
        <w:br/>
        <w:t>І мене десь лютий ворог,&lt;br /&gt;</w:t>
        <w:br/>
        <w:t>Як помру, без домовини&lt;br /&gt;</w:t>
        <w:br/>
        <w:t>Кине в прірву Колими.</w:t>
      </w:r>
    </w:p>
    <w:p>
      <w:r>
        <w:br/>
        <w:t>1958—1988</w:t>
      </w:r>
    </w:p>
    <w:p>
      <w:r>
        <w:br/>
        <w:t>СНІГ</w:t>
      </w:r>
    </w:p>
    <w:p>
      <w:r>
        <w:br/>
        <w:t>Пухкий сніжок, мов клаптиками вати,&lt;br /&gt;</w:t>
        <w:br/>
        <w:t>На мокру землю стелиться до ніг,&lt;br /&gt;</w:t>
        <w:br/>
        <w:t>А день такий, що тільки сумувати,&lt;br /&gt;</w:t>
        <w:br/>
        <w:t>В німій журбі вітаючи той сніг.</w:t>
      </w:r>
    </w:p>
    <w:p>
      <w:r>
        <w:br/>
        <w:t>Дивлюсь на гори — щойно зеленіли&lt;br /&gt;</w:t>
        <w:br/>
        <w:t>І вже немовби в саванах стоять,—&lt;br /&gt;</w:t>
        <w:br/>
        <w:t>Так, як і ми, дочасно посивіли,&lt;br /&gt;</w:t>
        <w:br/>
        <w:t>Закутані в кромішню непроглядь.</w:t>
      </w:r>
    </w:p>
    <w:p>
      <w:r>
        <w:br/>
        <w:t>Та ми давно забули про волосся,&lt;br /&gt;</w:t>
        <w:br/>
        <w:t>Як і про скиби зморщок на чолі,—&lt;br /&gt;</w:t>
        <w:br/>
        <w:t>Вже стільки мук знести нам довелося,&lt;br /&gt;</w:t>
        <w:br/>
        <w:t>Що й гір з-за них не видно віддалі.</w:t>
      </w:r>
    </w:p>
    <w:p>
      <w:r>
        <w:br/>
        <w:t>Ті муки не минулися нікому,&lt;br /&gt;</w:t>
        <w:br/>
        <w:t>Усі на вигляд немічні й старі,—&lt;br /&gt;</w:t>
        <w:br/>
        <w:t>Якби ми повернулися додому —&lt;br /&gt;</w:t>
        <w:br/>
        <w:t>Нас не пізнали б рідні матері.</w:t>
      </w:r>
    </w:p>
    <w:p>
      <w:r>
        <w:br/>
        <w:t>Подивишся — три чисниці до смерті,&lt;br /&gt;</w:t>
        <w:br/>
        <w:t>Ачей же всі замучені живцем,&lt;br /&gt;</w:t>
        <w:br/>
        <w:t>І тільки наші погляди уперті&lt;br /&gt;</w:t>
        <w:br/>
        <w:t>Горять так само — гнівом і вогнем.</w:t>
      </w:r>
    </w:p>
    <w:p>
      <w:r>
        <w:br/>
        <w:t>Душа в неволі ніби не старіє,&lt;br /&gt;</w:t>
        <w:br/>
        <w:t>Витаючи за межами життя,—&lt;br /&gt;</w:t>
        <w:br/>
        <w:t>Ось випав сніг — і щось у ній світліє,&lt;br /&gt;</w:t>
        <w:br/>
        <w:t>Щось невідоме, наче відкриття.</w:t>
      </w:r>
    </w:p>
    <w:p>
      <w:r>
        <w:br/>
        <w:t>А сніг іде й, мов клаптиками вати,&lt;br /&gt;</w:t>
        <w:br/>
        <w:t>На голу душу падає мені,—&lt;br /&gt;</w:t>
        <w:br/>
        <w:t>Бараки, дріт — аж страшно сумувати,&lt;br /&gt;</w:t>
        <w:br/>
        <w:t>Вітаючи той сніг — на чужині.</w:t>
      </w:r>
    </w:p>
    <w:p>
      <w:r>
        <w:br/>
        <w:t>1955—1988</w:t>
      </w:r>
    </w:p>
    <w:p>
      <w:r>
        <w:br/>
        <w:t>* * *</w:t>
      </w:r>
    </w:p>
    <w:p>
      <w:r>
        <w:br/>
        <w:t>Хтось за стінкою в камері тихо співа,&lt;br /&gt;</w:t>
        <w:br/>
        <w:t>Виливає свої затамовані болі,&lt;br /&gt;</w:t>
        <w:br/>
        <w:t>Та приглушена пісня в бездушній неволі,&lt;br /&gt;</w:t>
        <w:br/>
        <w:t>Як молитва, з душі добуває слова.</w:t>
      </w:r>
    </w:p>
    <w:p>
      <w:r>
        <w:br/>
        <w:t>І бринить у мені, як туга тятива,&lt;br /&gt;</w:t>
        <w:br/>
        <w:t>Його туга за волею — я мимоволі&lt;br /&gt;</w:t>
        <w:br/>
        <w:t>Чую в ній безталання і власної долі,&lt;br /&gt;</w:t>
        <w:br/>
        <w:t>Видно, всім у неволі так тужно бува.</w:t>
      </w:r>
    </w:p>
    <w:p>
      <w:r>
        <w:br/>
        <w:t>Він стривожив мене, наче крик побратима,&lt;br /&gt;</w:t>
        <w:br/>
        <w:t>Я крізь стінку ловлю його образ очима,&lt;br /&gt;</w:t>
        <w:br/>
        <w:t>Я і піснею й ним переповнений вщерть.</w:t>
      </w:r>
    </w:p>
    <w:p>
      <w:r>
        <w:br/>
        <w:t>Чути: кру!.. в чужині... заки море...—&lt;br /&gt;</w:t>
        <w:br/>
        <w:t>Аж плаче,&lt;br /&gt;</w:t>
        <w:br/>
        <w:t>Крає серце й мені... О незнаний співаче,&lt;br /&gt;</w:t>
        <w:br/>
        <w:t>У неволі та пісня — сильніша за смерть.</w:t>
      </w:r>
    </w:p>
    <w:p>
      <w:r>
        <w:br/>
        <w:t>1955—1988</w:t>
      </w:r>
    </w:p>
    <w:p>
      <w:r>
        <w:br/>
        <w:t>КОНЦТАБІР ІМ. БЕЛОВА</w:t>
      </w:r>
    </w:p>
    <w:p>
      <w:r>
        <w:br/>
        <w:t>Холодний край. Концтабір. І навколо&lt;br /&gt;</w:t>
        <w:br/>
        <w:t>В два чоловічих зрости — частокіл.&lt;br /&gt;</w:t>
        <w:br/>
        <w:t>Недремні вишки й поверх частоколу&lt;br /&gt;</w:t>
        <w:br/>
        <w:t>Колючий дріт, натягнутий навкіл.</w:t>
      </w:r>
    </w:p>
    <w:p>
      <w:r>
        <w:br/>
        <w:t>То світ людського розпачу і втоми,&lt;br /&gt;</w:t>
        <w:br/>
        <w:t>Юдоль терпіння й злого торжества,—&lt;br /&gt;</w:t>
        <w:br/>
        <w:t>Тут все навколо мертве й нерухоме,&lt;br /&gt;</w:t>
        <w:br/>
        <w:t>Природа й та, здається, нежива.</w:t>
      </w:r>
    </w:p>
    <w:p>
      <w:r>
        <w:br/>
        <w:t>І ми, худі й голодні до нестями,&lt;br /&gt;</w:t>
        <w:br/>
        <w:t>Приречені тут гинути в журбі,&lt;br /&gt;</w:t>
        <w:br/>
        <w:t>Самі собі здаємося мерцями,&lt;br /&gt;</w:t>
        <w:br/>
        <w:t>Хоча про це й не кажемо собі.</w:t>
      </w:r>
    </w:p>
    <w:p>
      <w:r>
        <w:br/>
        <w:t>Ми, як дерева, зрубані на дрова,&lt;br /&gt;</w:t>
        <w:br/>
        <w:t>Звикаємо до смерті взаперті,&lt;br /&gt;</w:t>
        <w:br/>
        <w:t>Адже концтабір імені Белова&lt;br /&gt;</w:t>
        <w:br/>
        <w:t>Живими нас ховає в забутті.</w:t>
      </w:r>
    </w:p>
    <w:p>
      <w:r>
        <w:br/>
        <w:t>1955—1988</w:t>
      </w:r>
    </w:p>
    <w:p>
      <w:r>
        <w:br/>
        <w:t>РОЗПУКА</w:t>
      </w:r>
    </w:p>
    <w:p>
      <w:r>
        <w:br/>
        <w:t>Серед гір і заметів Колимського краю,&lt;br /&gt;</w:t>
        <w:br/>
        <w:t>Де морози у зашпори й душу беруть,&lt;br /&gt;</w:t>
        <w:br/>
        <w:t>Вже сім літ я задарма в неволі караюсь,&lt;br /&gt;</w:t>
        <w:br/>
        <w:t>Вісімнадцять попереду ждуть.</w:t>
      </w:r>
    </w:p>
    <w:p>
      <w:r>
        <w:br/>
        <w:t>Та неволя, мов п'явка, припала до серця,&lt;br /&gt;</w:t>
        <w:br/>
        <w:t>День і ніч по краплині висмоктує кров,—&lt;br /&gt;</w:t>
        <w:br/>
        <w:t>Не діждуся, коли вона врешті нап'ється&lt;br /&gt;</w:t>
        <w:br/>
        <w:t>І хоч мертвого звільнить з оков.</w:t>
      </w:r>
    </w:p>
    <w:p>
      <w:r>
        <w:br/>
        <w:t>Не діждуся, коли вже для певності в тому,&lt;br /&gt;</w:t>
        <w:br/>
        <w:t>Що помер я, навиліт прохромлять мій труп&lt;br /&gt;</w:t>
        <w:br/>
        <w:t>І бездушно у горах зариють потому,&lt;br /&gt;</w:t>
        <w:br/>
        <w:t>Не прикривши й розтулених губ.</w:t>
      </w:r>
    </w:p>
    <w:p>
      <w:r>
        <w:br/>
        <w:t>Це, звичайно, розпука, та все ж я свідомий,&lt;br /&gt;</w:t>
        <w:br/>
        <w:t>Що від смерті мене тут ніхто не спасе,—&lt;br /&gt;</w:t>
        <w:br/>
        <w:t>Як помру — на могилі поставлять мій номер:&lt;br /&gt;</w:t>
        <w:br/>
        <w:t>"О — один — дев'ятсот тридцять вісім" —&lt;br /&gt;</w:t>
        <w:br/>
        <w:t>і все.</w:t>
      </w:r>
    </w:p>
    <w:p>
      <w:r>
        <w:br/>
        <w:t>1955—1988</w:t>
      </w:r>
    </w:p>
    <w:p>
      <w:r>
        <w:br/>
        <w:t>ПРОЩАННЯ</w:t>
      </w:r>
    </w:p>
    <w:p>
      <w:r>
        <w:br/>
        <w:t>Так довго ми пліч-о-пліч прожили,&lt;br /&gt;</w:t>
        <w:br/>
        <w:t>Караючись у каторжній сваволі,&lt;br /&gt;</w:t>
        <w:br/>
        <w:t>Що вже й до горя звикли мимоволі,&lt;br /&gt;</w:t>
        <w:br/>
        <w:t>Як до ярма — спаровані воли.</w:t>
      </w:r>
    </w:p>
    <w:p>
      <w:r>
        <w:br/>
        <w:t>З усім уже й змирилися самі,&lt;br /&gt;</w:t>
        <w:br/>
        <w:t>И збраталися: без дружби тут —&lt;br /&gt;</w:t>
        <w:br/>
        <w:t>могила,—&lt;br /&gt;</w:t>
        <w:br/>
        <w:t>Ця дружба нас єднала й боронила&lt;br /&gt;</w:t>
        <w:br/>
        <w:t>Від всяких лих та зла на Колимі.</w:t>
      </w:r>
    </w:p>
    <w:p>
      <w:r>
        <w:br/>
        <w:t>Ми, як брати, зріднилися — і ось&lt;br /&gt;</w:t>
        <w:br/>
        <w:t>Негадано (життя несповідиме)&lt;br /&gt;</w:t>
        <w:br/>
        <w:t>Прийшла пора прощатись, побратими,&lt;br /&gt;</w:t>
        <w:br/>
        <w:t>Що ж, сядемо гуртом — і простимось.</w:t>
      </w:r>
    </w:p>
    <w:p>
      <w:r>
        <w:br/>
        <w:t>Останній раз, хоч подумки, в гурті&lt;br /&gt;</w:t>
        <w:br/>
        <w:t>Помолимось за нашу Україну&lt;br /&gt;</w:t>
        <w:br/>
        <w:t>І чашу мук доп'ємо непоклінно,&lt;br /&gt;</w:t>
        <w:br/>
        <w:t>Як той, що був розп'ятий на хресті.</w:t>
      </w:r>
    </w:p>
    <w:p>
      <w:r>
        <w:br/>
        <w:t>Дарма, що можновладці нас, немов&lt;br /&gt;</w:t>
        <w:br/>
        <w:t>Па каїрському базарі, розлучають,—&lt;br /&gt;</w:t>
        <w:br/>
        <w:t>Ми простимося мужньо, без одчаю,&lt;br /&gt;</w:t>
        <w:br/>
        <w:t>Як прийнято в неволі: — Будь здоров!</w:t>
      </w:r>
    </w:p>
    <w:p>
      <w:r>
        <w:br/>
        <w:t>Ніхто нас тут не вирядить у путь,&lt;br /&gt;</w:t>
        <w:br/>
        <w:t>Не скаже нам: "Щасливої дороги!" —&lt;br /&gt;</w:t>
        <w:br/>
        <w:t>На волю — й то во ім'я остороги&lt;br /&gt;</w:t>
        <w:br/>
        <w:t>Нас під конвоєм, мабуть, поведуть.</w:t>
      </w:r>
    </w:p>
    <w:p>
      <w:r>
        <w:br/>
        <w:t>1955—1988</w:t>
      </w:r>
    </w:p>
    <w:p>
      <w:r>
        <w:br/>
        <w:t>ПОВЕРНЕННЯ</w:t>
      </w:r>
    </w:p>
    <w:p>
      <w:r>
        <w:br/>
        <w:t>Як нещасний старець, у сухотницькій зморі,&lt;br /&gt;</w:t>
        <w:br/>
        <w:t>Збайдужілий до світу й свого майбуття,&lt;br /&gt;</w:t>
        <w:br/>
        <w:t>Я з неволі, немов з катастрофи на морі,&lt;br /&gt;</w:t>
        <w:br/>
        <w:t>Повернувся, уздрівши загробне життя.</w:t>
      </w:r>
    </w:p>
    <w:p>
      <w:r>
        <w:br/>
        <w:t>Я вже був примирився із вироком долі,&lt;br /&gt;</w:t>
        <w:br/>
        <w:t>З тим, що руки на грудях в неволі складу,&lt;br /&gt;</w:t>
        <w:br/>
        <w:t>Вже й ніколи не снив, що в родинному колі&lt;br /&gt;</w:t>
        <w:br/>
        <w:t>Рятівне забуття, як в нірвані, знайду.</w:t>
      </w:r>
    </w:p>
    <w:p>
      <w:r>
        <w:br/>
        <w:t>Може, лиш материнська любов і тривога,&lt;br /&gt;</w:t>
        <w:br/>
        <w:t>Біль її, що у серці хрестом кам'янів,&lt;br /&gt;</w:t>
        <w:br/>
        <w:t>Умолили, власкавили долю і Бога,&lt;br /&gt;</w:t>
        <w:br/>
        <w:t>Щоб на милість до мене змінили свій гнів.</w:t>
      </w:r>
    </w:p>
    <w:p>
      <w:r>
        <w:br/>
        <w:t>І звершилося їх милосердя: можливо,&lt;br /&gt;</w:t>
        <w:br/>
        <w:t>Я на те й не помер, щоб звершилось воно,—&lt;br /&gt;</w:t>
        <w:br/>
        <w:t>То нічого, що вже маловіри ні в диво,&lt;br /&gt;</w:t>
        <w:br/>
        <w:t>Ні у боже знамення не вірять давно.</w:t>
      </w:r>
    </w:p>
    <w:p>
      <w:r>
        <w:br/>
        <w:t>Я немовби воскрес, повернувшись додому&lt;br /&gt;</w:t>
        <w:br/>
        <w:t>(По-домашньому пахне березовий дим),&lt;br /&gt;</w:t>
        <w:br/>
        <w:t>Але трудно повірити навіть самому&lt;br /&gt;</w:t>
        <w:br/>
        <w:t>В те, що я повернувся з неволі — живим.</w:t>
      </w:r>
    </w:p>
    <w:p>
      <w:r>
        <w:br/>
        <w:t>1956—1988</w:t>
      </w:r>
    </w:p>
    <w:p>
      <w:r>
        <w:br/>
        <w:t>* * *</w:t>
      </w:r>
    </w:p>
    <w:p>
      <w:r>
        <w:br/>
        <w:t>Неначе птах з ключами журавлів,&lt;br /&gt;</w:t>
        <w:br/>
        <w:t>Нежданий спогад з півночі прилинув,&lt;br /&gt;</w:t>
        <w:br/>
        <w:t>Торкнувсь мені до серця — й на хвилину&lt;br /&gt;</w:t>
        <w:br/>
        <w:t>Зашерхлий біль у ньому розбудив,</w:t>
      </w:r>
    </w:p>
    <w:p>
      <w:r>
        <w:br/>
        <w:t>І пасма гір в покровах снігових,&lt;br /&gt;</w:t>
        <w:br/>
        <w:t>І вартових, що ревно стерегли нас,&lt;br /&gt;</w:t>
        <w:br/>
        <w:t>І крик тужби, важкої, мов цеглина,&lt;br /&gt;</w:t>
        <w:br/>
        <w:t>В якій ще жар погаснути не встиг.</w:t>
      </w:r>
    </w:p>
    <w:p>
      <w:r>
        <w:br/>
        <w:t>Збудив усе той спогад — і, як птах,&lt;br /&gt;</w:t>
        <w:br/>
        <w:t>Десь коло серця крикнув мимоволі,&lt;br /&gt;</w:t>
        <w:br/>
        <w:t>Немов привіт з далекої неволі&lt;br /&gt;</w:t>
        <w:br/>
        <w:t>Приніс мені — й розтанув на очах.</w:t>
      </w:r>
    </w:p>
    <w:p>
      <w:r>
        <w:br/>
        <w:t>1956</w:t>
      </w:r>
    </w:p>
    <w:p>
      <w:r>
        <w:br/>
        <w:t>ВЕРБОВИЙ ЦВІТ</w:t>
      </w:r>
    </w:p>
    <w:p>
      <w:r>
        <w:br/>
        <w:t>1</w:t>
      </w:r>
    </w:p>
    <w:p>
      <w:r>
        <w:br/>
        <w:t>Недавно ти була ще молодою,&lt;br /&gt;</w:t>
        <w:br/>
        <w:t>А вже стоїш похилена й сумна,&lt;br /&gt;</w:t>
        <w:br/>
        <w:t>Як та верба,&lt;br /&gt;</w:t>
        <w:br/>
        <w:t>що гнеться над водою&lt;br /&gt;</w:t>
        <w:br/>
        <w:t>І срібним цвітом віття запина.</w:t>
      </w:r>
    </w:p>
    <w:p>
      <w:r>
        <w:br/>
        <w:t>Стоїш — і сльози капають у воду,&lt;br /&gt;</w:t>
        <w:br/>
        <w:t>І боляче тремтять твої уста...&lt;br /&gt;</w:t>
        <w:br/>
        <w:t>Чогось і вітер жалібно заводить,&lt;br /&gt;</w:t>
        <w:br/>
        <w:t>І крик гусей із цвітом обліта.</w:t>
      </w:r>
    </w:p>
    <w:p>
      <w:r>
        <w:br/>
        <w:t>Далеко все:&lt;br /&gt;</w:t>
        <w:br/>
        <w:t>і молодість, і муки,&lt;br /&gt;</w:t>
        <w:br/>
        <w:t>Тяжкі етапи, голод, Колима,—&lt;br /&gt;</w:t>
        <w:br/>
        <w:t>Нема уже ні чорної розпуки,&lt;br /&gt;</w:t>
        <w:br/>
        <w:t>Ані жаданих радощів нема.</w:t>
      </w:r>
    </w:p>
    <w:p>
      <w:r>
        <w:br/>
        <w:t>Усе, як цвіт, осипалось безслідно&lt;br /&gt;</w:t>
        <w:br/>
        <w:t>І час його давно позамітав...&lt;br /&gt;</w:t>
        <w:br/>
        <w:t>Чого ж ти так стривожено поблідла?&lt;br /&gt;</w:t>
        <w:br/>
        <w:t>Дивись: то гуси падають на став.</w:t>
      </w:r>
    </w:p>
    <w:p>
      <w:r>
        <w:br/>
        <w:t>2</w:t>
      </w:r>
    </w:p>
    <w:p>
      <w:r>
        <w:br/>
        <w:t>Піди й хоч трішечки засни,&lt;br /&gt;</w:t>
        <w:br/>
        <w:t>Приспи настирливі гризоти,&lt;br /&gt;</w:t>
        <w:br/>
        <w:t>Ачей же їх перебороти&lt;br /&gt;</w:t>
        <w:br/>
        <w:t>Ніхто не зможе й до труни.</w:t>
      </w:r>
    </w:p>
    <w:p>
      <w:r>
        <w:br/>
        <w:t>Ти спала в клопотах з лиця:&lt;br /&gt;</w:t>
        <w:br/>
        <w:t>То хліб, то ліки, то оплати,—&lt;br /&gt;</w:t>
        <w:br/>
        <w:t>Усі митарства перейшла ти,&lt;br /&gt;</w:t>
        <w:br/>
        <w:t>А злидні мучать без кінця.</w:t>
      </w:r>
    </w:p>
    <w:p>
      <w:r>
        <w:br/>
        <w:t>То через мене ти, мабуть,&lt;br /&gt;</w:t>
        <w:br/>
        <w:t>Ті муки зносиш безневинно,—&lt;br /&gt;</w:t>
        <w:br/>
        <w:t>Мої сухоти в домовину&lt;br /&gt;</w:t>
        <w:br/>
        <w:t>Обох нас, мабуть, покладуть.</w:t>
      </w:r>
    </w:p>
    <w:p>
      <w:r>
        <w:br/>
        <w:t>А тиша тягнеться, як нить.&lt;br /&gt;</w:t>
        <w:br/>
        <w:t>Вже перша ночі продзвеніла.&lt;br /&gt;</w:t>
        <w:br/>
        <w:t>Твоя усмішка омертвіла,&lt;br /&gt;</w:t>
        <w:br/>
        <w:t>Як гляну — душу кам'янить.</w:t>
      </w:r>
    </w:p>
    <w:p>
      <w:r>
        <w:br/>
        <w:t>Піди й забудься хоч у сні,&lt;br /&gt;</w:t>
        <w:br/>
        <w:t>Покинь ту каторжну роботу,—&lt;br /&gt;</w:t>
        <w:br/>
        <w:t>Вона зведе тебе достоту&lt;br /&gt;</w:t>
        <w:br/>
        <w:t>Так, як колись на чужині.</w:t>
      </w:r>
    </w:p>
    <w:p>
      <w:r>
        <w:br/>
        <w:t>Побережи своє життя,—&lt;br /&gt;</w:t>
        <w:br/>
        <w:t>Ти чуєш? — третя пролунала!&lt;br /&gt;</w:t>
        <w:br/>
        <w:t>А ти й на мить ще не здрімала,&lt;br /&gt;</w:t>
        <w:br/>
        <w:t>Припавши мовчки до шиття.</w:t>
      </w:r>
    </w:p>
    <w:p>
      <w:r>
        <w:br/>
        <w:t>3</w:t>
      </w:r>
    </w:p>
    <w:p>
      <w:r>
        <w:br/>
        <w:t>Ми йшли в поля доріжкою вузькою.&lt;br /&gt;</w:t>
        <w:br/>
        <w:t>Вечірній вітер бігав по вівсі.&lt;br /&gt;</w:t>
        <w:br/>
        <w:t>Краса благословенного спокою&lt;br /&gt;</w:t>
        <w:br/>
        <w:t>Зійшла на нас в усій своїй красі.</w:t>
      </w:r>
    </w:p>
    <w:p>
      <w:r>
        <w:br/>
        <w:t>За кроком крок — навпотемки у полі.&lt;br /&gt;</w:t>
        <w:br/>
        <w:t>Стелилася і тиша, і спориш.&lt;br /&gt;</w:t>
        <w:br/>
        <w:t>Я чув, як ти від щастя мимоволі,&lt;br /&gt;</w:t>
        <w:br/>
        <w:t>Немов струна від дотику, тремтиш.</w:t>
      </w:r>
    </w:p>
    <w:p>
      <w:r>
        <w:br/>
        <w:t>Вже ніч на небі вишила узори,&lt;br /&gt;</w:t>
        <w:br/>
        <w:t>Здавалось, час, як паводок, тече,&lt;br /&gt;</w:t>
        <w:br/>
        <w:t>А ти ішла й, шукаючи опори,&lt;br /&gt;</w:t>
        <w:br/>
        <w:t>Довірливо спиралась на плече.</w:t>
      </w:r>
    </w:p>
    <w:p>
      <w:r>
        <w:br/>
        <w:t>Щось незбагненне душі огортало,&lt;br /&gt;</w:t>
        <w:br/>
        <w:t>Ми чули тільки музику вівса,&lt;br /&gt;</w:t>
        <w:br/>
        <w:t>Ми йшли — немов здавались на поталу.&lt;br /&gt;</w:t>
        <w:br/>
        <w:t>Сіяли зорі. Падала роса.</w:t>
      </w:r>
    </w:p>
    <w:p>
      <w:r>
        <w:br/>
        <w:t>4</w:t>
      </w:r>
    </w:p>
    <w:p>
      <w:r>
        <w:br/>
        <w:t>Утихомирились печалі,&lt;br /&gt;</w:t>
        <w:br/>
        <w:t>Вляглися в серці сум'яття,&lt;br /&gt;</w:t>
        <w:br/>
        <w:t>І спокій — човен на причалі —&lt;br /&gt;</w:t>
        <w:br/>
        <w:t>Колише нинішнє життя.</w:t>
      </w:r>
    </w:p>
    <w:p>
      <w:r>
        <w:br/>
        <w:t>Вже далеч, променем залиту,&lt;br /&gt;</w:t>
        <w:br/>
        <w:t>Ти вільно можеш обійти,&lt;br /&gt;</w:t>
        <w:br/>
        <w:t>Не заступають круговиду&lt;br /&gt;</w:t>
        <w:br/>
        <w:t>Колимські сопки і дроти.</w:t>
      </w:r>
    </w:p>
    <w:p>
      <w:r>
        <w:br/>
        <w:t>По рідній вулиці музично&lt;br /&gt;</w:t>
        <w:br/>
        <w:t>Стукочуть гострі каблучки,—&lt;br /&gt;</w:t>
        <w:br/>
        <w:t>Ідеш, притиснувши незвично&lt;br /&gt;</w:t>
        <w:br/>
        <w:t>Тепло сповитої дочки.</w:t>
      </w:r>
    </w:p>
    <w:p>
      <w:r>
        <w:br/>
        <w:t>Ідеш, задумана і сива,&lt;br /&gt;</w:t>
        <w:br/>
        <w:t>Контрастом — первістка мала,—&lt;br /&gt;</w:t>
        <w:br/>
        <w:t>Мабуть, тому ти і щаслива,&lt;br /&gt;</w:t>
        <w:br/>
        <w:t>Що з нею молодість знайшла.</w:t>
      </w:r>
    </w:p>
    <w:p>
      <w:r>
        <w:br/>
        <w:t>1969—1989</w:t>
      </w:r>
    </w:p>
    <w:p>
      <w:r>
        <w:br/>
        <w:t>* * *</w:t>
      </w:r>
    </w:p>
    <w:p>
      <w:r>
        <w:br/>
        <w:t>Я жду чогось — якихось перемін,&lt;br /&gt;</w:t>
        <w:br/>
        <w:t>Хоч зміни обстановки чи погоди,—&lt;br /&gt;</w:t>
        <w:br/>
        <w:t>Моя душа підводиться з колін&lt;br /&gt;</w:t>
        <w:br/>
        <w:t>І тягнеться до рідної природи.</w:t>
      </w:r>
    </w:p>
    <w:p>
      <w:r>
        <w:br/>
        <w:t>Але нема ні вражень, ні думок,&lt;br /&gt;</w:t>
        <w:br/>
        <w:t>Я в порожнечу тягнуся рукою,—&lt;br /&gt;</w:t>
        <w:br/>
        <w:t>Застій життя, мов пліснявий ставок,&lt;br /&gt;</w:t>
        <w:br/>
        <w:t>Тхне мертвою задухою спокою.</w:t>
      </w:r>
    </w:p>
    <w:p>
      <w:r>
        <w:br/>
        <w:t>Я жду чогось — хоч давнього листа,&lt;br /&gt;</w:t>
        <w:br/>
        <w:t>Хоч вісточки — якоїсь переміни,—&lt;br /&gt;</w:t>
        <w:br/>
        <w:t>Перебираю по думки літа,&lt;br /&gt;</w:t>
        <w:br/>
        <w:t>А день за днем, як листя, обліта,&lt;br /&gt;</w:t>
        <w:br/>
        <w:t>В моїй душі так б'ється самота,&lt;br /&gt;</w:t>
        <w:br/>
        <w:t>Як билася у камері — об стіни!</w:t>
      </w:r>
    </w:p>
    <w:p>
      <w:r>
        <w:br/>
        <w:t>1958</w:t>
      </w:r>
    </w:p>
    <w:p>
      <w:r>
        <w:br/>
        <w:t>ПІЛІГРИМ</w:t>
      </w:r>
    </w:p>
    <w:p>
      <w:r>
        <w:br/>
        <w:t>З погідними думками на чолі&lt;br /&gt;</w:t>
        <w:br/>
        <w:t>Я йду собі ходою пілігрима,&lt;br /&gt;</w:t>
        <w:br/>
        <w:t>Іду, хоч очі — гострі, мов шаблі,&lt;br /&gt;</w:t>
        <w:br/>
        <w:t>Услід мене просвердлюють незримо.</w:t>
      </w:r>
    </w:p>
    <w:p>
      <w:r>
        <w:br/>
        <w:t>Іду й дивлюсь на сонце, на сади&lt;br /&gt;</w:t>
        <w:br/>
        <w:t>(Звикають же, буває, й до отрути),&lt;br /&gt;</w:t>
        <w:br/>
        <w:t>А що в моїй душі — не доведи&lt;br /&gt;</w:t>
        <w:br/>
        <w:t>Того нікому й подумки відчути.</w:t>
      </w:r>
    </w:p>
    <w:p>
      <w:r>
        <w:br/>
        <w:t>1968</w:t>
      </w:r>
    </w:p>
    <w:p>
      <w:r>
        <w:br/>
        <w:t>* * *</w:t>
      </w:r>
    </w:p>
    <w:p>
      <w:r>
        <w:br/>
        <w:t>Коли в життєвому циклоні&lt;br /&gt;</w:t>
        <w:br/>
        <w:t>Знемога душу обійма&lt;br /&gt;</w:t>
        <w:br/>
        <w:t>І думи — зморені і сонні,&lt;br /&gt;</w:t>
        <w:br/>
        <w:t>Ти йдеш — і падаєш сторчма...&lt;br /&gt;</w:t>
        <w:br/>
        <w:t>Ти сам-один, і снігом суне,&lt;br /&gt;</w:t>
        <w:br/>
        <w:t>Проте іди,&lt;br /&gt;</w:t>
        <w:br/>
        <w:t>іди,&lt;br /&gt;</w:t>
        <w:br/>
        <w:t>іди,&lt;br /&gt;</w:t>
        <w:br/>
        <w:t>Хоч сніг зневірою і сумом&lt;br /&gt;</w:t>
        <w:br/>
        <w:t>Завіює твої сліди!&lt;br /&gt;</w:t>
        <w:br/>
        <w:t>Іди й не думай про негоду,&lt;br /&gt;</w:t>
        <w:br/>
        <w:t>Іди — на зло холодній млі,—&lt;br /&gt;</w:t>
        <w:br/>
        <w:t>Не стане сил — позич в народу,&lt;br /&gt;</w:t>
        <w:br/>
        <w:t>Позич у рідної землі.&lt;br /&gt;</w:t>
        <w:br/>
        <w:t>Іди в обійми завірюхи,&lt;br /&gt;</w:t>
        <w:br/>
        <w:t>Іди наосліп — крізь югу,&lt;br /&gt;</w:t>
        <w:br/>
        <w:t>Бо знай, що тільки слабодухих&lt;br /&gt;</w:t>
        <w:br/>
        <w:t>Вона завіює в снігу!</w:t>
      </w:r>
    </w:p>
    <w:p>
      <w:r>
        <w:br/>
        <w:t>1963</w:t>
      </w:r>
    </w:p>
    <w:p>
      <w:r>
        <w:br/>
        <w:t>* * *</w:t>
      </w:r>
    </w:p>
    <w:p>
      <w:r>
        <w:br/>
        <w:t>Наївні сцени завченої ролі —&lt;br /&gt;</w:t>
        <w:br/>
        <w:t>Смішна мені їх вічна метушня.&lt;br /&gt;</w:t>
        <w:br/>
        <w:t>Я сам в собі, як в замкнутому колі,&lt;br /&gt;</w:t>
        <w:br/>
        <w:t>Насущні думи думаю щодня.</w:t>
      </w:r>
    </w:p>
    <w:p>
      <w:r>
        <w:br/>
        <w:t>Вони мені — як ноші подорожні,&lt;br /&gt;</w:t>
        <w:br/>
        <w:t>Нелегко їх теліжити в путі,—&lt;br /&gt;</w:t>
        <w:br/>
        <w:t>Чи ж дивина, що нині ще спроможні&lt;br /&gt;</w:t>
        <w:br/>
        <w:t>Сізіфи перти камені круті?</w:t>
      </w:r>
    </w:p>
    <w:p>
      <w:r>
        <w:br/>
        <w:t>Трудний мій шлях, і думи — як граніти,&lt;br /&gt;</w:t>
        <w:br/>
        <w:t>Зносилися і сили, й постоли,&lt;br /&gt;</w:t>
        <w:br/>
        <w:t>Та де мені ці бесаги подіти,&lt;br /&gt;</w:t>
        <w:br/>
        <w:t>Коли вони до тіла приросли?</w:t>
      </w:r>
    </w:p>
    <w:p>
      <w:r>
        <w:br/>
        <w:t>То вниз, то вгору — важко, поступово.&lt;br /&gt;</w:t>
        <w:br/>
        <w:t>У серці сумнів моститься, мов птах...&lt;br /&gt;</w:t>
        <w:br/>
        <w:t>Чи ж дивина, що виношене слово&lt;br /&gt;</w:t>
        <w:br/>
        <w:t>Я вимовляю з кров'ю на устах?</w:t>
      </w:r>
    </w:p>
    <w:p>
      <w:r>
        <w:br/>
        <w:t>1974</w:t>
      </w:r>
    </w:p>
    <w:p>
      <w:r>
        <w:br/>
        <w:t>ДЕРЕВОРИТ</w:t>
      </w:r>
    </w:p>
    <w:p>
      <w:r>
        <w:br/>
        <w:t>Зачинене вікно. Дереворит&lt;br /&gt;</w:t>
        <w:br/>
        <w:t>Із контурами сірого пейзажу.&lt;br /&gt;</w:t>
        <w:br/>
        <w:t>І шахівниця вимощених плит.&lt;br /&gt;</w:t>
        <w:br/>
        <w:t>І гнізда ватри, схожої на сажу.</w:t>
      </w:r>
    </w:p>
    <w:p>
      <w:r>
        <w:br/>
        <w:t>І чорна туга... Лину крізь вікно,&lt;br /&gt;</w:t>
        <w:br/>
        <w:t>Як птах із неба — коміть головою,—&lt;br /&gt;</w:t>
        <w:br/>
        <w:t>Мій світ — екран безмовного кіно,&lt;br /&gt;</w:t>
        <w:br/>
        <w:t>Обрамлений печаллю світовою.</w:t>
      </w:r>
    </w:p>
    <w:p>
      <w:r>
        <w:br/>
        <w:t>Я сам-один. Закутаний в халат.&lt;br /&gt;</w:t>
        <w:br/>
        <w:t>Магнітні бурі. Ліки. Лейкоцити.&lt;br /&gt;</w:t>
        <w:br/>
        <w:t>І сіре тло — ні буднів і ні свят,&lt;br /&gt;</w:t>
        <w:br/>
        <w:t>Не доберу, як тугу пережити.</w:t>
      </w:r>
    </w:p>
    <w:p>
      <w:r>
        <w:br/>
        <w:t>Тікаю в думи — виходу нема,&lt;br /&gt;</w:t>
        <w:br/>
        <w:t>Тікаю в давні спомини — в неспокій&lt;br /&gt;</w:t>
        <w:br/>
        <w:t>І з туги сам на себе крадькома&lt;br /&gt;</w:t>
        <w:br/>
        <w:t>Дивлюсь як на приреченого — збоку.</w:t>
      </w:r>
    </w:p>
    <w:p>
      <w:r>
        <w:br/>
        <w:t>Не повертаю навіть голови,&lt;br /&gt;</w:t>
        <w:br/>
        <w:t>Дивлюсь на себе в профіль — як&lt;br /&gt;</w:t>
        <w:br/>
        <w:t>сторонній,&lt;br /&gt;</w:t>
        <w:br/>
        <w:t>Стою, сховавши в довгі рукави&lt;br /&gt;</w:t>
        <w:br/>
        <w:t>Закляклий трепет рук на підвіконні.</w:t>
      </w:r>
    </w:p>
    <w:p>
      <w:r>
        <w:br/>
        <w:t>І так щодня, однісінький як перст,&lt;br /&gt;</w:t>
        <w:br/>
        <w:t>В тужбі, що душу їсть несамовито,&lt;br /&gt;</w:t>
        <w:br/>
        <w:t>Я бачу лиш різьбу деревориту&lt;br /&gt;</w:t>
        <w:br/>
        <w:t>І це вікно — із рамою навхрест.</w:t>
      </w:r>
    </w:p>
    <w:p>
      <w:r>
        <w:br/>
        <w:t>ЕКСПРОМТ</w:t>
      </w:r>
    </w:p>
    <w:p>
      <w:r>
        <w:br/>
        <w:t>Як тяжко дихати — задуха&lt;br /&gt;</w:t>
        <w:br/>
        <w:t>І кашель. Ока не зімкну.&lt;br /&gt;</w:t>
        <w:br/>
        <w:t>Так надриваюся, мов глухо&lt;br /&gt;</w:t>
        <w:br/>
        <w:t>Товчу обухом об стіну.</w:t>
      </w:r>
    </w:p>
    <w:p>
      <w:r>
        <w:br/>
        <w:t>Чи то застуда, чи сухоти&lt;br /&gt;</w:t>
        <w:br/>
        <w:t>За груди знов мене беруть? —&lt;br /&gt;</w:t>
        <w:br/>
        <w:t>Уже не раз перебороти&lt;br /&gt;</w:t>
        <w:br/>
        <w:t>Мені вдавалося їх лють.</w:t>
      </w:r>
    </w:p>
    <w:p>
      <w:r>
        <w:br/>
        <w:t>І знову кашель — крематорій,&lt;br /&gt;</w:t>
        <w:br/>
        <w:t>І в муках зведені уста,&lt;br /&gt;</w:t>
        <w:br/>
        <w:t>І млість, і холод, хоч надворі&lt;br /&gt;</w:t>
        <w:br/>
        <w:t>Суха липнева спекота.</w:t>
      </w:r>
    </w:p>
    <w:p>
      <w:r>
        <w:br/>
        <w:t>Та що б не сталося — я знову&lt;br /&gt;</w:t>
        <w:br/>
        <w:t>Допоки Парка ще пряде,&lt;br /&gt;</w:t>
        <w:br/>
        <w:t>Пишу й надіюся на слово,&lt;br /&gt;</w:t>
        <w:br/>
        <w:t>Що всі недуги одведе.</w:t>
      </w:r>
    </w:p>
    <w:p>
      <w:r>
        <w:br/>
        <w:t>* * *</w:t>
      </w:r>
    </w:p>
    <w:p>
      <w:r>
        <w:br/>
        <w:t>Були у мене сумніви і драми,&lt;br /&gt;</w:t>
        <w:br/>
        <w:t>Я в суть життя по-своєму проник,&lt;br /&gt;</w:t>
        <w:br/>
        <w:t>Аби колись, як взорами рушник,&lt;br /&gt;</w:t>
        <w:br/>
        <w:t>Його у віршах вишити словами.</w:t>
      </w:r>
    </w:p>
    <w:p>
      <w:r>
        <w:br/>
        <w:t>Я добираю в кольорі слова —&lt;br /&gt;</w:t>
        <w:br/>
        <w:t>Червоні й чорні, зібрані по слову, —&lt;br /&gt;</w:t>
        <w:br/>
        <w:t>У їхній гамі, вишитій терново,&lt;br /&gt;</w:t>
        <w:br/>
        <w:t>Найтяжчий біль неждано зажива.</w:t>
      </w:r>
    </w:p>
    <w:p>
      <w:r>
        <w:br/>
        <w:t>СНИ</w:t>
      </w:r>
    </w:p>
    <w:p>
      <w:r>
        <w:br/>
        <w:t>Літа. Безвихідь. Колима.&lt;br /&gt;</w:t>
        <w:br/>
        <w:t>І погляд голоду тяжкого...&lt;br /&gt;</w:t>
        <w:br/>
        <w:t>Усе забулося — нема&lt;br /&gt;</w:t>
        <w:br/>
        <w:t>У мене гніву ні на кого.</w:t>
      </w:r>
    </w:p>
    <w:p>
      <w:r>
        <w:br/>
        <w:t>Забув і кривду у житті,&lt;br /&gt;</w:t>
        <w:br/>
        <w:t>І настороженість недремну,&lt;br /&gt;</w:t>
        <w:br/>
        <w:t>Вже в душу спомини — і ті&lt;br /&gt;</w:t>
        <w:br/>
        <w:t>Вросли, мов камені у землю.</w:t>
      </w:r>
    </w:p>
    <w:p>
      <w:r>
        <w:br/>
        <w:t>І тільки сни тих лихоліть,&lt;br /&gt;</w:t>
        <w:br/>
        <w:t>Страшних, як трупи на морозі,&lt;br /&gt;</w:t>
        <w:br/>
        <w:t>В безсонні ночі — мимохіть&lt;br /&gt;</w:t>
        <w:br/>
        <w:t>Мені привиджуються й досі.</w:t>
      </w:r>
    </w:p>
    <w:p>
      <w:r>
        <w:br/>
        <w:t>Ті сни — як вироки судьби,&lt;br /&gt;</w:t>
        <w:br/>
        <w:t>Що мучать душу до нестями,—&lt;br /&gt;</w:t>
        <w:br/>
        <w:t>Я все віддав би їм, аби&lt;br /&gt;</w:t>
        <w:br/>
        <w:t>Вони не снилися ночами.</w:t>
      </w:r>
    </w:p>
    <w:p>
      <w:r>
        <w:br/>
        <w:t>БЕЗЗАКОННЯ</w:t>
      </w:r>
    </w:p>
    <w:p>
      <w:r>
        <w:br/>
        <w:t>Йому не вірили — і розп'яли&lt;br /&gt;</w:t>
        <w:br/>
        <w:t>За те, що він шукав у них довіри,&lt;br /&gt;</w:t>
        <w:br/>
        <w:t>Цинічно душу мацали, коли&lt;br /&gt;</w:t>
        <w:br/>
        <w:t>Воскрес,— бо де ж повірять маловіри?</w:t>
      </w:r>
    </w:p>
    <w:p>
      <w:r>
        <w:br/>
        <w:t>І пальці пхали в рани, й крадькома&lt;br /&gt;</w:t>
        <w:br/>
        <w:t>З підозрою дивилися у вічі,—&lt;br /&gt;</w:t>
        <w:br/>
        <w:t>Своєю недовірою Хтома&lt;br /&gt;</w:t>
        <w:br/>
        <w:t>Розп'яв його, приреченого, двічі.</w:t>
      </w:r>
    </w:p>
    <w:p>
      <w:r>
        <w:br/>
        <w:t>І суть не в тому — хто він: чи Христос,&lt;br /&gt;</w:t>
        <w:br/>
        <w:t>Чи інший хтось, розіп'ятий невинно,—&lt;br /&gt;</w:t>
        <w:br/>
        <w:t>Якщо вини не виявлено — хто ж&lt;br /&gt;</w:t>
        <w:br/>
        <w:t>Дав право їм так мучити людину?</w:t>
      </w:r>
    </w:p>
    <w:p>
      <w:r>
        <w:br/>
        <w:t>Те беззаконня, скоєне чи ні,&lt;br /&gt;</w:t>
        <w:br/>
        <w:t>Було чуже й Пілатові-тирану,&lt;br /&gt;</w:t>
        <w:br/>
        <w:t>А втім, якщо не вірите мені,&lt;br /&gt;</w:t>
        <w:br/>
        <w:t>То ось — душа: помацайте, як рану.</w:t>
      </w:r>
    </w:p>
    <w:p>
      <w:r>
        <w:br/>
        <w:t>СПОВІДЬ</w:t>
      </w:r>
    </w:p>
    <w:p>
      <w:r>
        <w:br/>
        <w:t>Як не жилось мені — не заздрив я нікому,&lt;br /&gt;</w:t>
        <w:br/>
        <w:t>Я тільки ним живу і житиму незмінно,—&lt;br /&gt;</w:t>
        <w:br/>
        <w:t>Воно мені — як хрест, але я весь у ньому —&lt;br /&gt;</w:t>
        <w:br/>
        <w:t>В твоєму імені святому,&lt;br /&gt;</w:t>
        <w:br/>
        <w:t>Україно.</w:t>
      </w:r>
    </w:p>
    <w:p>
      <w:r>
        <w:br/>
        <w:t>ГІРКА ЗОРЯ</w:t>
      </w:r>
    </w:p>
    <w:p>
      <w:r>
        <w:br/>
        <w:t>...І сходить над Дніпром&lt;br /&gt;</w:t>
        <w:br/>
        <w:t>гірка зоря-полин.&lt;br /&gt;</w:t>
        <w:br/>
        <w:t>Ліна Костенко</w:t>
      </w:r>
    </w:p>
    <w:p>
      <w:r>
        <w:br/>
        <w:t>1. Тривожність</w:t>
      </w:r>
    </w:p>
    <w:p>
      <w:r>
        <w:br/>
        <w:t>Так і сплю — з тривожними очима,&lt;br /&gt;</w:t>
        <w:br/>
        <w:t>Слухаю, як серце стукотить,&lt;br /&gt;</w:t>
        <w:br/>
        <w:t>Як всю ніч нечутно і незримо&lt;br /&gt;</w:t>
        <w:br/>
        <w:t>Вісь Землі в Чорнобилі скрипить.</w:t>
      </w:r>
    </w:p>
    <w:p>
      <w:r>
        <w:br/>
        <w:t>Бачу як журавлики з паперу&lt;br /&gt;</w:t>
        <w:br/>
        <w:t>Рятівними птахами надій&lt;br /&gt;</w:t>
        <w:br/>
        <w:t>Падають у Прип’ять стоозеру&lt;br /&gt;</w:t>
        <w:br/>
        <w:t>І шукають зцілення у ній.</w:t>
      </w:r>
    </w:p>
    <w:p>
      <w:r>
        <w:br/>
        <w:t>Поніміли села і причали,&lt;br /&gt;</w:t>
        <w:br/>
        <w:t>Де стояв реактор — саркофаг.—&lt;br /&gt;</w:t>
        <w:br/>
        <w:t>Ті, що атом з Прип’яттю вінчали,&lt;br /&gt;</w:t>
        <w:br/>
        <w:t>Криводушно каються в гріхах!</w:t>
      </w:r>
    </w:p>
    <w:p>
      <w:r>
        <w:br/>
        <w:t>Тихо й страшно дихають турбіни,&lt;br /&gt;</w:t>
        <w:br/>
        <w:t>Вже тривожність — ока не зімкне,&lt;br /&gt;</w:t>
        <w:br/>
        <w:t>І Чорнобиль болем України&lt;br /&gt;</w:t>
        <w:br/>
        <w:t>Вічно буде мучити мене.</w:t>
      </w:r>
    </w:p>
    <w:p>
      <w:r>
        <w:br/>
        <w:t>ІІ. Сосни</w:t>
      </w:r>
    </w:p>
    <w:p>
      <w:r>
        <w:br/>
        <w:t>Дарма, що в лісі холодно, — іду,&lt;br /&gt;</w:t>
        <w:br/>
        <w:t>Цілую кожну сосонку очима, —&lt;br /&gt;</w:t>
        <w:br/>
        <w:t>Він пережив чорнобильську біду,&lt;br /&gt;</w:t>
        <w:br/>
        <w:t>Але його краса — неопалима.</w:t>
      </w:r>
    </w:p>
    <w:p>
      <w:r>
        <w:br/>
        <w:t>Ті чорні сосни — я їх обмину,&lt;br /&gt;</w:t>
        <w:br/>
        <w:t>То жертви радіації — вже мертві...&lt;br /&gt;</w:t>
        <w:br/>
        <w:t>Ось білочка стрибнула на сосну,&lt;br /&gt;</w:t>
        <w:br/>
        <w:t>Можливо, теж призначена тій жертві.</w:t>
      </w:r>
    </w:p>
    <w:p>
      <w:r>
        <w:br/>
        <w:t>А онде крук дрімає на сучку,&lt;br /&gt;</w:t>
        <w:br/>
        <w:t>Навшпиньки шелест ходить по гущаві...&lt;br /&gt;</w:t>
        <w:br/>
        <w:t>Я відслоняю тишу сторожку&lt;br /&gt;</w:t>
        <w:br/>
        <w:t>И молюсь на сосни — бані величаві.</w:t>
      </w:r>
    </w:p>
    <w:p>
      <w:r>
        <w:br/>
        <w:t>Той ліс — немовби замкнутий собор,&lt;br /&gt;</w:t>
        <w:br/>
        <w:t>Моя молитва кане в безгомінні,&lt;br /&gt;</w:t>
        <w:br/>
        <w:t>А мертві сосни тихо, як дозор,&lt;br /&gt;</w:t>
        <w:br/>
        <w:t>Стоять, завмерши в чорному одінні.</w:t>
      </w:r>
    </w:p>
    <w:p>
      <w:r>
        <w:br/>
        <w:t>III. Роковини</w:t>
      </w:r>
    </w:p>
    <w:p>
      <w:r>
        <w:br/>
        <w:t>Знов запахло весною — квітень&lt;br /&gt;</w:t>
        <w:br/>
        <w:t>Чути говір бурхливих рік.&lt;br /&gt;</w:t>
        <w:br/>
        <w:t>Так довірливо сонце світить,&lt;br /&gt;</w:t>
        <w:br/>
        <w:t>Як світило воно й торік.</w:t>
      </w:r>
    </w:p>
    <w:p>
      <w:r>
        <w:br/>
        <w:t>І не тільки один Чорнобиль&lt;br /&gt;</w:t>
        <w:br/>
        <w:t>Після року тяжких терпінь&lt;br /&gt;</w:t>
        <w:br/>
        <w:t>Чорним спомином, як в жалобі,&lt;br /&gt;</w:t>
        <w:br/>
        <w:t>Перев'язує давній біль.</w:t>
      </w:r>
    </w:p>
    <w:p>
      <w:r>
        <w:br/>
        <w:t>Він у пам'яті — наче знімок,&lt;br /&gt;</w:t>
        <w:br/>
        <w:t>Той оголений рік жалоб:&lt;br /&gt;</w:t>
        <w:br/>
        <w:t>Затонув "Адмірал Нахімов",&lt;br /&gt;</w:t>
        <w:br/>
        <w:t>І зійшлись поїзди у лоб.</w:t>
      </w:r>
    </w:p>
    <w:p>
      <w:r>
        <w:br/>
        <w:t>І страшні снігові завали,&lt;br /&gt;</w:t>
        <w:br/>
        <w:t>І лавини, що сходять з гір...&lt;br /&gt;</w:t>
        <w:br/>
        <w:t>Скільки горя за рік упало,&lt;br /&gt;</w:t>
        <w:br/>
        <w:t>Надломилося людських вір!</w:t>
      </w:r>
    </w:p>
    <w:p>
      <w:r>
        <w:br/>
        <w:t>Катастрофи й стихійні лиха —&lt;br /&gt;</w:t>
        <w:br/>
        <w:t>Як із чистого неба сніг&lt;br /&gt;</w:t>
        <w:br/>
        <w:t>Так, мов хтось насилав їх стиха&lt;br /&gt;</w:t>
        <w:br/>
        <w:t>Й випробовував нас у них.</w:t>
      </w:r>
    </w:p>
    <w:p>
      <w:r>
        <w:br/>
        <w:t>Та з приходом весни природа&lt;br /&gt;</w:t>
        <w:br/>
        <w:t>Воскресає, всьому на зло,—&lt;br /&gt;</w:t>
        <w:br/>
        <w:t>Потепліло надворі — й сходить&lt;br /&gt;</w:t>
        <w:br/>
        <w:t>Ярина й молоде зело.</w:t>
      </w:r>
    </w:p>
    <w:p>
      <w:r>
        <w:br/>
        <w:t>Заживають у серці рани,&lt;br /&gt;</w:t>
        <w:br/>
        <w:t>І співають в садах дрозди...&lt;br /&gt;</w:t>
        <w:br/>
        <w:t>Тільки страшно, щоб знов неждано&lt;br /&gt;</w:t>
        <w:br/>
        <w:t>Не наслав хтось на нас біди.</w:t>
      </w:r>
    </w:p>
    <w:p>
      <w:r>
        <w:br/>
        <w:t>IV. Бджоли</w:t>
      </w:r>
    </w:p>
    <w:p>
      <w:r>
        <w:br/>
        <w:t>Ще природа заспана і гола,&lt;br /&gt;</w:t>
        <w:br/>
        <w:t>А верба аж міниться — диви! —&lt;br /&gt;</w:t>
        <w:br/>
        <w:t>Кожну вітку з котиками бджоли&lt;br /&gt;</w:t>
        <w:br/>
        <w:t>Обліпили з ніг до голови.</w:t>
      </w:r>
    </w:p>
    <w:p>
      <w:r>
        <w:br/>
        <w:t>День стоїть, наповнений, мов келих,&lt;br /&gt;</w:t>
        <w:br/>
        <w:t>Тишею, що стигне на лугу,&lt;br /&gt;</w:t>
        <w:br/>
        <w:t>Тільки бджоли на віолончелях&lt;br /&gt;</w:t>
        <w:br/>
        <w:t>Виграють, збираючи пергу.</w:t>
      </w:r>
    </w:p>
    <w:p>
      <w:r>
        <w:br/>
        <w:t>Не бояться радіонуклідів,&lt;br /&gt;</w:t>
        <w:br/>
        <w:t>Ні роси, холодної, як мла,—&lt;br /&gt;</w:t>
        <w:br/>
        <w:t>Мабудь, хтось їм загодя повідав,&lt;br /&gt;</w:t>
        <w:br/>
        <w:t>Що верба у лузі зацвіла.</w:t>
      </w:r>
    </w:p>
    <w:p>
      <w:r>
        <w:br/>
        <w:t>Так уже стараються ті бджоли,&lt;br /&gt;</w:t>
        <w:br/>
        <w:t>Невсипущі в музиці й труді,&lt;br /&gt;</w:t>
        <w:br/>
        <w:t>Так гудуть і нишпорять довкола,&lt;br /&gt;</w:t>
        <w:br/>
        <w:t>Мов на зло Чорнобильській біді!</w:t>
      </w:r>
    </w:p>
    <w:p>
      <w:r>
        <w:br/>
        <w:t>Що їм світ, спечалений в нещасті,—&lt;br /&gt;</w:t>
        <w:br/>
        <w:t>Цілий день клопочуться собі,&lt;br /&gt;</w:t>
        <w:br/>
        <w:t>Золоті, мов котики пухнасті,&lt;br /&gt;</w:t>
        <w:br/>
        <w:t>Що цвітуть на збудженій вербі.</w:t>
      </w:r>
    </w:p>
    <w:p>
      <w:r>
        <w:br/>
        <w:t>V. Мертве поле.</w:t>
      </w:r>
    </w:p>
    <w:p>
      <w:r>
        <w:br/>
        <w:t>Так тепло — земля як рута,&lt;br /&gt;</w:t>
        <w:br/>
        <w:t>Буяють сади та й ліси,&lt;br /&gt;</w:t>
        <w:br/>
        <w:t>А в полі життя не чути,&lt;br /&gt;</w:t>
        <w:br/>
        <w:t>Не видно його краси.</w:t>
      </w:r>
    </w:p>
    <w:p>
      <w:r>
        <w:br/>
        <w:t>Нема орачів на ньому,&lt;br /&gt;</w:t>
        <w:br/>
        <w:t>Ні злаків — лише трава,&lt;br /&gt;</w:t>
        <w:br/>
        <w:t>Та вітер чи гуркіт грому&lt;br /&gt;</w:t>
        <w:br/>
        <w:t>Над ним пролетить, бува.</w:t>
      </w:r>
    </w:p>
    <w:p>
      <w:r>
        <w:br/>
        <w:t>Те поле святого хліба&lt;br /&gt;</w:t>
        <w:br/>
        <w:t>Не родить вже другий рік,—&lt;br /&gt;</w:t>
        <w:br/>
        <w:t>Заросле й забуте — ніби&lt;br /&gt;</w:t>
        <w:br/>
        <w:t>Його хтось на смерть прирік.</w:t>
      </w:r>
    </w:p>
    <w:p>
      <w:r>
        <w:br/>
        <w:t>І, мабуть, нескоро буде&lt;br /&gt;</w:t>
        <w:br/>
        <w:t>На ньому рости пашня,—&lt;br /&gt;</w:t>
        <w:br/>
        <w:t>Даремно те поле люди&lt;br /&gt;</w:t>
        <w:br/>
        <w:t>Думками орють щодня.</w:t>
      </w:r>
    </w:p>
    <w:p>
      <w:r>
        <w:br/>
        <w:t>Засохле, як хліб на сонці,&lt;br /&gt;</w:t>
        <w:br/>
        <w:t>Запечене кров’ю сердець,&lt;br /&gt;</w:t>
        <w:br/>
        <w:t>Те поле засіяв стронцій,&lt;br /&gt;</w:t>
        <w:br/>
        <w:t>Страшніший за всяку смерть.</w:t>
      </w:r>
    </w:p>
    <w:p>
      <w:r>
        <w:br/>
        <w:t>Те поле приспала тиша,&lt;br /&gt;</w:t>
        <w:br/>
        <w:t>Тривожна, як в дні чуми,&lt;br /&gt;</w:t>
        <w:br/>
        <w:t>І тільки полинна тирса&lt;br /&gt;</w:t>
        <w:br/>
        <w:t>На лоні його шумить.</w:t>
      </w:r>
    </w:p>
    <w:p>
      <w:r>
        <w:br/>
        <w:t>Поглянеш — таке безкрає,&lt;br /&gt;</w:t>
        <w:br/>
        <w:t>А мов неживе кругом,—&lt;br /&gt;</w:t>
        <w:br/>
        <w:t>Так, мабуть, дитя вмирає&lt;br /&gt;</w:t>
        <w:br/>
        <w:t>З чиїмось тяжким гріхом.</w:t>
      </w:r>
    </w:p>
    <w:p>
      <w:r>
        <w:br/>
        <w:t>VІ. Гірка зоря.</w:t>
      </w:r>
    </w:p>
    <w:p>
      <w:r>
        <w:br/>
        <w:t>1</w:t>
      </w:r>
    </w:p>
    <w:p>
      <w:r>
        <w:br/>
        <w:t>Гірка зоря, що на Чорнобиль&lt;br /&gt;</w:t>
        <w:br/>
        <w:t>Упала — нагло, як стріла,&lt;br /&gt;</w:t>
        <w:br/>
        <w:t>Крилом зловісної хвороби&lt;br /&gt;</w:t>
        <w:br/>
        <w:t>Усіх нас, мабуть, опекла.</w:t>
      </w:r>
    </w:p>
    <w:p>
      <w:r>
        <w:br/>
        <w:t>Ми безборонні перед нею,&lt;br /&gt;</w:t>
        <w:br/>
        <w:t>Схрестивши руки, стоїмо&lt;br /&gt;</w:t>
        <w:br/>
        <w:t>І мовчки, вражені зорею,&lt;br /&gt;</w:t>
        <w:br/>
        <w:t>Свого призначення ждемо.</w:t>
      </w:r>
    </w:p>
    <w:p>
      <w:r>
        <w:br/>
        <w:t>Адже ми жертви лейкемії,&lt;br /&gt;</w:t>
        <w:br/>
        <w:t>Від неї ліків ще нема,—&lt;br /&gt;</w:t>
        <w:br/>
        <w:t>Як меч караючий,тяжіє&lt;br /&gt;</w:t>
        <w:br/>
        <w:t>Трагізм епохи над всіма.</w:t>
      </w:r>
    </w:p>
    <w:p>
      <w:r>
        <w:br/>
        <w:t>Він так загрозливо уперше&lt;br /&gt;</w:t>
        <w:br/>
        <w:t>Завис над головами нам,—&lt;br /&gt;</w:t>
        <w:br/>
        <w:t>Під тягарем його, завмерши,&lt;br /&gt;</w:t>
        <w:br/>
        <w:t>Ми й смерть звіряємо життям.</w:t>
      </w:r>
    </w:p>
    <w:p>
      <w:r>
        <w:br/>
        <w:t>Ми не страхуемось од смерті&lt;br /&gt;</w:t>
        <w:br/>
        <w:t>І не впадаєм в сум’яття —&lt;br /&gt;</w:t>
        <w:br/>
        <w:t>Одначе будемо відверті&lt;br /&gt;</w:t>
        <w:br/>
        <w:t>Перед жорстокістю життя:</w:t>
      </w:r>
    </w:p>
    <w:p>
      <w:r>
        <w:br/>
        <w:t>Зоря, що впала на Чорнобиль,&lt;br /&gt;</w:t>
        <w:br/>
        <w:t>Гірка і гостра, як стріла,&lt;br /&gt;</w:t>
        <w:br/>
        <w:t>Крилом зловісної хвороби&lt;br /&gt;</w:t>
        <w:br/>
        <w:t>Вже й наші душі опекла.</w:t>
      </w:r>
    </w:p>
    <w:p>
      <w:r>
        <w:br/>
        <w:t>2</w:t>
      </w:r>
    </w:p>
    <w:p>
      <w:r>
        <w:br/>
        <w:t>Не те вже нині наше сьогодення,&lt;br /&gt;</w:t>
        <w:br/>
        <w:t>Не те, хоч ми й по-давньому живем,—&lt;br /&gt;</w:t>
        <w:br/>
        <w:t>Зоря Полин, відома з Одкровення,&lt;br /&gt;</w:t>
        <w:br/>
        <w:t>Упала в Прип’ять атомним вогнем.</w:t>
      </w:r>
    </w:p>
    <w:p>
      <w:r>
        <w:br/>
        <w:t>То не зоря — а притча во язи цех,&lt;br /&gt;</w:t>
        <w:br/>
        <w:t>І суть не в ній, а наслідках її:&lt;br /&gt;</w:t>
        <w:br/>
        <w:t>Були, звичайно, жертви інквізицій,&lt;br /&gt;</w:t>
        <w:br/>
        <w:t>Але ж були безумні мудрії.</w:t>
      </w:r>
    </w:p>
    <w:p>
      <w:r>
        <w:br/>
        <w:t>І хто керує світом — невідомо,&lt;br /&gt;</w:t>
        <w:br/>
        <w:t>Забув про нього й Бог на небесі,—&lt;br /&gt;</w:t>
        <w:br/>
        <w:t>Якщо ми будем жити по-старому,&lt;br /&gt;</w:t>
        <w:br/>
        <w:t>То й без потопу згинемо усі.</w:t>
      </w:r>
    </w:p>
    <w:p>
      <w:r>
        <w:br/>
        <w:t>Чорнобиль попередив нас: мовчання —&lt;br /&gt;</w:t>
        <w:br/>
        <w:t>То самогубство!&lt;br /&gt;</w:t>
        <w:br/>
        <w:t>Чуєте чи ні?! —&lt;br /&gt;</w:t>
        <w:br/>
        <w:t>Не дай нам, Боже, каятись в одчаї,&lt;br /&gt;</w:t>
        <w:br/>
        <w:t>Не дай прозріти — в атомнім вогні.</w:t>
      </w:r>
    </w:p>
    <w:p>
      <w:r>
        <w:br/>
        <w:t>VІІ. Нове літочислення</w:t>
      </w:r>
    </w:p>
    <w:p>
      <w:r>
        <w:br/>
        <w:t>1</w:t>
      </w:r>
    </w:p>
    <w:p>
      <w:r>
        <w:br/>
        <w:t>Сталося те — що й статися повинно,&lt;br /&gt;</w:t>
        <w:br/>
        <w:t>Вже безсилі скарги і плачі,—&lt;br /&gt;</w:t>
        <w:br/>
        <w:t>Ти й тоді мовчала, Україно,&lt;br /&gt;</w:t>
        <w:br/>
        <w:t>Як почула вибух уночі.</w:t>
      </w:r>
    </w:p>
    <w:p>
      <w:r>
        <w:br/>
        <w:t>Ти лише тремтіла, як в ознобі,&lt;br /&gt;</w:t>
        <w:br/>
        <w:t>З кляпом в роті —&lt;br /&gt;</w:t>
        <w:br/>
        <w:t>Спокій берегла&lt;br /&gt;</w:t>
        <w:br/>
        <w:t>І збирала вісті про Чорнобиль,&lt;br /&gt;</w:t>
        <w:br/>
        <w:t>Як жебрачка — крихти зі стола.</w:t>
      </w:r>
    </w:p>
    <w:p>
      <w:r>
        <w:br/>
        <w:t>А тобі — то атомні аз-буки,&lt;br /&gt;</w:t>
        <w:br/>
        <w:t>То бадьорість фальші й глупоти,—&lt;br /&gt;</w:t>
        <w:br/>
        <w:t>Лжепророки іменем науки&lt;br /&gt;</w:t>
        <w:br/>
        <w:t>Вимагали жертв і німоти.</w:t>
      </w:r>
    </w:p>
    <w:p>
      <w:r>
        <w:br/>
        <w:t>І самі, з холодними очима,&lt;br /&gt;</w:t>
        <w:br/>
        <w:t>Хоч весь край у стронції горів,&lt;br /&gt;</w:t>
        <w:br/>
        <w:t>Як святкові жертви, невмолимо&lt;br /&gt;</w:t>
        <w:br/>
        <w:t>На парад зганяли школярів.</w:t>
      </w:r>
    </w:p>
    <w:p>
      <w:r>
        <w:br/>
        <w:t>Їх колони — мертво, безгомінно —&lt;br /&gt;</w:t>
        <w:br/>
        <w:t>Йшли, як на бенкет в розгул чуми,—&lt;br /&gt;</w:t>
        <w:br/>
        <w:t>За чиєсь безумство, Україно,&lt;br /&gt;</w:t>
        <w:br/>
        <w:t>Ти платила рідними дітьми</w:t>
      </w:r>
    </w:p>
    <w:p>
      <w:r>
        <w:br/>
        <w:t>Ти була приречена, як здобич,&lt;br /&gt;</w:t>
        <w:br/>
        <w:t>Ти лише тривогою жила&lt;br /&gt;</w:t>
        <w:br/>
        <w:t>І збирала вісті про Чорнобиль,&lt;br /&gt;</w:t>
        <w:br/>
        <w:t>Як жебрачка — крихти зі стола</w:t>
      </w:r>
    </w:p>
    <w:p>
      <w:r>
        <w:br/>
        <w:t>2</w:t>
      </w:r>
    </w:p>
    <w:p>
      <w:r>
        <w:br/>
        <w:t>Час минає швидко і невловно,&lt;br /&gt;</w:t>
        <w:br/>
        <w:t>Хоч-не-хоч, минає і життя,—&lt;br /&gt;</w:t>
        <w:br/>
        <w:t>Ті, що у вогонь саможертовно&lt;br /&gt;</w:t>
        <w:br/>
        <w:t>Кинулись, відходять в небуття.</w:t>
      </w:r>
    </w:p>
    <w:p>
      <w:r>
        <w:br/>
        <w:t>Люди прокидаються зі страху,&lt;br /&gt;</w:t>
        <w:br/>
        <w:t>Воскресають мертві і живі:&lt;br /&gt;</w:t>
        <w:br/>
        <w:t>Той — поклавши голову на плаху,&lt;br /&gt;</w:t>
        <w:br/>
        <w:t>Цей — почувши кривди вікові.</w:t>
      </w:r>
    </w:p>
    <w:p>
      <w:r>
        <w:br/>
        <w:t>Час зриває маски і перуки,&lt;br /&gt;</w:t>
        <w:br/>
        <w:t>Видно всіх — і речників брехні,&lt;br /&gt;</w:t>
        <w:br/>
        <w:t>І бездушних виродків, що руки&lt;br /&gt;</w:t>
        <w:br/>
        <w:t>Гріють на чорнобильськім вогні!</w:t>
      </w:r>
    </w:p>
    <w:p>
      <w:r>
        <w:br/>
        <w:t>А великий мученик-Чорнобиль&lt;br /&gt;</w:t>
        <w:br/>
        <w:t>У своїй трагедії живе,—&lt;br /&gt;</w:t>
        <w:br/>
        <w:t>Ще від неї (час його сподобить)&lt;br /&gt;</w:t>
        <w:br/>
        <w:t>Піде літочислення нове.</w:t>
      </w:r>
    </w:p>
    <w:p>
      <w:r>
        <w:br/>
        <w:t>3</w:t>
      </w:r>
    </w:p>
    <w:p>
      <w:r>
        <w:br/>
        <w:t>Сотні літ поволеньки пролинуть,&lt;br /&gt;</w:t>
        <w:br/>
        <w:t>Стронцій розпадеться і помре,—&lt;br /&gt;</w:t>
        <w:br/>
        <w:t>На новому полі неодмінно&lt;br /&gt;</w:t>
        <w:br/>
        <w:t>Час його, мов попіл, приоре.</w:t>
      </w:r>
    </w:p>
    <w:p>
      <w:r>
        <w:br/>
        <w:t>Знов життя повернется в Чорнобиль,&lt;br /&gt;</w:t>
        <w:br/>
        <w:t>Зацвітуть жоржини коло хат,&lt;br /&gt;</w:t>
        <w:br/>
        <w:t>Й може, знов лелеки довгодзьобі&lt;br /&gt;</w:t>
        <w:br/>
        <w:t>Виведуть цибатих лелечат.</w:t>
      </w:r>
    </w:p>
    <w:p>
      <w:r>
        <w:br/>
        <w:t>Час очистить Прип'ять незглибиму,&lt;br /&gt;</w:t>
        <w:br/>
        <w:t>Оживуть і луки, і сади,&lt;br /&gt;</w:t>
        <w:br/>
        <w:t>Та Чорнобиль вічно берегтиме&lt;br /&gt;</w:t>
        <w:br/>
        <w:t>Хрест своєї чорної біди</w:t>
      </w:r>
    </w:p>
    <w:p>
      <w:r>
        <w:br/>
        <w:t>Вічно буде пам’яттю судити&lt;br /&gt;</w:t>
        <w:br/>
        <w:t>Тих, що розп’яли його в огні,&lt;br /&gt;</w:t>
        <w:br/>
        <w:t>І з ребра, що стронцієм пробите,&lt;br /&gt;</w:t>
        <w:br/>
        <w:t>Кров його тектиме по мені.</w:t>
      </w:r>
    </w:p>
    <w:p>
      <w:r>
        <w:br/>
        <w:t>* * *</w:t>
      </w:r>
    </w:p>
    <w:p>
      <w:r>
        <w:br/>
        <w:t>Нема — як муки ностальгії,&lt;br /&gt;</w:t>
        <w:br/>
        <w:t>Нема — як смерть на чужині,—&lt;br /&gt;</w:t>
        <w:br/>
        <w:t>В тривожних споминах — завії&lt;br /&gt;</w:t>
        <w:br/>
        <w:t>Ще й нині плачуть по мені.&lt;br /&gt;</w:t>
        <w:br/>
        <w:t>Без ріски в роті — на поталу&lt;br /&gt;</w:t>
        <w:br/>
        <w:t>Голодній тузі та зимі,&lt;br /&gt;</w:t>
        <w:br/>
        <w:t>Як неприкаяний, бувало,&lt;br /&gt;</w:t>
        <w:br/>
        <w:t>Я погибав на Колимі.&lt;br /&gt;</w:t>
        <w:br/>
        <w:t>І, припадаючи до бога,&lt;br /&gt;</w:t>
        <w:br/>
        <w:t>Благально линув крізь дроти,&lt;br /&gt;</w:t>
        <w:br/>
        <w:t>Аби до отчого порога&lt;br /&gt;</w:t>
        <w:br/>
        <w:t>Бодай на милицях прийти.&lt;br /&gt;</w:t>
        <w:br/>
        <w:t>В снігу, що падає лапасто,&lt;br /&gt;</w:t>
        <w:br/>
        <w:t>Чи в сні, що лине звіддалі,&lt;br /&gt;</w:t>
        <w:br/>
        <w:t>Хоч на хвилиночку припасти&lt;br /&gt;</w:t>
        <w:br/>
        <w:t>До лона рідної землі.&lt;br /&gt;</w:t>
        <w:br/>
        <w:t>Бодай на старість, як до мами&lt;br /&gt;</w:t>
        <w:br/>
        <w:t>Не впавши духом на хресті,&lt;br /&gt;</w:t>
        <w:br/>
        <w:t>Припасти спраглими устами&lt;br /&gt;</w:t>
        <w:br/>
        <w:t>І так померти в забутті.&lt;br /&gt;</w:t>
        <w:br/>
        <w:t>Нема — як муки ностальгії,&lt;br /&gt;</w:t>
        <w:br/>
        <w:t>Нема — як смерть на чужині...&lt;br /&gt;</w:t>
        <w:br/>
        <w:t>Чого ж так боляче завії&lt;br /&gt;</w:t>
        <w:br/>
        <w:t>І нині плачуть по мені?&lt;br /&gt;</w:t>
        <w:br/>
        <w:t>Не стало просвітку й на сонці,&lt;br /&gt;</w:t>
        <w:br/>
        <w:t>Земля в премудрості азів,—&lt;br /&gt;</w:t>
        <w:br/>
        <w:t>Поцілував її — і стронцій&lt;br /&gt;</w:t>
        <w:br/>
        <w:t>Мене, як вірус, заразив.&lt;br /&gt;</w:t>
        <w:br/>
        <w:t>А час летить, як біснуватий,&lt;br /&gt;</w:t>
        <w:br/>
        <w:t>З печаттю смерті на чолі,—&lt;br /&gt;</w:t>
        <w:br/>
        <w:t>Вже й у біді поцілувати&lt;br /&gt;</w:t>
        <w:br/>
        <w:t>Не можна рідної землі.</w:t>
      </w:r>
    </w:p>
    <w:p>
      <w:r>
        <w:br/>
        <w:t>ВЕРБНИЦЯ</w:t>
      </w:r>
    </w:p>
    <w:p>
      <w:r>
        <w:br/>
        <w:t>Не весна, а дивна плутаниця,&lt;br /&gt;</w:t>
        <w:br/>
        <w:t>Холод пробирає до кісток,—&lt;br /&gt;</w:t>
        <w:br/>
        <w:t>Вербне свято — й хоч би для годиться&lt;br /&gt;</w:t>
        <w:br/>
        <w:t>Десь пробилась брунька чи листок.&lt;br /&gt;</w:t>
        <w:br/>
        <w:t>Замерзають птахи перелітні,&lt;br /&gt;</w:t>
        <w:br/>
        <w:t>І душа до тіла примерза,—&lt;br /&gt;</w:t>
        <w:br/>
        <w:t>Як зимою, холодно у квітні,&lt;br /&gt;</w:t>
        <w:br/>
        <w:t>Хоч у січні блискала гроза.&lt;br /&gt;</w:t>
        <w:br/>
        <w:t>Щось непевне коїться в природі,&lt;br /&gt;</w:t>
        <w:br/>
        <w:t>Вже нема ні літа, ні зими,—&lt;br /&gt;</w:t>
        <w:br/>
        <w:t>Все перемішалося відтоді,&lt;br /&gt;</w:t>
        <w:br/>
        <w:t>Як зіткнулись звихнені уми.&lt;br /&gt;</w:t>
        <w:br/>
        <w:t>Ті уми, як іграшку, зухвало&lt;br /&gt;</w:t>
        <w:br/>
        <w:t>Розщепили атомне ядро,&lt;br /&gt;</w:t>
        <w:br/>
        <w:t>В рідних ріках села поховали,&lt;br /&gt;</w:t>
        <w:br/>
        <w:t>Затруїли Прип’ять і Дніпро!&lt;br /&gt;</w:t>
        <w:br/>
        <w:t>Ті уми, як божі шестикрили,&lt;br /&gt;</w:t>
        <w:br/>
        <w:t>Вознеслись у небо — й наяву,&lt;br /&gt;</w:t>
        <w:br/>
        <w:t>Наче воду в річці, сколотили&lt;br /&gt;</w:t>
        <w:br/>
        <w:t>В атмосфері тишу вікову.&lt;br /&gt;</w:t>
        <w:br/>
        <w:t>І таку у космосі тривогу&lt;br /&gt;</w:t>
        <w:br/>
        <w:t>Підняли, рятуючи прогрес,&lt;br /&gt;</w:t>
        <w:br/>
        <w:t>Що в сліпій старанності й самого&lt;br /&gt;</w:t>
        <w:br/>
        <w:t>Деміурга скинули з небес.&lt;br /&gt;</w:t>
        <w:br/>
        <w:t>Ні ладу, ні певності в природі,&lt;br /&gt;</w:t>
        <w:br/>
        <w:t>Квітень, а надворі — як взимі,—&lt;br /&gt;</w:t>
        <w:br/>
        <w:t>Світова анархія, та й годі,&lt;br /&gt;</w:t>
        <w:br/>
        <w:t>Хоч у ній і винні ми самі.&lt;br /&gt;</w:t>
        <w:br/>
        <w:t>Я шукаю захисту у слові,&lt;br /&gt;</w:t>
        <w:br/>
        <w:t>Що людська духовність зберегла...&lt;br /&gt;</w:t>
        <w:br/>
        <w:t>Вербниця — а котики вербові&lt;br /&gt;</w:t>
        <w:br/>
        <w:t>Ще й у сні не бачили тепла.</w:t>
      </w:r>
    </w:p>
    <w:p>
      <w:r>
        <w:br/>
        <w:t>* * *</w:t>
      </w:r>
    </w:p>
    <w:p>
      <w:r>
        <w:br/>
        <w:t>Космічна швидкість, атом, рок-н-рол —&lt;br /&gt;</w:t>
        <w:br/>
        <w:t>Щось незбагненне звихрило епоху,—&lt;br /&gt;</w:t>
        <w:br/>
        <w:t>Вже ні старих повіток, ні стодол,&lt;br /&gt;</w:t>
        <w:br/>
        <w:t>Дивись — і пам’ять струхліє потроху.</w:t>
      </w:r>
    </w:p>
    <w:p>
      <w:r>
        <w:br/>
        <w:t>Перевелись повір’я і казки,&lt;br /&gt;</w:t>
        <w:br/>
        <w:t>Давно не чути голосу жар-птиці,&lt;br /&gt;</w:t>
        <w:br/>
        <w:t>Уже й по селах нині не з руки&lt;br /&gt;</w:t>
        <w:br/>
        <w:t>Йти на оденки чи на вечорниці.</w:t>
      </w:r>
    </w:p>
    <w:p>
      <w:r>
        <w:br/>
        <w:t>Тепер же час транзисторів, кіно,&lt;br /&gt;</w:t>
        <w:br/>
        <w:t>Усі цивілізовані — не дивно,&lt;br /&gt;</w:t>
        <w:br/>
        <w:t>Що рідне слово декому дано&lt;br /&gt;</w:t>
        <w:br/>
        <w:t>Докучило як щось неперспективне.</w:t>
      </w:r>
    </w:p>
    <w:p>
      <w:r>
        <w:br/>
        <w:t>Як щось старе — докучило, і квит,&lt;br /&gt;</w:t>
        <w:br/>
        <w:t>Дере у горлі декого те слово,—&lt;br /&gt;</w:t>
        <w:br/>
        <w:t>Такий тепер невизначений світ,&lt;br /&gt;</w:t>
        <w:br/>
        <w:t>Що й кревність роду гине поступово.</w:t>
      </w:r>
    </w:p>
    <w:p>
      <w:r>
        <w:br/>
        <w:t>І давня пісня кане в забуття —&lt;br /&gt;</w:t>
        <w:br/>
        <w:t>Космічний вік мов глумиться над нами,&lt;br /&gt;</w:t>
        <w:br/>
        <w:t>Але останнім подихом життя&lt;br /&gt;</w:t>
        <w:br/>
        <w:t>Усі, проте, звертаємось до мами.</w:t>
      </w:r>
    </w:p>
    <w:p>
      <w:r>
        <w:br/>
        <w:t>СЛОВО</w:t>
      </w:r>
    </w:p>
    <w:p>
      <w:r>
        <w:br/>
        <w:t>Уста отверзлися — і слово,&lt;br /&gt;</w:t>
        <w:br/>
        <w:t>Лихим безбатченкам на зло,&lt;br /&gt;</w:t>
        <w:br/>
        <w:t>Глаголом істини раптово,&lt;br /&gt;</w:t>
        <w:br/>
        <w:t>Як зерно в грунті, ожило.</w:t>
      </w:r>
    </w:p>
    <w:p>
      <w:r>
        <w:br/>
        <w:t>І хоч те слово ще не всюди&lt;br /&gt;</w:t>
        <w:br/>
        <w:t>Пробилось ростом крізь броню,&lt;br /&gt;</w:t>
        <w:br/>
        <w:t>Хоч злі манкурти й словоблуди&lt;br /&gt;</w:t>
        <w:br/>
        <w:t>Його бояться, як вогню;</w:t>
      </w:r>
    </w:p>
    <w:p>
      <w:r>
        <w:br/>
        <w:t>І хоч ще й нині лжепророки&lt;br /&gt;</w:t>
        <w:br/>
        <w:t>Його зрікаються в житті,&lt;br /&gt;</w:t>
        <w:br/>
        <w:t>Та крига скресла, і потоки&lt;br /&gt;</w:t>
        <w:br/>
        <w:t>Життя — змітають їх з путі.</w:t>
      </w:r>
    </w:p>
    <w:p>
      <w:r>
        <w:br/>
        <w:t>Були валуєви на нього,&lt;br /&gt;</w:t>
        <w:br/>
        <w:t>І циркуляри їх були,&lt;br /&gt;</w:t>
        <w:br/>
        <w:t>Але вони його, живого,&lt;br /&gt;</w:t>
        <w:br/>
        <w:t>Звести в могилу не змогли.</w:t>
      </w:r>
    </w:p>
    <w:p>
      <w:r>
        <w:br/>
        <w:t>Були й помазаники Божі,&lt;br /&gt;</w:t>
        <w:br/>
        <w:t>І слуги чортові у них...&lt;br /&gt;</w:t>
        <w:br/>
        <w:t>Те слово стало на сторожі&lt;br /&gt;</w:t>
        <w:br/>
        <w:t>Рабів — не кривдників своїх.</w:t>
      </w:r>
    </w:p>
    <w:p>
      <w:r>
        <w:br/>
        <w:t>І хоч ще й нині їх зневага&lt;br /&gt;</w:t>
        <w:br/>
        <w:t>Його пригнічуе — проте&lt;br /&gt;</w:t>
        <w:br/>
        <w:t>Воно й з глухого саркофага&lt;br /&gt;</w:t>
        <w:br/>
        <w:t>Крізь людські душі проросте.</w:t>
      </w:r>
    </w:p>
    <w:p>
      <w:r>
        <w:br/>
        <w:t>ДЖЕРЕЛО</w:t>
      </w:r>
    </w:p>
    <w:p>
      <w:r>
        <w:br/>
        <w:t>Ти даремно скаржишся, їй-богу,&lt;br /&gt;</w:t>
        <w:br/>
        <w:t>Не міліє мовне джерело,&lt;br /&gt;</w:t>
        <w:br/>
        <w:t>А якщо намулом затекло,&lt;br /&gt;</w:t>
        <w:br/>
        <w:t>То себе винуй, а не епоху.</w:t>
      </w:r>
    </w:p>
    <w:p>
      <w:r>
        <w:br/>
        <w:t>Закоти рукава — ти ж поет,&lt;br /&gt;</w:t>
        <w:br/>
        <w:t>Прочищай, бо хто ж його прочистить?&lt;br /&gt;</w:t>
        <w:br/>
        <w:t>Я до нього, рідного, врочисто&lt;br /&gt;</w:t>
        <w:br/>
        <w:t>Припадав і в темряві замет.</w:t>
      </w:r>
    </w:p>
    <w:p>
      <w:r>
        <w:br/>
        <w:t>Припадав і серцем, і устами,&lt;br /&gt;</w:t>
        <w:br/>
        <w:t>По словечку пив його снагу,—&lt;br /&gt;</w:t>
        <w:br/>
        <w:t>Може, й через те я у снігу&lt;br /&gt;</w:t>
        <w:br/>
        <w:t>Не замерз, хоч мучився роками.</w:t>
      </w:r>
    </w:p>
    <w:p>
      <w:r>
        <w:br/>
        <w:t>Чом же ти так боязко над ним&lt;br /&gt;</w:t>
        <w:br/>
        <w:t>Бідкаєшся, молячи пощади? —&lt;br /&gt;</w:t>
        <w:br/>
        <w:t>Таж його самим нам прочищати&lt;br /&gt;</w:t>
        <w:br/>
        <w:t>Й пити з нього воду — нам самим.</w:t>
      </w:r>
    </w:p>
    <w:p>
      <w:r>
        <w:br/>
        <w:t>Джерело не візьметься багвою,&lt;br /&gt;</w:t>
        <w:br/>
        <w:t>Мов ковбаня в пітьмі лісовій,—&lt;br /&gt;</w:t>
        <w:br/>
        <w:t>Стань над ним навколішки — і пий,&lt;br /&gt;</w:t>
        <w:br/>
        <w:t>Причащайся мовою живою.</w:t>
      </w:r>
    </w:p>
    <w:p>
      <w:r>
        <w:br/>
        <w:t>Вичищай намул із джерела,&lt;br /&gt;</w:t>
        <w:br/>
        <w:t>Не лякайся втоми, ні простуди —&lt;br /&gt;</w:t>
        <w:br/>
        <w:t>І воно мілішати не буде,&lt;br /&gt;</w:t>
        <w:br/>
        <w:t>Хоч яка б епоха не прийшла.</w:t>
      </w:r>
    </w:p>
    <w:p>
      <w:r>
        <w:br/>
        <w:t>1962</w:t>
      </w:r>
    </w:p>
    <w:p>
      <w:r>
        <w:br/>
        <w:t>* * *</w:t>
      </w:r>
    </w:p>
    <w:p>
      <w:r>
        <w:br/>
        <w:t>За роком рік — як птахи вдалені,&lt;br /&gt;</w:t>
        <w:br/>
        <w:t>А ти так само рідна і жадана,&lt;br /&gt;</w:t>
        <w:br/>
        <w:t>Так само завжди й віддана мені,&lt;br /&gt;</w:t>
        <w:br/>
        <w:t>І таємнича — мрія первозданна.</w:t>
      </w:r>
    </w:p>
    <w:p>
      <w:r>
        <w:br/>
        <w:t>Почую дотик вірної руки —&lt;br /&gt;</w:t>
        <w:br/>
        <w:t>І не боюсь ні часу, ні голгофи,—&lt;br /&gt;</w:t>
        <w:br/>
        <w:t>Десь мимо нас пролинули роки,&lt;br /&gt;</w:t>
        <w:br/>
        <w:t>А з ними — й наші лиха-катастрофи.</w:t>
      </w:r>
    </w:p>
    <w:p>
      <w:r>
        <w:br/>
        <w:t>І тільки ми лишилися — удвох,&lt;br /&gt;</w:t>
        <w:br/>
        <w:t>У первозданній ніжності й любові,&lt;br /&gt;</w:t>
        <w:br/>
        <w:t>Лишилися у затишному схові&lt;br /&gt;</w:t>
        <w:br/>
        <w:t>Своїх духовних таїн і тривог.</w:t>
      </w:r>
    </w:p>
    <w:p>
      <w:r>
        <w:br/>
        <w:t>* * *</w:t>
      </w:r>
    </w:p>
    <w:p>
      <w:r>
        <w:br/>
        <w:t>Ми заховалися у дім,&lt;br /&gt;</w:t>
        <w:br/>
        <w:t>Забутий осторонь галактик,&lt;br /&gt;</w:t>
        <w:br/>
        <w:t>Де світ, мов атомний реактор,&lt;br /&gt;</w:t>
        <w:br/>
        <w:t>Горить у безумі своїм.</w:t>
      </w:r>
    </w:p>
    <w:p>
      <w:r>
        <w:br/>
        <w:t>Сей дім — як рай: ні суєти,&lt;br /&gt;</w:t>
        <w:br/>
        <w:t>Ні світового безголов'я,—&lt;br /&gt;</w:t>
        <w:br/>
        <w:t>Сьогодні, мабуть, лиш любов'ю&lt;br /&gt;</w:t>
        <w:br/>
        <w:t>Себе ще можна зберегти.</w:t>
      </w:r>
    </w:p>
    <w:p>
      <w:r>
        <w:br/>
        <w:t>СВЯТВЕЧІР</w:t>
      </w:r>
    </w:p>
    <w:p>
      <w:r>
        <w:br/>
        <w:t>Хати в снігу — мов іграшки із вати,&lt;br /&gt;</w:t>
        <w:br/>
        <w:t>Чекають свята вікнами й дверми,—&lt;br /&gt;</w:t>
        <w:br/>
        <w:t>Хтось, може, прийде, й нам колядувати,&lt;br /&gt;</w:t>
        <w:br/>
        <w:t>Не боячись ні свідків, ні зими.</w:t>
      </w:r>
    </w:p>
    <w:p>
      <w:r>
        <w:br/>
        <w:t>По-давньому — з вертепом, чи звіздою,&lt;br /&gt;</w:t>
        <w:br/>
        <w:t>Чи просто так, як серце повелить,&lt;br /&gt;</w:t>
        <w:br/>
        <w:t>Заколядує весело — й святою&lt;br /&gt;</w:t>
        <w:br/>
        <w:t>Колядкою всю хату звеселить.</w:t>
      </w:r>
    </w:p>
    <w:p>
      <w:r>
        <w:br/>
        <w:t>І буде сніп на покуті, і сіно,&lt;br /&gt;</w:t>
        <w:br/>
        <w:t>І калачі, і свічка на столі,&lt;br /&gt;</w:t>
        <w:br/>
        <w:t>І затишок на цілу Україну,&lt;br /&gt;</w:t>
        <w:br/>
        <w:t>І наше свято в рідному теплі.</w:t>
      </w:r>
    </w:p>
    <w:p>
      <w:r>
        <w:br/>
        <w:t>І буде в нас ялинка серед хати,&lt;br /&gt;</w:t>
        <w:br/>
        <w:t>І буде щастя, зрошене слізьми...&lt;br /&gt;</w:t>
        <w:br/>
        <w:t>Хтось, може, прийде й нам колядувати,&lt;br /&gt;</w:t>
        <w:br/>
        <w:t>Не боячись ні свідків, ні зими.</w:t>
      </w:r>
    </w:p>
    <w:p>
      <w:r>
        <w:br/>
        <w:t>КОЛИСКОВА</w:t>
      </w:r>
    </w:p>
    <w:p>
      <w:r>
        <w:br/>
        <w:t>Вітер дме звіддаля —&lt;br /&gt;</w:t>
        <w:br/>
        <w:t>Завірюха надворі.&lt;br /&gt;</w:t>
        <w:br/>
        <w:t>Спить під снігом земля,&lt;br /&gt;</w:t>
        <w:br/>
        <w:t>Сплять і діти, і зорі.</w:t>
      </w:r>
    </w:p>
    <w:p>
      <w:r>
        <w:br/>
        <w:t>І клубочками сплять&lt;br /&gt;</w:t>
        <w:br/>
        <w:t>Пси, поховані в буди,—&lt;br /&gt;</w:t>
        <w:br/>
        <w:t>Їм така благодать,&lt;br /&gt;</w:t>
        <w:br/>
        <w:t>Що ніхто їх не будить!</w:t>
      </w:r>
    </w:p>
    <w:p>
      <w:r>
        <w:br/>
        <w:t>Спить у світі біда,&lt;br /&gt;</w:t>
        <w:br/>
        <w:t>Сплять під кригою ріки,&lt;br /&gt;</w:t>
        <w:br/>
        <w:t>Вже й стара коляда&lt;br /&gt;</w:t>
        <w:br/>
        <w:t>Засинає навіки.</w:t>
      </w:r>
    </w:p>
    <w:p>
      <w:r>
        <w:br/>
        <w:t>Сплять і села, й міста,&lt;br /&gt;</w:t>
        <w:br/>
        <w:t>Спить у них Україна,&lt;br /&gt;</w:t>
        <w:br/>
        <w:t>І людська суєта,&lt;br /&gt;</w:t>
        <w:br/>
        <w:t>І ця ніч безгомінна.</w:t>
      </w:r>
    </w:p>
    <w:p>
      <w:r>
        <w:br/>
        <w:t>Лиш до ранку не спить&lt;br /&gt;</w:t>
        <w:br/>
        <w:t>Над колискою мати,—&lt;br /&gt;</w:t>
        <w:br/>
        <w:t>Видно, серце болить,&lt;br /&gt;</w:t>
        <w:br/>
        <w:t>Щоб чогось не проспати.</w:t>
      </w:r>
    </w:p>
    <w:p>
      <w:r>
        <w:br/>
        <w:t>МЕДИТАЦІЯ</w:t>
      </w:r>
    </w:p>
    <w:p>
      <w:r>
        <w:br/>
        <w:t>П'ять рочків моїй онуці —&lt;br /&gt;</w:t>
        <w:br/>
        <w:t>Вона ще така маленька,&lt;br /&gt;</w:t>
        <w:br/>
        <w:t>А очі — як дві волошки,&lt;br /&gt;</w:t>
        <w:br/>
        <w:t>Розквітлі на цілий світ,&lt;br /&gt;</w:t>
        <w:br/>
        <w:t>Такі безборонні й чисті,&lt;br /&gt;</w:t>
        <w:br/>
        <w:t>Аж страшно, коли зблизенька&lt;br /&gt;</w:t>
        <w:br/>
        <w:t>Заглянеш у їх довір'я&lt;br /&gt;</w:t>
        <w:br/>
        <w:t>Крізь сутінь тривожних літ.</w:t>
      </w:r>
    </w:p>
    <w:p>
      <w:r>
        <w:br/>
        <w:t>У них, як в живих озерцях,&lt;br /&gt;</w:t>
        <w:br/>
        <w:t>Без тіні лукавства й смутку&lt;br /&gt;</w:t>
        <w:br/>
        <w:t>Відбилась дитяча мудрість&lt;br /&gt;</w:t>
        <w:br/>
        <w:t>І дивне життя казок,—&lt;br /&gt;</w:t>
        <w:br/>
        <w:t>Хай тішить себе хоч ними —&lt;br /&gt;</w:t>
        <w:br/>
        <w:t>Дитинство минає хутко,&lt;br /&gt;</w:t>
        <w:br/>
        <w:t>Ще рочок чи два — й ті очі&lt;br /&gt;</w:t>
        <w:br/>
        <w:t>Збентежить шкільний дзвінок.</w:t>
      </w:r>
    </w:p>
    <w:p>
      <w:r>
        <w:br/>
        <w:t>Нічого, що слабосила,&lt;br /&gt;</w:t>
        <w:br/>
        <w:t>Аби лиш була здорова,&lt;br /&gt;</w:t>
        <w:br/>
        <w:t>Не збилась з тієї стежки,&lt;br /&gt;</w:t>
        <w:br/>
        <w:t>Що йде через отчий двір,&lt;br /&gt;</w:t>
        <w:br/>
        <w:t>І завжди тяглася серцем&lt;br /&gt;</w:t>
        <w:br/>
        <w:t>До рідної пісні й слова,&lt;br /&gt;</w:t>
        <w:br/>
        <w:t>До чистих джерел дитинства,&lt;br /&gt;</w:t>
        <w:br/>
        <w:t>Що б'ють з-під Карпатських гір.</w:t>
      </w:r>
    </w:p>
    <w:p>
      <w:r>
        <w:br/>
        <w:t>ДОЛЯ</w:t>
      </w:r>
    </w:p>
    <w:p>
      <w:r>
        <w:br/>
        <w:t>Моїй матері</w:t>
      </w:r>
    </w:p>
    <w:p>
      <w:r>
        <w:br/>
        <w:t>Вона добра ні крихітки не мала,&lt;br /&gt;</w:t>
        <w:br/>
        <w:t>Зате уволю — злигоднів та лих,—&lt;br /&gt;</w:t>
        <w:br/>
        <w:t>На панському і сіяла, і жала,&lt;br /&gt;</w:t>
        <w:br/>
        <w:t>Гаруючи на кривдників своїх.</w:t>
      </w:r>
    </w:p>
    <w:p>
      <w:r>
        <w:br/>
        <w:t>А взимку ледь приходила до тями,&lt;br /&gt;</w:t>
        <w:br/>
        <w:t>Коли полотна ткала до смерку,—&lt;br /&gt;</w:t>
        <w:br/>
        <w:t>Вузли ниток в'язались мозолями&lt;br /&gt;</w:t>
        <w:br/>
        <w:t>І на її руках, і на віку.</w:t>
      </w:r>
    </w:p>
    <w:p>
      <w:r>
        <w:br/>
        <w:t>І от життя лишилося позаду.&lt;br /&gt;</w:t>
        <w:br/>
        <w:t>Лишилося? Чи, може, й не було? —&lt;br /&gt;</w:t>
        <w:br/>
        <w:t>Вже й думи рідше ходять на пораду,&lt;br /&gt;</w:t>
        <w:br/>
        <w:t>Переоравши зморшками чоло.</w:t>
      </w:r>
    </w:p>
    <w:p>
      <w:r>
        <w:br/>
        <w:t>Влягаються і кривди, і печалі,&lt;br /&gt;</w:t>
        <w:br/>
        <w:t>Не так вже мучить туга в самоті,—&lt;br /&gt;</w:t>
        <w:br/>
        <w:t>Живе лише роботою й дедалі&lt;br /&gt;</w:t>
        <w:br/>
        <w:t>Частіше хоче спокою в житті.</w:t>
      </w:r>
    </w:p>
    <w:p>
      <w:r>
        <w:br/>
        <w:t>Та час її, проте, не втихомирив —&lt;br /&gt;</w:t>
        <w:br/>
        <w:t>У кожного є клопоти свої:&lt;br /&gt;</w:t>
        <w:br/>
        <w:t>Міняють їй телят і бригадирів,—&lt;br /&gt;</w:t>
        <w:br/>
        <w:t>Усіх міняють — тільки не її.</w:t>
      </w:r>
    </w:p>
    <w:p>
      <w:r>
        <w:br/>
        <w:t>Не раз ковтає спогади солоні:&lt;br /&gt;</w:t>
        <w:br/>
        <w:t>Пройшли літа — й не вернуться назад...&lt;br /&gt;</w:t>
        <w:br/>
        <w:t>Задивиться на долю з-під долоні —&lt;br /&gt;</w:t>
        <w:br/>
        <w:t>І посміхнеться сумно... до телят.</w:t>
      </w:r>
    </w:p>
    <w:p>
      <w:r>
        <w:br/>
        <w:t>1963</w:t>
      </w:r>
    </w:p>
    <w:p>
      <w:r>
        <w:br/>
        <w:t>ДИКИЙ ГОЛУБ</w:t>
      </w:r>
    </w:p>
    <w:p>
      <w:r>
        <w:br/>
        <w:t>І де він взявся — той приблуда,&lt;br /&gt;</w:t>
        <w:br/>
        <w:t>Той дикий голуб-вокаліст? —&lt;br /&gt;</w:t>
        <w:br/>
        <w:t>Прибився поночі — і будить&lt;br /&gt;</w:t>
        <w:br/>
        <w:t>Усіх, воркуючи до сліз.</w:t>
      </w:r>
    </w:p>
    <w:p>
      <w:r>
        <w:br/>
        <w:t>Вже третю ніч, як одержимий&lt;br /&gt;</w:t>
        <w:br/>
        <w:t>(Співак — без публіки й жюрі),&lt;br /&gt;</w:t>
        <w:br/>
        <w:t>Десь на причілку невмолимо&lt;br /&gt;</w:t>
        <w:br/>
        <w:t>Сидить і тужить до зорі.</w:t>
      </w:r>
    </w:p>
    <w:p>
      <w:r>
        <w:br/>
        <w:t>Когось оплакує чи, може,&lt;br /&gt;</w:t>
        <w:br/>
        <w:t>Зове, покинутий в журбі,&lt;br /&gt;</w:t>
        <w:br/>
        <w:t>І тужним голосом, що схожий&lt;br /&gt;</w:t>
        <w:br/>
        <w:t>На стогін, скаржиться судьбі?</w:t>
      </w:r>
    </w:p>
    <w:p>
      <w:r>
        <w:br/>
        <w:t>Він будить приспану тривогу,&lt;br /&gt;</w:t>
        <w:br/>
        <w:t>Кричить, як пугач на біду,—&lt;br /&gt;</w:t>
        <w:br/>
        <w:t>Вже третю ніч я через нього&lt;br /&gt;</w:t>
        <w:br/>
        <w:t>У хаті місця не знайду.</w:t>
      </w:r>
    </w:p>
    <w:p>
      <w:r>
        <w:br/>
        <w:t>Не їсть, не п'є — хоч до причастя,&lt;br /&gt;</w:t>
        <w:br/>
        <w:t>Лише воркує безугав,—&lt;br /&gt;</w:t>
        <w:br/>
        <w:t>Так невмолимо на нещастя&lt;br /&gt;</w:t>
        <w:br/>
        <w:t>Той голуб, кажуть, воркував.</w:t>
      </w:r>
    </w:p>
    <w:p>
      <w:r>
        <w:br/>
        <w:t>* * *</w:t>
      </w:r>
    </w:p>
    <w:p>
      <w:r>
        <w:br/>
        <w:t>Либонь, зима вже вичерпала лють —&lt;br /&gt;</w:t>
        <w:br/>
        <w:t>Похнюпилась і мокне під кущами,&lt;br /&gt;</w:t>
        <w:br/>
        <w:t>І сірі дні навпотемки ідуть,&lt;br /&gt;</w:t>
        <w:br/>
        <w:t>Немов сліпці, захльостані дощами.</w:t>
      </w:r>
    </w:p>
    <w:p>
      <w:r>
        <w:br/>
        <w:t>Хати — як мертві мамути, німі,&lt;br /&gt;</w:t>
        <w:br/>
        <w:t>Не пізнаю їх зовнішнього виду,&lt;br /&gt;</w:t>
        <w:br/>
        <w:t>Лиш слухаю, як вітер по зимі&lt;br /&gt;</w:t>
        <w:br/>
        <w:t>В їх коминах співає панахиду.</w:t>
      </w:r>
    </w:p>
    <w:p>
      <w:r>
        <w:br/>
        <w:t>Нічого вже й не мариться мені,&lt;br /&gt;</w:t>
        <w:br/>
        <w:t>Мовчу — думки, як віхоли, вляглися,—&lt;br /&gt;</w:t>
        <w:br/>
        <w:t>Ані зими, ні літа — цілі дні&lt;br /&gt;</w:t>
        <w:br/>
        <w:t>Дощі й дощі... ідуть... мов найнялися.</w:t>
      </w:r>
    </w:p>
    <w:p>
      <w:r>
        <w:br/>
        <w:t>1974</w:t>
      </w:r>
    </w:p>
    <w:p>
      <w:r>
        <w:br/>
        <w:t>* * *</w:t>
      </w:r>
    </w:p>
    <w:p>
      <w:r>
        <w:br/>
        <w:t>Ступив за хвіртку і неждано&lt;br /&gt;</w:t>
        <w:br/>
        <w:t>Сп’янів, немов од похвали:&lt;br /&gt;</w:t>
        <w:br/>
        <w:t>Цвітуть сади — так первозданно,&lt;br /&gt;</w:t>
        <w:br/>
        <w:t>Як зроду, мабудь, не цвіли.</w:t>
      </w:r>
    </w:p>
    <w:p>
      <w:r>
        <w:br/>
        <w:t>Залиті пахощами, дивні&lt;br /&gt;</w:t>
        <w:br/>
        <w:t>І екзотичні, як світи,&lt;br /&gt;</w:t>
        <w:br/>
        <w:t>Цвітуть, хоч радіоактивні,&lt;br /&gt;</w:t>
        <w:br/>
        <w:t>Бо як весною не цвісти</w:t>
      </w:r>
    </w:p>
    <w:p>
      <w:r>
        <w:br/>
        <w:t>Так ревно годить їм погода,&lt;br /&gt;</w:t>
        <w:br/>
        <w:t>Що хоч не хочуть, а цвітуть,—&lt;br /&gt;</w:t>
        <w:br/>
        <w:t>Сади невинні, що природа&lt;br /&gt;</w:t>
        <w:br/>
        <w:t>Їх випробовує, мабудь.</w:t>
      </w:r>
    </w:p>
    <w:p>
      <w:r>
        <w:br/>
        <w:t>* * *</w:t>
      </w:r>
    </w:p>
    <w:p>
      <w:r>
        <w:br/>
        <w:t>Ставок, і верби в дзеркалі води,&lt;br /&gt;</w:t>
        <w:br/>
        <w:t>І жабуриння, й тиша первозданна,&lt;br /&gt;</w:t>
        <w:br/>
        <w:t>І крекіт жаб, що збуджено сюди&lt;br /&gt;</w:t>
        <w:br/>
        <w:t>В єдиний хор зібралися ще зрана.</w:t>
      </w:r>
    </w:p>
    <w:p>
      <w:r>
        <w:br/>
        <w:t>І гайвороння в гніздах на гіллі,&lt;br /&gt;</w:t>
        <w:br/>
        <w:t>І сонний гай, і свіжість прохолоди,—&lt;br /&gt;</w:t>
        <w:br/>
        <w:t>Як мило тут, на клаптику землі,&lt;br /&gt;</w:t>
        <w:br/>
        <w:t>Ще збереглась ідилія природи!</w:t>
      </w:r>
    </w:p>
    <w:p>
      <w:r>
        <w:br/>
        <w:t>Ще не один завзятий риболов&lt;br /&gt;</w:t>
        <w:br/>
        <w:t>Над цим ставком душею відпочине,&lt;br /&gt;</w:t>
        <w:br/>
        <w:t>Тут навіть час, що лине стрімголов,&lt;br /&gt;</w:t>
        <w:br/>
        <w:t>Пливе собі, як виводок качиний.</w:t>
      </w:r>
    </w:p>
    <w:p>
      <w:r>
        <w:br/>
        <w:t>РИБА</w:t>
      </w:r>
    </w:p>
    <w:p>
      <w:r>
        <w:br/>
        <w:t>Закинув ятера — і рибу&lt;br /&gt;</w:t>
        <w:br/>
        <w:t>В порожній кошик, без води,—&lt;br /&gt;</w:t>
        <w:br/>
        <w:t>І болем риб'ячого схлипу&lt;br /&gt;</w:t>
        <w:br/>
        <w:t>Голосить світ, не доведи.</w:t>
      </w:r>
    </w:p>
    <w:p>
      <w:r>
        <w:br/>
        <w:t>Якби душа — за душу взяв би,&lt;br /&gt;</w:t>
        <w:br/>
        <w:t>За душу — й криком по душі,&lt;br /&gt;</w:t>
        <w:br/>
        <w:t>Як рибу пальцями за зябра&lt;br /&gt;</w:t>
        <w:br/>
        <w:t>Беруть і б'ють її в коші.</w:t>
      </w:r>
    </w:p>
    <w:p>
      <w:r>
        <w:br/>
        <w:t>І, затаївши біль мовчання,&lt;br /&gt;</w:t>
        <w:br/>
        <w:t>Заціпивши з водою рот,&lt;br /&gt;</w:t>
        <w:br/>
        <w:t>Лиш криком погляду — з одчаю&lt;br /&gt;</w:t>
        <w:br/>
        <w:t>Волає риба до хрипот.</w:t>
      </w:r>
    </w:p>
    <w:p>
      <w:r>
        <w:br/>
        <w:t>1968</w:t>
      </w:r>
    </w:p>
    <w:p>
      <w:r>
        <w:br/>
        <w:t>ПЕС</w:t>
      </w:r>
    </w:p>
    <w:p>
      <w:r>
        <w:br/>
        <w:t>Він пес як пес — кудлатий і чуткий,&lt;br /&gt;</w:t>
        <w:br/>
        <w:t>З великими розумними очима,&lt;br /&gt;</w:t>
        <w:br/>
        <w:t>Але йому як псові невтямки,&lt;br /&gt;</w:t>
        <w:br/>
        <w:t>Що гавкання — то служба невмолима.</w:t>
      </w:r>
    </w:p>
    <w:p>
      <w:r>
        <w:br/>
        <w:t>Він знає вірність, чесну і святу,&lt;br /&gt;</w:t>
        <w:br/>
        <w:t>Він сторожує, відданий людині,&lt;br /&gt;</w:t>
        <w:br/>
        <w:t>Він знає навіть службу — лиш не ту,&lt;br /&gt;</w:t>
        <w:br/>
        <w:t>Де всі собаки гавкати повинні.</w:t>
      </w:r>
    </w:p>
    <w:p>
      <w:r>
        <w:br/>
        <w:t>А люди — злі і важать лиш на лють:&lt;br /&gt;</w:t>
        <w:br/>
        <w:t>Як пес мовчить — то вже він їм не вірний,&lt;br /&gt;</w:t>
        <w:br/>
        <w:t>Вже не слухняний,— схоплять і припнуть&lt;br /&gt;</w:t>
        <w:br/>
        <w:t>Його, немов злочинця, на подвір'ї.</w:t>
      </w:r>
    </w:p>
    <w:p>
      <w:r>
        <w:br/>
        <w:t>І денно й нощно, студінь чи сльота,&lt;br /&gt;</w:t>
        <w:br/>
        <w:t>Він скнітиме, голодний і прикутий,—&lt;br /&gt;</w:t>
        <w:br/>
        <w:t>Навчить його покірності — ота&lt;br /&gt;</w:t>
        <w:br/>
        <w:t>Собача служба, вимушена й люта.</w:t>
      </w:r>
    </w:p>
    <w:p>
      <w:r>
        <w:br/>
        <w:t>Така вже, видно, доля у собак.&lt;br /&gt;</w:t>
        <w:br/>
        <w:t>О, як йому я гірко співчуваю! —&lt;br /&gt;</w:t>
        <w:br/>
        <w:t>Ані втекти, ні згинути ніяк,&lt;br /&gt;</w:t>
        <w:br/>
        <w:t>Хіба що вити й гавкати з відчаю.</w:t>
      </w:r>
    </w:p>
    <w:p>
      <w:r>
        <w:br/>
        <w:t>1975</w:t>
      </w:r>
    </w:p>
    <w:p>
      <w:r>
        <w:br/>
        <w:t>СУЄСЛОВ</w:t>
      </w:r>
    </w:p>
    <w:p>
      <w:r>
        <w:br/>
        <w:t>Він завжди в образі пророка&lt;br /&gt;</w:t>
        <w:br/>
        <w:t>Живе, не сходячи з трибун,&lt;br /&gt;</w:t>
        <w:br/>
        <w:t>Дарма, що звивистий, як в'юн,&lt;br /&gt;</w:t>
        <w:br/>
        <w:t>Що вдача в нього — круглобока.</w:t>
      </w:r>
    </w:p>
    <w:p>
      <w:r>
        <w:br/>
        <w:t>За вітром часу легкома&lt;br /&gt;</w:t>
        <w:br/>
        <w:t>Він повертається, як флюгер,&lt;br /&gt;</w:t>
        <w:br/>
        <w:t>Дарма, що зроду недолугий&lt;br /&gt;</w:t>
        <w:br/>
        <w:t>І недовірливий,— дарма.</w:t>
      </w:r>
    </w:p>
    <w:p>
      <w:r>
        <w:br/>
        <w:t>Непогрішимий він, і завжди —&lt;br /&gt;</w:t>
        <w:br/>
        <w:t>На вістрі всіх перебудов,&lt;br /&gt;</w:t>
        <w:br/>
        <w:t>У пишноті своїх промов,&lt;br /&gt;</w:t>
        <w:br/>
        <w:t>Хоч і не вірить їм, щоправда.</w:t>
      </w:r>
    </w:p>
    <w:p>
      <w:r>
        <w:br/>
        <w:t>Він звик лише до похвали —&lt;br /&gt;</w:t>
        <w:br/>
        <w:t>На смерть стоятиме за неї,—&lt;br /&gt;</w:t>
        <w:br/>
        <w:t>Ні, недаремно фарисеї&lt;br /&gt;</w:t>
        <w:br/>
        <w:t>Його в пророки возвели.</w:t>
      </w:r>
    </w:p>
    <w:p>
      <w:r>
        <w:br/>
        <w:t>ЛЕСТУНИ</w:t>
      </w:r>
    </w:p>
    <w:p>
      <w:r>
        <w:br/>
        <w:t>Його боготворили, і боялись,&lt;br /&gt;</w:t>
        <w:br/>
        <w:t>І блазнювали, й терпли перед ним,&lt;br /&gt;</w:t>
        <w:br/>
        <w:t>А він стояв з обличчям кам'яним,&lt;br /&gt;</w:t>
        <w:br/>
        <w:t>Немов не чув їх лестощів, здавалось.</w:t>
      </w:r>
    </w:p>
    <w:p>
      <w:r>
        <w:br/>
        <w:t>Були у нього блазні, й лестуни,&lt;br /&gt;</w:t>
        <w:br/>
        <w:t>І ті, що стерегли його недремне,—&lt;br /&gt;</w:t>
        <w:br/>
        <w:t>Один за одним стежили таємно,&lt;br /&gt;</w:t>
        <w:br/>
        <w:t>Не боячись взаємної вини.</w:t>
      </w:r>
    </w:p>
    <w:p>
      <w:r>
        <w:br/>
        <w:t>Але тепер, коли його не стало,&lt;br /&gt;</w:t>
        <w:br/>
        <w:t>Ті лестуни та блазні, ледь живі,&lt;br /&gt;</w:t>
        <w:br/>
        <w:t>Бо ж, може, руки декому в крові,&lt;br /&gt;</w:t>
        <w:br/>
        <w:t>Гуртом його розвінчують зухвало.</w:t>
      </w:r>
    </w:p>
    <w:p>
      <w:r>
        <w:br/>
        <w:t>Тепер вони міняють голоси&lt;br /&gt;</w:t>
        <w:br/>
        <w:t>И свою вину приховують старанно —&lt;br /&gt;</w:t>
        <w:br/>
        <w:t>Клянуть з трибун і мертвого тирана,&lt;br /&gt;</w:t>
        <w:br/>
        <w:t>І культ особи в сталінські часи.</w:t>
      </w:r>
    </w:p>
    <w:p>
      <w:r>
        <w:br/>
        <w:t>І воздають самі собі похвали,&lt;br /&gt;</w:t>
        <w:br/>
        <w:t>Мовляв, ми не боялися ЧК —&lt;br /&gt;</w:t>
        <w:br/>
        <w:t>Зі співчуттям, бувало, з літала&lt;br /&gt;</w:t>
        <w:br/>
        <w:t>Квадрати таборів спостерігали</w:t>
      </w:r>
    </w:p>
    <w:p>
      <w:r>
        <w:br/>
        <w:t>Що ж, табори — квадратні з висоти,&lt;br /&gt;</w:t>
        <w:br/>
        <w:t>Їх легко в літаку спостерігати,&lt;br /&gt;</w:t>
        <w:br/>
        <w:t>Не так, як тим, що боляче крізь грати&lt;br /&gt;</w:t>
        <w:br/>
        <w:t>Дивились в них на вишки і дроти.</w:t>
      </w:r>
    </w:p>
    <w:p>
      <w:r>
        <w:br/>
        <w:t>Тепер, коли вже Сталіна не стало,&lt;br /&gt;</w:t>
        <w:br/>
        <w:t>Ті табори лиш в пам'яті живуть,&lt;br /&gt;</w:t>
        <w:br/>
        <w:t>Вони так само знесені, мабуть,&lt;br /&gt;</w:t>
        <w:br/>
        <w:t>Як їх творець з німого п'єдесталу.</w:t>
      </w:r>
    </w:p>
    <w:p>
      <w:r>
        <w:br/>
        <w:t>Але якби підвівся він з труни&lt;br /&gt;</w:t>
        <w:br/>
        <w:t>Й на мить явився в образі колоса,&lt;br /&gt;</w:t>
        <w:br/>
        <w:t>То знов йому і оди, і доноси&lt;br /&gt;</w:t>
        <w:br/>
        <w:t>Писали б ті придворні лестуни.</w:t>
      </w:r>
    </w:p>
    <w:p>
      <w:r>
        <w:br/>
        <w:t>1962—1988</w:t>
      </w:r>
    </w:p>
    <w:p>
      <w:r>
        <w:br/>
        <w:t>ЗЛОБОДЕННІСТЬ</w:t>
      </w:r>
    </w:p>
    <w:p>
      <w:r>
        <w:br/>
        <w:t>Отак собі віршуємо знічев'я&lt;br /&gt;</w:t>
        <w:br/>
        <w:t>І товпимось без черги на Парнас.&lt;br /&gt;</w:t>
        <w:br/>
        <w:t>Не раз їдять нас завидки, як черви,&lt;br /&gt;</w:t>
        <w:br/>
        <w:t>І слово їсть, не слухаючись нас.</w:t>
      </w:r>
    </w:p>
    <w:p>
      <w:r>
        <w:br/>
        <w:t>А ми собі тупцюємо на місці&lt;br /&gt;</w:t>
        <w:br/>
        <w:t>І дивимось під ноги — як сліпці,—&lt;br /&gt;</w:t>
        <w:br/>
        <w:t>Є ж диваки на світі, що й у місті&lt;br /&gt;</w:t>
        <w:br/>
        <w:t>Збиваються, бува, на манівці.</w:t>
      </w:r>
    </w:p>
    <w:p>
      <w:r>
        <w:br/>
        <w:t>А ми собі віршуємо пістряво&lt;br /&gt;</w:t>
        <w:br/>
        <w:t>На всі свої метафори й лади,—&lt;br /&gt;</w:t>
        <w:br/>
        <w:t>Такі вже запопадливі до слави,&lt;br /&gt;</w:t>
        <w:br/>
        <w:t>Такі вже геніальні хоч куди!</w:t>
      </w:r>
    </w:p>
    <w:p>
      <w:r>
        <w:br/>
        <w:t>Так строчимо ті вірші випадкові&lt;br /&gt;</w:t>
        <w:br/>
        <w:t>До всяких дат, і рішень, і газет,&lt;br /&gt;</w:t>
        <w:br/>
        <w:t>Не знаючи, як боляче у слові&lt;br /&gt;</w:t>
        <w:br/>
        <w:t>Народжується істинний поет.</w:t>
      </w:r>
    </w:p>
    <w:p>
      <w:r>
        <w:br/>
        <w:t>БАГАТОЛИКИЙ ТЛУМ І СУЄТА</w:t>
      </w:r>
    </w:p>
    <w:p>
      <w:r>
        <w:br/>
        <w:t>Букети слів, яскравих як гвоздики,&lt;br /&gt;</w:t>
        <w:br/>
        <w:t>І мед усмішок — солодко-масних,&lt;br /&gt;</w:t>
        <w:br/>
        <w:t>І суєта, і тлум багатоликий,—&lt;br /&gt;</w:t>
        <w:br/>
        <w:t>О, як ми легко гинемо у них!</w:t>
      </w:r>
    </w:p>
    <w:p>
      <w:r>
        <w:br/>
        <w:t>Послухаєш чи глянеш — не людина,&lt;br /&gt;</w:t>
        <w:br/>
        <w:t>А дух святий — живісінький Ісус,&lt;br /&gt;</w:t>
        <w:br/>
        <w:t>І той в німій приреченості гине,&lt;br /&gt;</w:t>
        <w:br/>
        <w:t>Піддавшись волі суєтних спокус.</w:t>
      </w:r>
    </w:p>
    <w:p>
      <w:r>
        <w:br/>
        <w:t>А що йому обов'язок чи совість? —&lt;br /&gt;</w:t>
        <w:br/>
        <w:t>Він сам себе вже зрить на небесі.&lt;br /&gt;</w:t>
        <w:br/>
        <w:t>...Невже ми так без болю і без крові&lt;br /&gt;</w:t>
        <w:br/>
        <w:t>У тих спокусах згинемо усі?</w:t>
      </w:r>
    </w:p>
    <w:p>
      <w:r>
        <w:br/>
        <w:t>РУЇННИКИ</w:t>
      </w:r>
    </w:p>
    <w:p>
      <w:r>
        <w:br/>
        <w:t>Як боляче сяють у пам'яті храми,&lt;br /&gt;</w:t>
        <w:br/>
        <w:t>Коли, ідучи на безумство і гріх,&lt;br /&gt;</w:t>
        <w:br/>
        <w:t>Безрідні руїнники в шалі нестями,&lt;br /&gt;</w:t>
        <w:br/>
        <w:t>Бува, обертають в румовища їх!</w:t>
      </w:r>
    </w:p>
    <w:p>
      <w:r>
        <w:br/>
        <w:t>Жадаючи слави, ті виродки й нині&lt;br /&gt;</w:t>
        <w:br/>
        <w:t>Готові спалити і храми, і світ,—&lt;br /&gt;</w:t>
        <w:br/>
        <w:t>Хіба дорогі їм народні святині,&lt;br /&gt;</w:t>
        <w:br/>
        <w:t>Де світяться лики не їх Артемід?</w:t>
      </w:r>
    </w:p>
    <w:p>
      <w:r>
        <w:br/>
        <w:t>Прикриті щитами своїх демагогій,&lt;br /&gt;</w:t>
        <w:br/>
        <w:t>Ті виродки хитро, немов торгаші,&lt;br /&gt;</w:t>
        <w:br/>
        <w:t>Руйнуючи храми як пам’ятки строгі&lt;br /&gt;</w:t>
        <w:br/>
        <w:t>Руйнують святині і в нашій душі.</w:t>
      </w:r>
    </w:p>
    <w:p>
      <w:r>
        <w:br/>
        <w:t>У кожній кровинці винищують гени,&lt;br /&gt;</w:t>
        <w:br/>
        <w:t>Тихцем обезріднюють душі й уми,&lt;br /&gt;</w:t>
        <w:br/>
        <w:t>Аби з особистості — з тебе і з мене —&lt;br /&gt;</w:t>
        <w:br/>
        <w:t>Створити бездушну аморфність юрми.</w:t>
      </w:r>
    </w:p>
    <w:p>
      <w:r>
        <w:br/>
        <w:t>Невже їм удасться той зрадницький замах&lt;br /&gt;</w:t>
        <w:br/>
        <w:t>І світ попадеться у їхнє сильце? —&lt;br /&gt;</w:t>
        <w:br/>
        <w:t>Такі ж, як вони, торгували у храмах —&lt;br /&gt;</w:t>
        <w:br/>
        <w:t>Ми добре затямили їхнє лице.</w:t>
      </w:r>
    </w:p>
    <w:p>
      <w:r>
        <w:br/>
        <w:t>ВЕТЕРАН</w:t>
      </w:r>
    </w:p>
    <w:p>
      <w:r>
        <w:br/>
        <w:t>Вже до сотні — рукою подати, а смерть&lt;br /&gt;</w:t>
        <w:br/>
        <w:t>Не приходить по нього, старого служаку,—&lt;br /&gt;</w:t>
        <w:br/>
        <w:t>Всі такі непоштиві, що він спересердь&lt;br /&gt;</w:t>
        <w:br/>
        <w:t>Через них і на смерть нарікає всіляко.</w:t>
      </w:r>
    </w:p>
    <w:p>
      <w:r>
        <w:br/>
        <w:t>Ледь укупці тримається висохла плоть,&lt;br /&gt;</w:t>
        <w:br/>
        <w:t>Обвисають і губи, й неголені щоки,—&lt;br /&gt;</w:t>
        <w:br/>
        <w:t>Так спотворнів увесь, хоч надвір не виходь,&lt;br /&gt;</w:t>
        <w:br/>
        <w:t>Видно, час і над ним познущався жорстоко.</w:t>
      </w:r>
    </w:p>
    <w:p>
      <w:r>
        <w:br/>
        <w:t>Остогидло й життя, й мішкувате пальто,&lt;br /&gt;</w:t>
        <w:br/>
        <w:t>Він же звик до тугої — взастібку — шинелі,&lt;br /&gt;</w:t>
        <w:br/>
        <w:t>Вже й з дороги йому не вступає ніхто,&lt;br /&gt;</w:t>
        <w:br/>
        <w:t>Всі немовби не бачать його, мудрагелі.</w:t>
      </w:r>
    </w:p>
    <w:p>
      <w:r>
        <w:br/>
        <w:t>І ніхто не зважає, що він ветеран,&lt;br /&gt;</w:t>
        <w:br/>
        <w:t>Всі лише вимагають якоїсь моралі,&lt;br /&gt;</w:t>
        <w:br/>
        <w:t>Але ж те, що у нього ні шрамів, ні ран,&lt;br /&gt;</w:t>
        <w:br/>
        <w:t>Заступають йому ордени і медалі.</w:t>
      </w:r>
    </w:p>
    <w:p>
      <w:r>
        <w:br/>
        <w:t>Недаремно ж, мабуть, їх давали йому,&lt;br /&gt;</w:t>
        <w:br/>
        <w:t>Заслужив їх він кров'ю, хоча й не своєю,—&lt;br /&gt;</w:t>
        <w:br/>
        <w:t>Та кого те цікавить сьогодні й кому&lt;br /&gt;</w:t>
        <w:br/>
        <w:t>Він правдиво повість про свою одіссею?</w:t>
      </w:r>
    </w:p>
    <w:p>
      <w:r>
        <w:br/>
        <w:t>Все засуджують нині — і грішне, й святе,&lt;br /&gt;</w:t>
        <w:br/>
        <w:t>Не щадять у словах ні вождів, ні героїв,—&lt;br /&gt;</w:t>
        <w:br/>
        <w:t>Вже й не вельми відверто він згадує те,&lt;br /&gt;</w:t>
        <w:br/>
        <w:t>Що безстрашно в ім'я революції коїв.</w:t>
      </w:r>
    </w:p>
    <w:p>
      <w:r>
        <w:br/>
        <w:t>Продрозверстка. Село. Дев'ятнадцятий рік.&lt;br /&gt;</w:t>
        <w:br/>
        <w:t>І дитя, що картопельку в жмені сховало...&lt;br /&gt;</w:t>
        <w:br/>
        <w:t>Як він спритно її із рукою одсік,&lt;br /&gt;</w:t>
        <w:br/>
        <w:t>Прикриваючись іменем ревтрибуналу!</w:t>
      </w:r>
    </w:p>
    <w:p>
      <w:r>
        <w:br/>
        <w:t>Він стріляв без вагання і суду — в упор,&lt;br /&gt;</w:t>
        <w:br/>
        <w:t>Мов на стрільбищі, цілився в жертви-мішені,—&lt;br /&gt;</w:t>
        <w:br/>
        <w:t>Ще й тепер, як згадає червоний терор,&lt;br /&gt;</w:t>
        <w:br/>
        <w:t>Оживає — й шукає нагана в кишені.</w:t>
      </w:r>
    </w:p>
    <w:p>
      <w:r>
        <w:br/>
        <w:t>А тридцяті роки — завмирає душа:&lt;br /&gt;</w:t>
        <w:br/>
        <w:t>Куркулі, шпигуни — він їх сотні знешкодив!&lt;br /&gt;</w:t>
        <w:br/>
        <w:t>Їхня зрима невинність не варта й гроша,&lt;br /&gt;</w:t>
        <w:br/>
        <w:t>Ну а те, що він кат, викликає лиш подив.</w:t>
      </w:r>
    </w:p>
    <w:p>
      <w:r>
        <w:br/>
        <w:t>Сперечатися з кимось — йому не з руки,&lt;br /&gt;</w:t>
        <w:br/>
        <w:t>То політики здатні на всякі демарші,&lt;br /&gt;</w:t>
        <w:br/>
        <w:t>І нікому не скажуть про те Соловки,&lt;br /&gt;</w:t>
        <w:br/>
        <w:t>Як він в'язнів топив, пов'язавши на баржі.</w:t>
      </w:r>
    </w:p>
    <w:p>
      <w:r>
        <w:br/>
        <w:t>Може, хтось там згадає собі Колиму&lt;br /&gt;</w:t>
        <w:br/>
        <w:t>І чиїсь саморуби, сухоти, гастрити&lt;br /&gt;</w:t>
        <w:br/>
        <w:t>Чи ті жертви, що й досі ще сняться йому,&lt;br /&gt;</w:t>
        <w:br/>
        <w:t>Але ж він був на службі — і мусив служити.</w:t>
      </w:r>
    </w:p>
    <w:p>
      <w:r>
        <w:br/>
        <w:t>Він служив у ЧК і, наводячи страх,&lt;br /&gt;</w:t>
        <w:br/>
        <w:t>Дбав ретельно про шик — галіфе, портупеї,—&lt;br /&gt;</w:t>
        <w:br/>
        <w:t>Тисячі безневинно в його таборах&lt;br /&gt;</w:t>
        <w:br/>
        <w:t>Пропадали, не знаючи долі своєї.</w:t>
      </w:r>
    </w:p>
    <w:p>
      <w:r>
        <w:br/>
        <w:t>Але врешті не міг же він знати тоді,&lt;br /&gt;</w:t>
        <w:br/>
        <w:t>Що за мливо мололося в жорнах держави,—&lt;br /&gt;</w:t>
        <w:br/>
        <w:t>То тепер несвятими вже стали вожді&lt;br /&gt;</w:t>
        <w:br/>
        <w:t>И просіваються їхні закони і право.</w:t>
      </w:r>
    </w:p>
    <w:p>
      <w:r>
        <w:br/>
        <w:t>Якби сила — він кров'ю відстояв би їх,&lt;br /&gt;</w:t>
        <w:br/>
        <w:t>Жаль, що мертвих ніхто не бере на поруки,—&lt;br /&gt;</w:t>
        <w:br/>
        <w:t>Сам себе він — і то захистити не зміг:&lt;br /&gt;</w:t>
        <w:br/>
        <w:t>Відреклися від нього і діти, й онуки.</w:t>
      </w:r>
    </w:p>
    <w:p>
      <w:r>
        <w:br/>
        <w:t>Ні пошани, ні щастя в житті не знайшов,&lt;br /&gt;</w:t>
        <w:br/>
        <w:t>І, не в силі померти, конає, мов Каїн,—&lt;br /&gt;</w:t>
        <w:br/>
        <w:t>Взяв би, може, онучку на руки, та кров,&lt;br /&gt;</w:t>
        <w:br/>
        <w:t>Що лишилась на них, хоч кого налякає.</w:t>
      </w:r>
    </w:p>
    <w:p>
      <w:r>
        <w:br/>
        <w:t>Ледь укупці тримається висохла плоть,&lt;br /&gt;</w:t>
        <w:br/>
        <w:t>Обвисають і губи, й неголені щоки,—&lt;br /&gt;</w:t>
        <w:br/>
        <w:t>Так спотворнів увесь, що, здається, й Господь&lt;br /&gt;</w:t>
        <w:br/>
        <w:t>Відцурався його, щоб не мати мороки.</w:t>
      </w:r>
    </w:p>
    <w:p>
      <w:r>
        <w:br/>
        <w:t>Спересердя він ладен весь світ шкереберть&lt;br /&gt;</w:t>
        <w:br/>
        <w:t>Запустити і кинути ним об дорогу,—&lt;br /&gt;</w:t>
        <w:br/>
        <w:t>Вже до сотні — рукою подати, а смерть,&lt;br /&gt;</w:t>
        <w:br/>
        <w:t>Мов заклята, ніяк не приходить по нього.</w:t>
      </w:r>
    </w:p>
    <w:p>
      <w:r>
        <w:br/>
        <w:t>Притча про жертовність</w:t>
      </w:r>
    </w:p>
    <w:p>
      <w:r>
        <w:br/>
        <w:t>ТРИПТИХ</w:t>
      </w:r>
    </w:p>
    <w:p>
      <w:r>
        <w:br/>
        <w:t>1. Мати</w:t>
      </w:r>
    </w:p>
    <w:p>
      <w:r>
        <w:br/>
        <w:t>В ім'я ідеї — матір до стіни,&lt;br /&gt;</w:t>
        <w:br/>
        <w:t>Перед холодне дуло карабіна.&lt;br /&gt;</w:t>
        <w:br/>
        <w:t>Але в очах — ні жалю, ні вини,&lt;br /&gt;</w:t>
        <w:br/>
        <w:t>Його душа — як статуя камінна.</w:t>
      </w:r>
    </w:p>
    <w:p>
      <w:r>
        <w:br/>
        <w:t>Дивився в рідне пасемко сивин —&lt;br /&gt;</w:t>
        <w:br/>
        <w:t>І цілився у цяточку на лобі.&lt;br /&gt;</w:t>
        <w:br/>
        <w:t>...Голгофа. Хрест. І він на ньому — син,&lt;br /&gt;</w:t>
        <w:br/>
        <w:t>Розіп'ятий у маминій жалобі...</w:t>
      </w:r>
    </w:p>
    <w:p>
      <w:r>
        <w:br/>
        <w:t>В ім'я ідеї, зціпивши уста,&lt;br /&gt;</w:t>
        <w:br/>
        <w:t>Наводив дуло — холодно і строго.&lt;br /&gt;</w:t>
        <w:br/>
        <w:t>А мати, наче здійнята з хреста,&lt;br /&gt;</w:t>
        <w:br/>
        <w:t>Навпошепки молилася за нього.</w:t>
      </w:r>
    </w:p>
    <w:p>
      <w:r>
        <w:br/>
        <w:t>2. Кохана</w:t>
      </w:r>
    </w:p>
    <w:p>
      <w:r>
        <w:br/>
        <w:t>Він дихав нею, він боготворив&lt;br /&gt;</w:t>
        <w:br/>
        <w:t>її, святу, довірившись, як долі,&lt;br /&gt;</w:t>
        <w:br/>
        <w:t>И не стямився, як сумнів мимоволі&lt;br /&gt;</w:t>
        <w:br/>
        <w:t>Закрався в душу й лиха натворив.</w:t>
      </w:r>
    </w:p>
    <w:p>
      <w:r>
        <w:br/>
        <w:t>Той сумнів був сильніший за любов,&lt;br /&gt;</w:t>
        <w:br/>
        <w:t>І він в ім'я великої ідеї&lt;br /&gt;</w:t>
        <w:br/>
        <w:t>Доніс верховним ідолам на неї,&lt;br /&gt;</w:t>
        <w:br/>
        <w:t>Доніс — і сам за жертвою прийшов.</w:t>
      </w:r>
    </w:p>
    <w:p>
      <w:r>
        <w:br/>
        <w:t>Але вона без осуду і зла,&lt;br /&gt;</w:t>
        <w:br/>
        <w:t>Побачивши в очах його тривогу,&lt;br /&gt;</w:t>
        <w:br/>
        <w:t>Закохано всміхнулася до нього&lt;br /&gt;</w:t>
        <w:br/>
        <w:t>І на жертовник — з усміхом пішла.</w:t>
      </w:r>
    </w:p>
    <w:p>
      <w:r>
        <w:br/>
        <w:t>3. Самопожертва</w:t>
      </w:r>
    </w:p>
    <w:p>
      <w:r>
        <w:br/>
        <w:t>Яке життя — така йому і шана.&lt;br /&gt;</w:t>
        <w:br/>
        <w:t>Тут не зарадить жодний компроміс.&lt;br /&gt;</w:t>
        <w:br/>
        <w:t>Була у нього мати і кохана,&lt;br /&gt;</w:t>
        <w:br/>
        <w:t>Але він сам у жертву їх приніс.</w:t>
      </w:r>
    </w:p>
    <w:p>
      <w:r>
        <w:br/>
        <w:t>Не поступився совістю своєю&lt;br /&gt;</w:t>
        <w:br/>
        <w:t>(Давав же сина в жертву Авраам)&lt;br /&gt;</w:t>
        <w:br/>
        <w:t>Він цілий світ оддав би за ідею,&lt;br /&gt;</w:t>
        <w:br/>
        <w:t>В ім'я ідеї згинув би і сам.</w:t>
      </w:r>
    </w:p>
    <w:p>
      <w:r>
        <w:br/>
        <w:t>Але якось, побачивши, що руки&lt;br /&gt;</w:t>
        <w:br/>
        <w:t>Його в крові — й ні роду, ні сім'ї,&lt;br /&gt;</w:t>
        <w:br/>
        <w:t>Він сам себе ізгарячу-розпуки&lt;br /&gt;</w:t>
        <w:br/>
        <w:t>Приніс у жертву ідолам її.</w:t>
      </w:r>
    </w:p>
    <w:p>
      <w:r>
        <w:br/>
        <w:t>В ім'я ідеї — з кров'ю на руках&lt;br /&gt;</w:t>
        <w:br/>
        <w:t>Він каїном пребуде — у віках.</w:t>
      </w:r>
    </w:p>
    <w:p>
      <w:r>
        <w:br/>
        <w:t>ПРИТЧА ПРО СЛАВУ</w:t>
      </w:r>
    </w:p>
    <w:p>
      <w:r>
        <w:br/>
        <w:t>У терновій славі й самотині,&lt;br /&gt;</w:t>
        <w:br/>
        <w:t>Звикнувши до злиднів та нікчем,&lt;br /&gt;</w:t>
        <w:br/>
        <w:t>Як святий пустельник у яскині,&lt;br /&gt;</w:t>
        <w:br/>
        <w:t>Жив поет, зацькований царем.</w:t>
      </w:r>
    </w:p>
    <w:p>
      <w:r>
        <w:br/>
        <w:t>Жив у самозреченні, піднявши&lt;br /&gt;</w:t>
        <w:br/>
        <w:t>Над собою Слово, як Атлант,&lt;br /&gt;</w:t>
        <w:br/>
        <w:t>В гнівній непокірливості завше&lt;br /&gt;</w:t>
        <w:br/>
        <w:t>Він беріг і гідність, і талант.</w:t>
      </w:r>
    </w:p>
    <w:p>
      <w:r>
        <w:br/>
        <w:t>Усіма покинутий, забутий;&lt;br /&gt;</w:t>
        <w:br/>
        <w:t>Мов чужий у рідній стороні,&lt;br /&gt;</w:t>
        <w:br/>
        <w:t>Вірив лиш у гамлетівське бути,&lt;br /&gt;</w:t>
        <w:br/>
        <w:t>В те, що він ще буде й на коні.</w:t>
      </w:r>
    </w:p>
    <w:p>
      <w:r>
        <w:br/>
        <w:t>І на зло цареві й царедворцям,&lt;br /&gt;</w:t>
        <w:br/>
        <w:t>Що цькували й ганили його,&lt;br /&gt;</w:t>
        <w:br/>
        <w:t>Він у слові жив собі лиш творчим&lt;br /&gt;</w:t>
        <w:br/>
        <w:t>Болем самозречення свого.</w:t>
      </w:r>
    </w:p>
    <w:p>
      <w:r>
        <w:br/>
        <w:t>Сам себе викрешував із слова&lt;br /&gt;</w:t>
        <w:br/>
        <w:t>І згоряв у творчості дотла,&lt;br /&gt;</w:t>
        <w:br/>
        <w:t>Ждав тієї миті, щоб тернова&lt;br /&gt;</w:t>
        <w:br/>
        <w:t>Слава, як троянда, зацвіла.</w:t>
      </w:r>
    </w:p>
    <w:p>
      <w:r>
        <w:br/>
        <w:t>Кров'ю віршів сходив ради неї,&lt;br /&gt;</w:t>
        <w:br/>
        <w:t>Не боявсь ніяких заборон,&lt;br /&gt;</w:t>
        <w:br/>
        <w:t>Таж поети творчістю своєю&lt;br /&gt;</w:t>
        <w:br/>
        <w:t>Вже не раз розхитували трон.</w:t>
      </w:r>
    </w:p>
    <w:p>
      <w:r>
        <w:br/>
        <w:t>Цар немов отямився і з ляку&lt;br /&gt;</w:t>
        <w:br/>
        <w:t>Мусив попустити поводи,&lt;br /&gt;</w:t>
        <w:br/>
        <w:t>Щоб його приборкати чи якось&lt;br /&gt;</w:t>
        <w:br/>
        <w:t>Приручити — й збутися біди.</w:t>
      </w:r>
    </w:p>
    <w:p>
      <w:r>
        <w:br/>
        <w:t>Присипляв похвалами й грошима,&lt;br /&gt;</w:t>
        <w:br/>
        <w:t>Гладив по наїженій душі,—&lt;br /&gt;</w:t>
        <w:br/>
        <w:t>Обертав поета в херувима,&lt;br /&gt;</w:t>
        <w:br/>
        <w:t>Щоб співав йому отченаші.</w:t>
      </w:r>
    </w:p>
    <w:p>
      <w:r>
        <w:br/>
        <w:t>Не жалів ні меду, ні отрути,&lt;br /&gt;</w:t>
        <w:br/>
        <w:t>Був такий спокусливий, як змій,&lt;br /&gt;</w:t>
        <w:br/>
        <w:t>Міг би цілий світ перевернути&lt;br /&gt;</w:t>
        <w:br/>
        <w:t>У лукавій хитрості своїй.</w:t>
      </w:r>
    </w:p>
    <w:p>
      <w:r>
        <w:br/>
        <w:t>Він же знав, що ласкою зуміє&lt;br /&gt;</w:t>
        <w:br/>
        <w:t>Хоч кого круг пальця обвести,—&lt;br /&gt;</w:t>
        <w:br/>
        <w:t>Царська ласка — наче лейкемія,&lt;br /&gt;</w:t>
        <w:br/>
        <w:t>Що з'їдає душі і хребти.</w:t>
      </w:r>
    </w:p>
    <w:p>
      <w:r>
        <w:br/>
        <w:t>І поет, потрапивши в тенета&lt;br /&gt;</w:t>
        <w:br/>
        <w:t>Царської облуди, занімів,&lt;br /&gt;</w:t>
        <w:br/>
        <w:t>Впав у ситу видимість поета —&lt;br /&gt;</w:t>
        <w:br/>
        <w:t>Найстрашнішу форму лейкемій.</w:t>
      </w:r>
    </w:p>
    <w:p>
      <w:r>
        <w:br/>
        <w:t>Як рахітик, зводився на ноги,&lt;br /&gt;</w:t>
        <w:br/>
        <w:t>Мов не чув, що звихнутий хребет.,&lt;br /&gt;</w:t>
        <w:br/>
        <w:t>Ну а слава — слава мимо нього&lt;br /&gt;</w:t>
        <w:br/>
        <w:t>Полетіла, вирвавшись з тенет.</w:t>
      </w:r>
    </w:p>
    <w:p>
      <w:r>
        <w:br/>
        <w:t>МАКСИМІН ФРАКІЄЦЬ</w:t>
      </w:r>
    </w:p>
    <w:p>
      <w:r>
        <w:br/>
        <w:t>Як дикий тур — нестримний, вольовий,&lt;br /&gt;</w:t>
        <w:br/>
        <w:t>Наділений хоробрістю й красою,&lt;br /&gt;</w:t>
        <w:br/>
        <w:t>Він не одному шапку з голови&lt;br /&gt;</w:t>
        <w:br/>
        <w:t>Здійняв зухвало разом з головою.</w:t>
      </w:r>
    </w:p>
    <w:p>
      <w:r>
        <w:br/>
        <w:t>Дарма, що був із роду пастухів,&lt;br /&gt;</w:t>
        <w:br/>
        <w:t>Фракієць, варвар,— славився як воїн&lt;br /&gt;</w:t>
        <w:br/>
        <w:t>І як тиран, що, падаючи в гнів,&lt;br /&gt;</w:t>
        <w:br/>
        <w:t>Злорадні втіхи й витівки засвоїв.</w:t>
      </w:r>
    </w:p>
    <w:p>
      <w:r>
        <w:br/>
        <w:t>Він не боявсь ні кари, ні гріха,&lt;br /&gt;</w:t>
        <w:br/>
        <w:t>Сповідував лиш власну одержимість,&lt;br /&gt;</w:t>
        <w:br/>
        <w:t>Немовби знав, що стане з пастуха&lt;br /&gt;</w:t>
        <w:br/>
        <w:t>Всевладним імператором у Римі.</w:t>
      </w:r>
    </w:p>
    <w:p>
      <w:r>
        <w:br/>
        <w:t>Славетний зростом (жаль, що не умом)&lt;br /&gt;</w:t>
        <w:br/>
        <w:t>Він був — як велет, схожий на Ахілла,&lt;br /&gt;</w:t>
        <w:br/>
        <w:t>Але в душі лишився пастухом,&lt;br /&gt;</w:t>
        <w:br/>
        <w:t>Хоч і з тугими біцепсами тіла.</w:t>
      </w:r>
    </w:p>
    <w:p>
      <w:r>
        <w:br/>
        <w:t>Не переносив, заздрячи усім,&lt;br /&gt;</w:t>
        <w:br/>
        <w:t>Ні мудреців, ні стоїків суворих,—&lt;br /&gt;</w:t>
        <w:br/>
        <w:t>Хто виділявся розумом своїм —&lt;br /&gt;</w:t>
        <w:br/>
        <w:t>Ставав йому ненависним, як ворог.</w:t>
      </w:r>
    </w:p>
    <w:p>
      <w:r>
        <w:br/>
        <w:t>Він бачив їх талант за півверсти,&lt;br /&gt;</w:t>
        <w:br/>
        <w:t>Він чув себе їх жертвою живою,&lt;br /&gt;</w:t>
        <w:br/>
        <w:t>І не одному шапку з голови&lt;br /&gt;</w:t>
        <w:br/>
        <w:t>Здійняв у гніві разом з головою.</w:t>
      </w:r>
    </w:p>
    <w:p>
      <w:r>
        <w:br/>
        <w:t>Як груші в бурю, падали навкруг&lt;br /&gt;</w:t>
        <w:br/>
        <w:t>Ті голови — святі і безборонні,—&lt;br /&gt;</w:t>
        <w:br/>
        <w:t>А вся біда у тому, що пастух&lt;br /&gt;</w:t>
        <w:br/>
        <w:t>Возсів на імператорському троні.</w:t>
      </w:r>
    </w:p>
    <w:p>
      <w:r>
        <w:br/>
        <w:t>Хто знав його ще з фракії — усіх&lt;br /&gt;</w:t>
        <w:br/>
        <w:t>Він безоглядно вигубив як свідків,&lt;br /&gt;</w:t>
        <w:br/>
        <w:t>Аби ніхто довідатись не міг,&lt;br /&gt;</w:t>
        <w:br/>
        <w:t>Якого він походження і звідки.</w:t>
      </w:r>
    </w:p>
    <w:p>
      <w:r>
        <w:br/>
        <w:t>І хоч він був обачливий, та Рим&lt;br /&gt;</w:t>
        <w:br/>
        <w:t>Зумів, проте, до нього підібратись,&lt;br /&gt;</w:t>
        <w:br/>
        <w:t>Як з варваром розправився із ним,&lt;br /&gt;</w:t>
        <w:br/>
        <w:t>Живим і мертвим римлянам на радість.</w:t>
      </w:r>
    </w:p>
    <w:p>
      <w:r>
        <w:br/>
        <w:t>Розправився — земля йому пером,&lt;br /&gt;</w:t>
        <w:br/>
        <w:t>Він був лиш зовні схожий на Ахілла,&lt;br /&gt;</w:t>
        <w:br/>
        <w:t>Але в душі лишився пастухом,&lt;br /&gt;</w:t>
        <w:br/>
        <w:t>Із заздрістю, що з люті посивіла.</w:t>
      </w:r>
    </w:p>
    <w:p>
      <w:r>
        <w:br/>
        <w:t>ЕПІХАРИДА</w:t>
      </w:r>
    </w:p>
    <w:p>
      <w:r>
        <w:br/>
        <w:t>Гей, одчайдухи заячого стиду,&lt;br /&gt;</w:t>
        <w:br/>
        <w:t>Ви, що наїли душі горобині,&lt;br /&gt;</w:t>
        <w:br/>
        <w:t>Чи чули щось ви про Епіхариду —&lt;br /&gt;</w:t>
        <w:br/>
        <w:t>Жону, що стала вільною з рабині?</w:t>
      </w:r>
    </w:p>
    <w:p>
      <w:r>
        <w:br/>
        <w:t>То діялося в Римі. За Нерона.&lt;br /&gt;</w:t>
        <w:br/>
        <w:t>Не до лиця їй, римлянці, окови.&lt;br /&gt;</w:t>
        <w:br/>
        <w:t>І от вона, та жінка безборонна,&lt;br /&gt;</w:t>
        <w:br/>
        <w:t>Попала в коло викритої змови.</w:t>
      </w:r>
    </w:p>
    <w:p>
      <w:r>
        <w:br/>
        <w:t>І пощезали фарси чоловічі.&lt;br /&gt;</w:t>
        <w:br/>
        <w:t>Хіба кому до фарсів у в'язниці?&lt;br /&gt;</w:t>
        <w:br/>
        <w:t>Один одному свідчили у вічі,&lt;br /&gt;</w:t>
        <w:br/>
        <w:t>Вигадуючи всякі небилиці.</w:t>
      </w:r>
    </w:p>
    <w:p>
      <w:r>
        <w:br/>
        <w:t>І жонглювали совістю людською,&lt;br /&gt;</w:t>
        <w:br/>
        <w:t>І задки, задки — в хованки за спини,&lt;br /&gt;</w:t>
        <w:br/>
        <w:t>У вир доносів коміть головою,&lt;br /&gt;</w:t>
        <w:br/>
        <w:t>Ген-ген за межі власної провини.</w:t>
      </w:r>
    </w:p>
    <w:p>
      <w:r>
        <w:br/>
        <w:t>Ну що їм честь? Банальність недоречна.&lt;br /&gt;</w:t>
        <w:br/>
        <w:t>Аби душа не випурхнула з тіла.&lt;br /&gt;</w:t>
        <w:br/>
        <w:t>На допитах сенатори статечні,&lt;br /&gt;</w:t>
        <w:br/>
        <w:t>Як полохливі карлики, тремтіли.</w:t>
      </w:r>
    </w:p>
    <w:p>
      <w:r>
        <w:br/>
        <w:t>Що сталося? Де ж ділася їх мужність?&lt;br /&gt;</w:t>
        <w:br/>
        <w:t>Чи міг би хто подумати недавно,&lt;br /&gt;</w:t>
        <w:br/>
        <w:t>Що нині так знікчемніють ті мужі,&lt;br /&gt;</w:t>
        <w:br/>
        <w:t>Вознесені — і кинуті безславно?</w:t>
      </w:r>
    </w:p>
    <w:p>
      <w:r>
        <w:br/>
        <w:t>Був лютий час. Була йому підвладна&lt;br /&gt;</w:t>
        <w:br/>
        <w:t>Людська мораль — так діялося зроду.&lt;br /&gt;</w:t>
        <w:br/>
        <w:t>Лиш одиниці здатні безоглядно&lt;br /&gt;</w:t>
        <w:br/>
        <w:t>Приймати муки цілого народу.</w:t>
      </w:r>
    </w:p>
    <w:p>
      <w:r>
        <w:br/>
        <w:t>І серед них була Епіхарида.&lt;br /&gt;</w:t>
        <w:br/>
        <w:t>Дарма, що жінці — місце при куделі.&lt;br /&gt;</w:t>
        <w:br/>
        <w:t>Розіп'ята на дибі, мужньовида,&lt;br /&gt;</w:t>
        <w:br/>
        <w:t>Вона трималась, як на цитаделі.</w:t>
      </w:r>
    </w:p>
    <w:p>
      <w:r>
        <w:br/>
        <w:t>Її судома зводила, і тіло&lt;br /&gt;</w:t>
        <w:br/>
        <w:t>Не піддавалось дибі — з уст ні пари,&lt;br /&gt;</w:t>
        <w:br/>
        <w:t>Лиш чоловіче зрадництво боліло,&lt;br /&gt;</w:t>
        <w:br/>
        <w:t>Боліли мужі, блазні, яничари!</w:t>
      </w:r>
    </w:p>
    <w:p>
      <w:r>
        <w:br/>
        <w:t>І сором їх аж бухав їй із вилиць!&lt;br /&gt;</w:t>
        <w:br/>
        <w:t>Самі себе увічнюють ганьбою! —&lt;br /&gt;</w:t>
        <w:br/>
        <w:t>Не стерпіла — й косою задушилась.&lt;br /&gt;</w:t>
        <w:br/>
        <w:t>А що могла подіяти з собою?..</w:t>
      </w:r>
    </w:p>
    <w:p>
      <w:r>
        <w:br/>
        <w:t>ЖАННА Д'АРК</w:t>
      </w:r>
    </w:p>
    <w:p>
      <w:r>
        <w:br/>
        <w:t>Її засудили на страту. Амінь.&lt;br /&gt;</w:t>
        <w:br/>
        <w:t>Сьогодні і спалять в пекельнім Руані.&lt;br /&gt;</w:t>
        <w:br/>
        <w:t>За те, що зрадливі і ниці самі,&lt;br /&gt;</w:t>
        <w:br/>
        <w:t>Вони не простять непокірливій Жанні.</w:t>
      </w:r>
    </w:p>
    <w:p>
      <w:r>
        <w:br/>
        <w:t>Вони не допустять, щоб діва проста&lt;br /&gt;</w:t>
        <w:br/>
        <w:t>В затурканих душах ворушила волю&lt;br /&gt;</w:t>
        <w:br/>
        <w:t>І кликала в свідки самого Христа,&lt;br /&gt;</w:t>
        <w:br/>
        <w:t>Безстрашна й несхитна в смиренній сваволі.</w:t>
      </w:r>
    </w:p>
    <w:p>
      <w:r>
        <w:br/>
        <w:t>Як ревно вони, ті зрадливі ченці —&lt;br /&gt;</w:t>
        <w:br/>
        <w:t>Прелати і судді — догодили зайдам! —&lt;br /&gt;</w:t>
        <w:br/>
        <w:t>Усі на суді аж мінились в лиці,&lt;br /&gt;</w:t>
        <w:br/>
        <w:t>Ховаючи в ньому свій каїнів задум.</w:t>
      </w:r>
    </w:p>
    <w:p>
      <w:r>
        <w:br/>
        <w:t>Мовляв, лиш покайся й зречись привселюдь&lt;br /&gt;</w:t>
        <w:br/>
        <w:t>Свого волелюбства, що здибило душу,—&lt;br /&gt;</w:t>
        <w:br/>
        <w:t>І будуть вдоволені судді і суд,&lt;br /&gt;</w:t>
        <w:br/>
        <w:t>Ніхто таємниці суда не порушить.</w:t>
      </w:r>
    </w:p>
    <w:p>
      <w:r>
        <w:br/>
        <w:t>І буде в затурканих душах свят"1&lt;br /&gt;</w:t>
        <w:br/>
        <w:t>Блаженство і спокій — провісники зради,—&lt;br /&gt;</w:t>
        <w:br/>
        <w:t>Сумління не буде пекти їх за те,&lt;br /&gt;</w:t>
        <w:br/>
        <w:t>Що зрадницю з месниці зроблять прелати.</w:t>
      </w:r>
    </w:p>
    <w:p>
      <w:r>
        <w:br/>
        <w:t>"Зречися й покайся — усі ж бо в гріху!" —&lt;br /&gt;</w:t>
        <w:br/>
        <w:t>Клювали їй серце настирливі судді.&lt;br /&gt;</w:t>
        <w:br/>
        <w:t>Та Жанна д'Арк на підмову лиху&lt;br /&gt;</w:t>
        <w:br/>
        <w:t>Не йшла і не піде — що буде, те буде.</w:t>
      </w:r>
    </w:p>
    <w:p>
      <w:r>
        <w:br/>
        <w:t>Життя не життя — як у твані душа,&lt;br /&gt;</w:t>
        <w:br/>
        <w:t>Як зрада, мов гадь, її жалить двожало,—&lt;br /&gt;</w:t>
        <w:br/>
        <w:t>Такого їм Жанна дала відкоша,&lt;br /&gt;</w:t>
        <w:br/>
        <w:t>Що дибки волосся й на плішинах встало.</w:t>
      </w:r>
    </w:p>
    <w:p>
      <w:r>
        <w:br/>
        <w:t>І сталося — тупнява й галас навкруг.&lt;br /&gt;</w:t>
        <w:br/>
        <w:t>Сутани і мантії. Маски й шоломи.&lt;br /&gt;</w:t>
        <w:br/>
        <w:t>А полум'я просто аж липне до рук,&lt;br /&gt;</w:t>
        <w:br/>
        <w:t>А хмари палають, як скирти соломи!</w:t>
      </w:r>
    </w:p>
    <w:p>
      <w:r>
        <w:br/>
        <w:t>Стемніє — і діва згорить на кострі,&lt;br /&gt;</w:t>
        <w:br/>
        <w:t>Самісінька в натовпі, мов на відлюдді,-&lt;br /&gt;</w:t>
        <w:br/>
        <w:t>Ніхто не побачить, як тут на зорі&lt;br /&gt;</w:t>
        <w:br/>
        <w:t>Збиратимуть попіл прелати і судді.</w:t>
      </w:r>
    </w:p>
    <w:p>
      <w:r>
        <w:br/>
        <w:t>1973</w:t>
      </w:r>
    </w:p>
    <w:p>
      <w:r>
        <w:br/>
        <w:t>ОДКРОВЕННЯ</w:t>
      </w:r>
    </w:p>
    <w:p>
      <w:r>
        <w:br/>
        <w:t>І ось у Львові Маркіян,&lt;br /&gt;</w:t>
        <w:br/>
        <w:t>Душа — як зірка світанкова,—&lt;br /&gt;</w:t>
        <w:br/>
        <w:t>Прийшов і в поглядах львів'ян&lt;br /&gt;</w:t>
        <w:br/>
        <w:t>Побачив цісарського Львова.&lt;br /&gt;</w:t>
        <w:br/>
        <w:t>Вже не зосталося, мабуть,&lt;br /&gt;</w:t>
        <w:br/>
        <w:t>Нічого княжого у ньому,—&lt;br /&gt;</w:t>
        <w:br/>
        <w:t>Жандарми левів стережуть&lt;br /&gt;</w:t>
        <w:br/>
        <w:t>І люд приборкують по-свому.&lt;br /&gt;</w:t>
        <w:br/>
        <w:t>Той грішну душу продає,&lt;br /&gt;</w:t>
        <w:br/>
        <w:t>Той самоїдствує ненатло,&lt;br /&gt;</w:t>
        <w:br/>
        <w:t>А ворог потайки снує&lt;br /&gt;</w:t>
        <w:br/>
        <w:t>На наше слово abecadto.&lt;br /&gt;</w:t>
        <w:br/>
        <w:t>Чуже язичіє в письмі,&lt;br /&gt;</w:t>
        <w:br/>
        <w:t>І мла духовного застою,—&lt;br /&gt;</w:t>
        <w:br/>
        <w:t>Вже українці, як німі,&lt;br /&gt;</w:t>
        <w:br/>
        <w:t>Кричать страшною німотою!&lt;br /&gt;</w:t>
        <w:br/>
        <w:t>Адже без рідного письма&lt;br /&gt;</w:t>
        <w:br/>
        <w:t>Вже стали з русинів — рутенці,&lt;br /&gt;</w:t>
        <w:br/>
        <w:t>Здається, в душах їх нема&lt;br /&gt;</w:t>
        <w:br/>
        <w:t>Людської гідності й на денці.&lt;br /&gt;</w:t>
        <w:br/>
        <w:t>У храмах правлять торгаші&lt;br /&gt;</w:t>
        <w:br/>
        <w:t>Та словоблуди злоторизі,—&lt;br /&gt;</w:t>
        <w:br/>
        <w:t>Ні вільнодумства, ні душі —&lt;br /&gt;</w:t>
        <w:br/>
        <w:t>Львів благоденствує&lt;br /&gt;</w:t>
        <w:br/>
        <w:t>в кормизі.&lt;br /&gt;</w:t>
        <w:br/>
        <w:t>Те благоденствіє вогнем&lt;br /&gt;</w:t>
        <w:br/>
        <w:t>Пече у серці Маркіяна,&lt;br /&gt;</w:t>
        <w:br/>
        <w:t>Хоч, може, й так його живцем&lt;br /&gt;</w:t>
        <w:br/>
        <w:t>Вже їсть недуга невблаганна.&lt;br /&gt;</w:t>
        <w:br/>
        <w:t>І хоч приречений в житті&lt;br /&gt;</w:t>
        <w:br/>
        <w:t>На муки й змушене смирення —&lt;br /&gt;</w:t>
        <w:br/>
        <w:t>Він рідне слово на хресті&lt;br /&gt;</w:t>
        <w:br/>
        <w:t>Несе, як віще одкровення.</w:t>
      </w:r>
    </w:p>
    <w:p>
      <w:r>
        <w:br/>
        <w:t>ДЗВОНИ</w:t>
      </w:r>
    </w:p>
    <w:p>
      <w:r>
        <w:br/>
        <w:t>Дзвонять дзвони на телеекрані,&lt;br /&gt;</w:t>
        <w:br/>
        <w:t>Б'ють на всі церковні голоси,—&lt;br /&gt;</w:t>
        <w:br/>
        <w:t>Світ завмер і слухає весняні&lt;br /&gt;</w:t>
        <w:br/>
        <w:t>Переливи їхньої краси.</w:t>
      </w:r>
    </w:p>
    <w:p>
      <w:r>
        <w:br/>
        <w:t>Їхні тони вилиті з любові&lt;br /&gt;</w:t>
        <w:br/>
        <w:t>І тривоги — чуєте їх дзвін? —&lt;br /&gt;</w:t>
        <w:br/>
        <w:t>Дзвонять дзвони — срібні, малинові,&lt;br /&gt;</w:t>
        <w:br/>
        <w:t>Дзвонять, підіймаючись з колін!</w:t>
      </w:r>
    </w:p>
    <w:p>
      <w:r>
        <w:br/>
        <w:t>Б'ють на сполох — слухайте їх, люди!&lt;br /&gt;</w:t>
        <w:br/>
        <w:t>Дзвонять, як у давню давнину!&lt;br /&gt;</w:t>
        <w:br/>
        <w:t>їхні тони линуть звідусюди,&lt;br /&gt;</w:t>
        <w:br/>
        <w:t>Будять світ з байдужості і сну.</w:t>
      </w:r>
    </w:p>
    <w:p>
      <w:r>
        <w:br/>
        <w:t>Переходять через рубікони,&lt;br /&gt;</w:t>
        <w:br/>
        <w:t>Чисті, як молитва чи любов,—&lt;br /&gt;</w:t>
        <w:br/>
        <w:t>Як вони видзвонюють — ті дзвони,&lt;br /&gt;</w:t>
        <w:br/>
        <w:t>Здійняті з соборів і церков!</w:t>
      </w:r>
    </w:p>
    <w:p>
      <w:r>
        <w:br/>
        <w:t>Дзвонять в хаті, на телеекрані,&lt;br /&gt;</w:t>
        <w:br/>
        <w:t>Б'ють на всі церковні голоси,—&lt;br /&gt;</w:t>
        <w:br/>
        <w:t>Світ завмер і молиться на грані&lt;br /&gt;</w:t>
        <w:br/>
        <w:t>Самогубства — господи спаси!</w:t>
      </w:r>
    </w:p>
    <w:p>
      <w:r>
        <w:br/>
        <w:t>Світ в одчаї ловить за канати,&lt;br /&gt;</w:t>
        <w:br/>
        <w:t>Б'є у дзвони — душу воскреша,&lt;br /&gt;</w:t>
        <w:br/>
        <w:t>Вже і сам не в силі розпізнати,&lt;br /&gt;</w:t>
        <w:br/>
        <w:t>Що то дзвонить — дзвони чи душа.</w:t>
      </w:r>
    </w:p>
    <w:p>
      <w:r>
        <w:br/>
        <w:t>СУД</w:t>
      </w:r>
    </w:p>
    <w:p>
      <w:r>
        <w:br/>
        <w:t>1</w:t>
      </w:r>
    </w:p>
    <w:p>
      <w:r>
        <w:br/>
        <w:t>Не можу віри йняти, що однині&lt;br /&gt;</w:t>
        <w:br/>
        <w:t>Я більш не раб. Не страшно і сухот.&lt;br /&gt;</w:t>
        <w:br/>
        <w:t>Вже не помру в неволі на чужині,&lt;br /&gt;</w:t>
        <w:br/>
        <w:t>Де каторжан закопують, як скот.</w:t>
      </w:r>
    </w:p>
    <w:p>
      <w:r>
        <w:br/>
        <w:t>Не буду більше молотом лупати&lt;br /&gt;</w:t>
        <w:br/>
        <w:t>Гранітних скель із жилами руди,&lt;br /&gt;</w:t>
        <w:br/>
        <w:t>Хоч перед смертю гляну на Карпати,&lt;br /&gt;</w:t>
        <w:br/>
        <w:t>На рідні села — гражди і сади.</w:t>
      </w:r>
    </w:p>
    <w:p>
      <w:r>
        <w:br/>
        <w:t>Я вісім літ не бачив України,&lt;br /&gt;</w:t>
        <w:br/>
        <w:t>Не чув сопілки пучками душі,&lt;br /&gt;</w:t>
        <w:br/>
        <w:t>Приречений чекати переміни,&lt;br /&gt;</w:t>
        <w:br/>
        <w:t>Як недобитий крижень в ягдташі.</w:t>
      </w:r>
    </w:p>
    <w:p>
      <w:r>
        <w:br/>
        <w:t>І ось нарешті сповнилось чекання,&lt;br /&gt;</w:t>
        <w:br/>
        <w:t>Немарне воля снилася мені,—&lt;br /&gt;</w:t>
        <w:br/>
        <w:t>Зашарпаний паперами, ще зрання&lt;br /&gt;</w:t>
        <w:br/>
        <w:t>Мотаюся в незвичній метушні.</w:t>
      </w:r>
    </w:p>
    <w:p>
      <w:r>
        <w:br/>
        <w:t>Вже видали провізію та гроші&lt;br /&gt;</w:t>
        <w:br/>
        <w:t>І познімали з лахів номери,&lt;br /&gt;</w:t>
        <w:br/>
        <w:t>Мовляв, іди й за дротом огорожі&lt;br /&gt;</w:t>
        <w:br/>
        <w:t>Шукай своєї долі чи помри.</w:t>
      </w:r>
    </w:p>
    <w:p>
      <w:r>
        <w:br/>
        <w:t>Мене вже тут списали на сухоти.&lt;br /&gt;</w:t>
        <w:br/>
        <w:t>Умили руки. Наче на суді.&lt;br /&gt;</w:t>
        <w:br/>
        <w:t>Але мені аби лиш за ворота,&lt;br /&gt;</w:t>
        <w:br/>
        <w:t>А там хай навіть пішки по воді.</w:t>
      </w:r>
    </w:p>
    <w:p>
      <w:r>
        <w:br/>
        <w:t>Ось тільки попрощаюся — й, мов на ніч&lt;br /&gt;</w:t>
        <w:br/>
        <w:t>Світ за очі (на щастя чи біду?),&lt;br /&gt;</w:t>
        <w:br/>
        <w:t>Із вузликом на плечах, як вигнанець,&lt;br /&gt;</w:t>
        <w:br/>
        <w:t>Перехрестившись, підтюпцем піду.</w:t>
      </w:r>
    </w:p>
    <w:p>
      <w:r>
        <w:br/>
        <w:t>2</w:t>
      </w:r>
    </w:p>
    <w:p>
      <w:r>
        <w:br/>
        <w:t>Вже Колима лишилась за кормою.&lt;br /&gt;</w:t>
        <w:br/>
        <w:t>Пливу з важкими спогадами. Штиль.&lt;br /&gt;</w:t>
        <w:br/>
        <w:t>Чайки — і ті, охоплені німою&lt;br /&gt;</w:t>
        <w:br/>
        <w:t>Тривогою, притислися до хвиль.</w:t>
      </w:r>
    </w:p>
    <w:p>
      <w:r>
        <w:br/>
        <w:t>Спинився час. На обрії — лиш небо.&lt;br /&gt;</w:t>
        <w:br/>
        <w:t>Ніде не видно й цяточки землі.&lt;br /&gt;</w:t>
        <w:br/>
        <w:t>Я мимохіть ховаюся у себе&lt;br /&gt;</w:t>
        <w:br/>
        <w:t>І споглядаю тишу віддалі.</w:t>
      </w:r>
    </w:p>
    <w:p>
      <w:r>
        <w:br/>
        <w:t>Я сам-один, замріяний до щему,&lt;br /&gt;</w:t>
        <w:br/>
        <w:t>Болючого і тужного, як спів,&lt;br /&gt;</w:t>
        <w:br/>
        <w:t>Пливу собі і згадую поему&lt;br /&gt;</w:t>
        <w:br/>
        <w:t>"Полуботок",— я все перетерпів.</w:t>
      </w:r>
    </w:p>
    <w:p>
      <w:r>
        <w:br/>
        <w:t>За неї я і суджений, по суті,&lt;br /&gt;</w:t>
        <w:br/>
        <w:t>За безневинне слово — трибунал,&lt;br /&gt;</w:t>
        <w:br/>
        <w:t>Адже страшне безумство правосуддя&lt;br /&gt;</w:t>
        <w:br/>
        <w:t>Усіх підряд судило наповал.</w:t>
      </w:r>
    </w:p>
    <w:p>
      <w:r>
        <w:br/>
        <w:t>Кого — за що, мене — за Україну&lt;br /&gt;</w:t>
        <w:br/>
        <w:t>И за правду про Полуботка, що Бог&lt;br /&gt;</w:t>
        <w:br/>
        <w:t>Його з Петром розсудить неодмінно,&lt;br /&gt;</w:t>
        <w:br/>
        <w:t>Коли на суд поставить їх обох.</w:t>
      </w:r>
    </w:p>
    <w:p>
      <w:r>
        <w:br/>
        <w:t>І суть не в тім, де чув я ту легенду,&lt;br /&gt;</w:t>
        <w:br/>
        <w:t>Чи та легенда справдиться, чи ні,&lt;br /&gt;</w:t>
        <w:br/>
        <w:t>Але вона звучала як крещендо&lt;br /&gt;</w:t>
        <w:br/>
        <w:t>У вироку, що винесли мені.</w:t>
      </w:r>
    </w:p>
    <w:p>
      <w:r>
        <w:br/>
        <w:t>Такі вже судді — відають, що коять,&lt;br /&gt;</w:t>
        <w:br/>
        <w:t>Мільйони жертв на совісті у них,—&lt;br /&gt;</w:t>
        <w:br/>
        <w:t>Якщо немає права — беззаконня&lt;br /&gt;</w:t>
        <w:br/>
        <w:t>Карає всіх — і мертвих, і живих.</w:t>
      </w:r>
    </w:p>
    <w:p>
      <w:r>
        <w:br/>
        <w:t>Усіх вони підгонили під форму&lt;br /&gt;</w:t>
        <w:br/>
        <w:t>Свого закону, служачи йому...&lt;br /&gt;</w:t>
        <w:br/>
        <w:t>...В передчутті невидимого шторму&lt;br /&gt;</w:t>
        <w:br/>
        <w:t>Чайки тривожно б'ються об корму.</w:t>
      </w:r>
    </w:p>
    <w:p>
      <w:r>
        <w:br/>
        <w:t>3</w:t>
      </w:r>
    </w:p>
    <w:p>
      <w:r>
        <w:br/>
        <w:t>Двадцятий день в дорозі. Завмирає&lt;br /&gt;</w:t>
        <w:br/>
        <w:t>У жилах кров — і гори, і ліси,—&lt;br /&gt;</w:t>
        <w:br/>
        <w:t>Куди не гляну — обшири безкраї&lt;br /&gt;</w:t>
        <w:br/>
        <w:t>З картинами печалі і краси.</w:t>
      </w:r>
    </w:p>
    <w:p>
      <w:r>
        <w:br/>
        <w:t>Концтабори й берези первозданні,&lt;br /&gt;</w:t>
        <w:br/>
        <w:t>Що забрели в озера до колін,—&lt;br /&gt;</w:t>
        <w:br/>
        <w:t>Усе злилось в контрастному єднанні,&lt;br /&gt;</w:t>
        <w:br/>
        <w:t>Покинуте й приречене на тлін.</w:t>
      </w:r>
    </w:p>
    <w:p>
      <w:r>
        <w:br/>
        <w:t>Сибір — то край неволі, де від крові&lt;br /&gt;</w:t>
        <w:br/>
        <w:t>І сліз земля скипається внутрі,—&lt;br /&gt;</w:t>
        <w:br/>
        <w:t>Напевно, й сном не снилось Єрмакові,&lt;br /&gt;</w:t>
        <w:br/>
        <w:t>У що його обернуть владарі.</w:t>
      </w:r>
    </w:p>
    <w:p>
      <w:r>
        <w:br/>
        <w:t>Сибір — то край засуджених на муки,&lt;br /&gt;</w:t>
        <w:br/>
        <w:t>Страховисько, що й мертвих потряса.&lt;br /&gt;</w:t>
        <w:br/>
        <w:t>А поїзд мчить — тунелі, віадуки&lt;br /&gt;</w:t>
        <w:br/>
        <w:t>Та вікова тайга і небеса.</w:t>
      </w:r>
    </w:p>
    <w:p>
      <w:r>
        <w:br/>
        <w:t>Набігли думи — ока не зімкнути.&lt;br /&gt;</w:t>
        <w:br/>
        <w:t>Мов кінокадри — види у вікні.&lt;br /&gt;</w:t>
        <w:br/>
        <w:t>Вже зникли в ньому гори і якути —&lt;br /&gt;</w:t>
        <w:br/>
        <w:t>Сибірський поїзд мчить по рівнині.</w:t>
      </w:r>
    </w:p>
    <w:p>
      <w:r>
        <w:br/>
        <w:t>І раптом — Боже! — хата білостінна.&lt;br /&gt;</w:t>
        <w:br/>
        <w:t>Щось у мені ввірвалося, як дзвін:&lt;br /&gt;</w:t>
        <w:br/>
        <w:t>Старий дідусь, можливо, з України&lt;br /&gt;</w:t>
        <w:br/>
        <w:t>Махає нам рукою навздогін.</w:t>
      </w:r>
    </w:p>
    <w:p>
      <w:r>
        <w:br/>
        <w:t>Аж падає — без догляду і слова,&lt;br /&gt;</w:t>
        <w:br/>
        <w:t>Один як перст, покинутий в глуші,—&lt;br /&gt;</w:t>
        <w:br/>
        <w:t>Мабуть, мені ця зустріч випадкова&lt;br /&gt;</w:t>
        <w:br/>
        <w:t>На все життя залишиться в душі.</w:t>
      </w:r>
    </w:p>
    <w:p>
      <w:r>
        <w:br/>
        <w:t>Бувають всякі випадки життєві,&lt;br /&gt;</w:t>
        <w:br/>
        <w:t>А цей — як вогник в отчому вікні,—&lt;br /&gt;</w:t>
        <w:br/>
        <w:t>Чомусь так зримо в тому дідусеві&lt;br /&gt;</w:t>
        <w:br/>
        <w:t>Полуботок привидівся мені.</w:t>
      </w:r>
    </w:p>
    <w:p>
      <w:r>
        <w:br/>
        <w:t>4</w:t>
      </w:r>
    </w:p>
    <w:p>
      <w:r>
        <w:br/>
        <w:t>Незламний, мужній, хоч і худощавий,&lt;br /&gt;</w:t>
        <w:br/>
        <w:t>Із булавою — гетьман наказний,&lt;br /&gt;</w:t>
        <w:br/>
        <w:t>Він став на захист волі і казни&lt;br /&gt;</w:t>
        <w:br/>
        <w:t>Перед засиллям царської держави.</w:t>
      </w:r>
    </w:p>
    <w:p>
      <w:r>
        <w:br/>
        <w:t>Хто поклонявся в небі журавлю,&lt;br /&gt;</w:t>
        <w:br/>
        <w:t>А хто синиці в жмені — він чаїно&lt;br /&gt;</w:t>
        <w:br/>
        <w:t>Кричав, коли на шиї України&lt;br /&gt;</w:t>
        <w:br/>
        <w:t>Лихий Петро затягував петлю.</w:t>
      </w:r>
    </w:p>
    <w:p>
      <w:r>
        <w:br/>
        <w:t>Він слав Петрові жалібні супліки —&lt;br /&gt;</w:t>
        <w:br/>
        <w:t>У власній хаті милості благав,&lt;br /&gt;</w:t>
        <w:br/>
        <w:t>Готовий був за тисячу Полтав&lt;br /&gt;</w:t>
        <w:br/>
        <w:t>Прийняти кару й мучитись вовіки.</w:t>
      </w:r>
    </w:p>
    <w:p>
      <w:r>
        <w:br/>
        <w:t>Не шкодував ні сили, ні душі,&lt;br /&gt;</w:t>
        <w:br/>
        <w:t>За всіх платив своєю головою,&lt;br /&gt;</w:t>
        <w:br/>
        <w:t>Однаково безстрашний — з булавою&lt;br /&gt;</w:t>
        <w:br/>
        <w:t>И за гратами у рванім кунтуші.</w:t>
      </w:r>
    </w:p>
    <w:p>
      <w:r>
        <w:br/>
        <w:t>Він так наївно вірив милосердю,&lt;br /&gt;</w:t>
        <w:br/>
        <w:t>Був самозречний, наче пілігрим,—&lt;br /&gt;</w:t>
        <w:br/>
        <w:t>Я дотепер схиляюсь перед ним,&lt;br /&gt;</w:t>
        <w:br/>
        <w:t>Перед його незламністю і смертю.</w:t>
      </w:r>
    </w:p>
    <w:p>
      <w:r>
        <w:br/>
        <w:t>5</w:t>
      </w:r>
    </w:p>
    <w:p>
      <w:r>
        <w:br/>
        <w:t>Важкий туман сочиться по вікні.&lt;br /&gt;</w:t>
        <w:br/>
        <w:t>Колеса в рейки стукають ритмічно.&lt;br /&gt;</w:t>
        <w:br/>
        <w:t>А я, немовби всупір стукотні,&lt;br /&gt;</w:t>
        <w:br/>
        <w:t>З дорожнім сном змагаюся стоїчно.</w:t>
      </w:r>
    </w:p>
    <w:p>
      <w:r>
        <w:br/>
        <w:t>Ніхто ні слова — сутінки густі&lt;br /&gt;</w:t>
        <w:br/>
        <w:t>І пасажири в чемній недовірі.&lt;br /&gt;</w:t>
        <w:br/>
        <w:t>Я серед них німію в самоті,&lt;br /&gt;</w:t>
        <w:br/>
        <w:t>Як той дідусь, покинутий в Сибірі.</w:t>
      </w:r>
    </w:p>
    <w:p>
      <w:r>
        <w:br/>
        <w:t>Вже день надворі, наче акробат,&lt;br /&gt;</w:t>
        <w:br/>
        <w:t>Виборсується з темряви — із ями,—&lt;br /&gt;</w:t>
        <w:br/>
        <w:t>Засяє сонце — й обриси Карпат&lt;br /&gt;</w:t>
        <w:br/>
        <w:t>З-під сонних вій проклюнуться сльозами.</w:t>
      </w:r>
    </w:p>
    <w:p>
      <w:r>
        <w:br/>
        <w:t>Перегорять і розпачі, й жалі,&lt;br /&gt;</w:t>
        <w:br/>
        <w:t>І тільки спазми в горлі — Україна! —&lt;br /&gt;</w:t>
        <w:br/>
        <w:t>Я припаду до рідної землі&lt;br /&gt;</w:t>
        <w:br/>
        <w:t>И закам'янію, ставши на коліна.</w:t>
      </w:r>
    </w:p>
    <w:p>
      <w:r>
        <w:br/>
        <w:t>Моє жадання сповнилось-таки —&lt;br /&gt;</w:t>
        <w:br/>
        <w:t>Я не помер в неволі на чужині,&lt;br /&gt;</w:t>
        <w:br/>
        <w:t>За кроком крок — угору по стежині&lt;br /&gt;</w:t>
        <w:br/>
        <w:t>Іду й дивлюсь на сонце з-під руки.</w:t>
      </w:r>
    </w:p>
    <w:p>
      <w:r>
        <w:br/>
        <w:t>Іду й знайомих газдів зустрічаю,&lt;br /&gt;</w:t>
        <w:br/>
        <w:t>І "Слава Ису!" по-давньому кажу,—&lt;br /&gt;</w:t>
        <w:br/>
        <w:t>Не проміняв на грамоту чужу&lt;br /&gt;</w:t>
        <w:br/>
        <w:t>Ні рідної говірки, ні звичаю.</w:t>
      </w:r>
    </w:p>
    <w:p>
      <w:r>
        <w:br/>
        <w:t>Ті газди з роду славних різьбарів,&lt;br /&gt;</w:t>
        <w:br/>
        <w:t>Я знаю їх і вірю їм на слово,&lt;br /&gt;</w:t>
        <w:br/>
        <w:t>Як різьбара я вчора випадково&lt;br /&gt;</w:t>
        <w:br/>
        <w:t>И колишнього навчителя зустрів.</w:t>
      </w:r>
    </w:p>
    <w:p>
      <w:r>
        <w:br/>
        <w:t>То був кумир гімназії — історик&lt;br /&gt;</w:t>
        <w:br/>
        <w:t>Пантелеймон Тарасович, то він&lt;br /&gt;</w:t>
        <w:br/>
        <w:t>Підняв наш дух, як хворого з колін,&lt;br /&gt;</w:t>
        <w:br/>
        <w:t>Зціляючи й зневірених, як хворих.</w:t>
      </w:r>
    </w:p>
    <w:p>
      <w:r>
        <w:br/>
        <w:t>Як давній лицар, чесний і правдив,&lt;br /&gt;</w:t>
        <w:br/>
        <w:t>Утікши з рук червоного терору,&lt;br /&gt;</w:t>
        <w:br/>
        <w:t>Він полюбив гуцульську Чорногору&lt;br /&gt;</w:t>
        <w:br/>
        <w:t>Й своє життя гуцулам присвяти?</w:t>
      </w:r>
    </w:p>
    <w:p>
      <w:r>
        <w:br/>
        <w:t>То він страшну історію повів нам&lt;br /&gt;</w:t>
        <w:br/>
        <w:t>Про гетьмана Полуботка й Петра,&lt;br /&gt;</w:t>
        <w:br/>
        <w:t>Казав, що в ній самим себе пора&lt;br /&gt;</w:t>
        <w:br/>
        <w:t>Пізнати нам, невігласам наївним.</w:t>
      </w:r>
    </w:p>
    <w:p>
      <w:r>
        <w:br/>
        <w:t>Тепер він став на старість різьбарем,&lt;br /&gt;</w:t>
        <w:br/>
        <w:t>Знайшов собі й притулок необжитий —&lt;br /&gt;</w:t>
        <w:br/>
        <w:t>Пантелеймон Тарасович, навчитель&lt;br /&gt;</w:t>
        <w:br/>
        <w:t>І правдолюбець, гнаний задарем.</w:t>
      </w:r>
    </w:p>
    <w:p>
      <w:r>
        <w:br/>
        <w:t>Ми наче рідні в Косові зустрілись,&lt;br /&gt;</w:t>
        <w:br/>
        <w:t>Утішені й розгублені в юрмі,—&lt;br /&gt;</w:t>
        <w:br/>
        <w:t>Жаль, що не стрів його на Колимі,&lt;br /&gt;</w:t>
        <w:br/>
        <w:t>Де й він здавав екзамени на зрілість.</w:t>
      </w:r>
    </w:p>
    <w:p>
      <w:r>
        <w:br/>
        <w:t>Але хіба лиш ми ту Колиму&lt;br /&gt;</w:t>
        <w:br/>
        <w:t>Обміряли — із каменя на камінь? —&lt;br /&gt;</w:t>
        <w:br/>
        <w:t>Я мимохіть, прощаючись, в нестямі&lt;br /&gt;</w:t>
        <w:br/>
        <w:t>З плачем на груди кинувся йому.</w:t>
      </w:r>
    </w:p>
    <w:p>
      <w:r>
        <w:br/>
        <w:t>7</w:t>
      </w:r>
    </w:p>
    <w:p>
      <w:r>
        <w:br/>
        <w:t>Нарешті й хата, схожа до колиби,&lt;br /&gt;</w:t>
        <w:br/>
        <w:t>Світуща пустка — затхла і глуха;&lt;br /&gt;</w:t>
        <w:br/>
        <w:t>Цілі і двері, й вікна — тільки шиби&lt;br /&gt;</w:t>
        <w:br/>
        <w:t>Хтось витлумив, не чуючи гріха.</w:t>
      </w:r>
    </w:p>
    <w:p>
      <w:r>
        <w:br/>
        <w:t>Стоїть і стіл, застелений обрусом,&lt;br /&gt;</w:t>
        <w:br/>
        <w:t>І на столі — приладдя для письма,&lt;br /&gt;</w:t>
        <w:br/>
        <w:t>І глек на воду, з вигляду — як бусол,&lt;br /&gt;</w:t>
        <w:br/>
        <w:t>І лава, й піч — лиш матері нема.</w:t>
      </w:r>
    </w:p>
    <w:p>
      <w:r>
        <w:br/>
        <w:t>Не дочекавшись вироку, за мене&lt;br /&gt;</w:t>
        <w:br/>
        <w:t>Її на старість вивезли в Сибір&lt;br /&gt;</w:t>
        <w:br/>
        <w:t>І десь в тайзі, самотню й безіменну,&lt;br /&gt;</w:t>
        <w:br/>
        <w:t>Звели зі світу, кинувши в тужбі.</w:t>
      </w:r>
    </w:p>
    <w:p>
      <w:r>
        <w:br/>
        <w:t>Посиротіла й хата на відшибі,&lt;br /&gt;</w:t>
        <w:br/>
        <w:t>І цей поріг, і клямка, й постоли,&lt;br /&gt;</w:t>
        <w:br/>
        <w:t>І навіть дим у комині — спасибі,&lt;br /&gt;</w:t>
        <w:br/>
        <w:t>Що хоч ту хату люди зберегли.</w:t>
      </w:r>
    </w:p>
    <w:p>
      <w:r>
        <w:br/>
        <w:t>Вже тиждень я живу у ній, самотній,&lt;br /&gt;</w:t>
        <w:br/>
        <w:t>Поправив тин і залишки воріт,&lt;br /&gt;</w:t>
        <w:br/>
        <w:t>І, щоб не стати схимником, сьогодні&lt;br /&gt;</w:t>
        <w:br/>
        <w:t>Уперше вийшов глянути на світ.</w:t>
      </w:r>
    </w:p>
    <w:p>
      <w:r>
        <w:br/>
        <w:t>Іду й дивлюсь — нічого не змінилось,&lt;br /&gt;</w:t>
        <w:br/>
        <w:t>Ті самі гражди з гребенями стріх&lt;br /&gt;</w:t>
        <w:br/>
        <w:t>І та ж крута камінна сухожилість&lt;br /&gt;</w:t>
        <w:br/>
        <w:t>Гірських стежин та звивистих доріг.</w:t>
      </w:r>
    </w:p>
    <w:p>
      <w:r>
        <w:br/>
        <w:t>Стара церковця й цвинтар під горою,&lt;br /&gt;</w:t>
        <w:br/>
        <w:t>Де спочивають пращури мої,—&lt;br /&gt;</w:t>
        <w:br/>
        <w:t>Мабуть, ніде так боляче весною&lt;br /&gt;</w:t>
        <w:br/>
        <w:t>Не розривають серця солов'ї.</w:t>
      </w:r>
    </w:p>
    <w:p>
      <w:r>
        <w:br/>
        <w:t>Тут віковічний захисток присілку,&lt;br /&gt;</w:t>
        <w:br/>
        <w:t>Що непомітно віку дожива,—&lt;br /&gt;</w:t>
        <w:br/>
        <w:t>Присяду й душу виплачу в сопілку,&lt;br /&gt;</w:t>
        <w:br/>
        <w:t>Позбувшись права плакати в слова.</w:t>
      </w:r>
    </w:p>
    <w:p>
      <w:r>
        <w:br/>
        <w:t>У ній нема ніякої крамоли,&lt;br /&gt;</w:t>
        <w:br/>
        <w:t>Мелодія сопілки — як сльоза,&lt;br /&gt;</w:t>
        <w:br/>
        <w:t>Невидима й невинна, хоч ніколи,&lt;br /&gt;</w:t>
        <w:br/>
        <w:t>Немов луна, безслідно не щеза.</w:t>
      </w:r>
    </w:p>
    <w:p>
      <w:r>
        <w:br/>
        <w:t>Як образи у церкві, обцілую&lt;br /&gt;</w:t>
        <w:br/>
        <w:t>Пучками всі її голосники,&lt;br /&gt;</w:t>
        <w:br/>
        <w:t>Воздам на ній крамольну алілую&lt;br /&gt;</w:t>
        <w:br/>
        <w:t>За пережиті муки і роки.</w:t>
      </w:r>
    </w:p>
    <w:p>
      <w:r>
        <w:br/>
        <w:t>Я наче вперше стрінувся з весною —&lt;br /&gt;</w:t>
        <w:br/>
        <w:t>Стара церковця, цвинтар, солов'ї,—&lt;br /&gt;</w:t>
        <w:br/>
        <w:t>Хоч, може, тут не дивляться за мною&lt;br /&gt;</w:t>
        <w:br/>
        <w:t>Усевидющі недруги мої.</w:t>
      </w:r>
    </w:p>
    <w:p>
      <w:r>
        <w:br/>
        <w:t>Як реп'яхи — цупкі мої сухоти,&lt;br /&gt;</w:t>
        <w:br/>
        <w:t>Закашлявся у хусточку — і кров,&lt;br /&gt;</w:t>
        <w:br/>
        <w:t>Я ще, мабуть, до себе не прийшов,&lt;br /&gt;</w:t>
        <w:br/>
        <w:t>А вже берусь до всякої роботи.</w:t>
      </w:r>
    </w:p>
    <w:p>
      <w:r>
        <w:br/>
        <w:t>Знайшов у хатній схованці на дні&lt;br /&gt;</w:t>
        <w:br/>
        <w:t>Колишні вірші й начерки поеми,&lt;br /&gt;</w:t>
        <w:br/>
        <w:t>І знов торкнувся спогадом до теми.&lt;br /&gt;</w:t>
        <w:br/>
        <w:t>Що, наче рана, ятриться в мені.</w:t>
      </w:r>
    </w:p>
    <w:p>
      <w:r>
        <w:br/>
        <w:t>Немарно ждав Полуботок халепи —&lt;br /&gt;</w:t>
        <w:br/>
        <w:t>Цар не любив докучливих суплік,&lt;br /&gt;</w:t>
        <w:br/>
        <w:t>Він подумки давно його прирік&lt;br /&gt;</w:t>
        <w:br/>
        <w:t>На смерть, назвавши хитрим — як&lt;br /&gt;</w:t>
        <w:br/>
        <w:t>Мазепа.</w:t>
      </w:r>
    </w:p>
    <w:p>
      <w:r>
        <w:br/>
        <w:t>І царське зло звалилося як грім&lt;br /&gt;</w:t>
        <w:br/>
        <w:t>На голову — ні вольності, ні війська,&lt;br /&gt;</w:t>
        <w:br/>
        <w:t>Прийшов указ, аби малоросійська&lt;br /&gt;</w:t>
        <w:br/>
        <w:t>Колегія орудувала всім.</w:t>
      </w:r>
    </w:p>
    <w:p>
      <w:r>
        <w:br/>
        <w:t>Все посполиття владний Вельямінов&lt;br /&gt;</w:t>
        <w:br/>
        <w:t>Згинав в дугу, аж тріскали хребти,—&lt;br /&gt;</w:t>
        <w:br/>
        <w:t>Народ, що мовчки дався запрягти&lt;br /&gt;</w:t>
        <w:br/>
        <w:t>Себе в ярмо, зігнеться неодмінно.</w:t>
      </w:r>
    </w:p>
    <w:p>
      <w:r>
        <w:br/>
        <w:t>Він сам себе зречеться у ярмі,&lt;br /&gt;</w:t>
        <w:br/>
        <w:t>Забуде волю й материне слово!..&lt;br /&gt;</w:t>
        <w:br/>
        <w:t>О Господи, прости мені — я знову&lt;br /&gt;</w:t>
        <w:br/>
        <w:t>Грішу на нього, як на Колимі.</w:t>
      </w:r>
    </w:p>
    <w:p>
      <w:r>
        <w:br/>
        <w:t>Не хотячи ловлю себе на слові,&lt;br /&gt;</w:t>
        <w:br/>
        <w:t>Що, може, й сам народ не без вини&lt;br /&gt;</w:t>
        <w:br/>
        <w:t>У тім, що за маєтки і чини&lt;br /&gt;</w:t>
        <w:br/>
        <w:t>Віддав козацькі вольності Петрові.</w:t>
      </w:r>
    </w:p>
    <w:p>
      <w:r>
        <w:br/>
        <w:t>І, може, ми самі не без гріха,&lt;br /&gt;</w:t>
        <w:br/>
        <w:t>Що боїмося гинути за нього,&lt;br /&gt;</w:t>
        <w:br/>
        <w:t>Усіх і вся засуджуємо строго,&lt;br /&gt;</w:t>
        <w:br/>
        <w:t>А біль душі, одначе, не втиха.</w:t>
      </w:r>
    </w:p>
    <w:p>
      <w:r>
        <w:br/>
        <w:t>9</w:t>
      </w:r>
    </w:p>
    <w:p>
      <w:r>
        <w:br/>
        <w:t>Щось незбагненне коїться: мов коні,&lt;br /&gt;</w:t>
        <w:br/>
        <w:t>Гасають слухи, радісні й сумні,—&lt;br /&gt;</w:t>
        <w:br/>
        <w:t>Вже третій раз про зміни у законі&lt;br /&gt;</w:t>
        <w:br/>
        <w:t>Блюстителі зачитують мені.</w:t>
      </w:r>
    </w:p>
    <w:p>
      <w:r>
        <w:br/>
        <w:t>За першим разом велено уставом,&lt;br /&gt;</w:t>
        <w:br/>
        <w:t>Щоб жив я тільки в рідному селі,&lt;br /&gt;</w:t>
        <w:br/>
        <w:t>За другим, наче глумлячись над правом,&lt;br /&gt;</w:t>
        <w:br/>
        <w:t>Про те — що я вже вільний взагалі.</w:t>
      </w:r>
    </w:p>
    <w:p>
      <w:r>
        <w:br/>
        <w:t>А нині втретє викликали й звично&lt;br /&gt;</w:t>
        <w:br/>
        <w:t>Дали три дні на виїзд — от і все,&lt;br /&gt;</w:t>
        <w:br/>
        <w:t>Дарма, що я невинен юридичне,&lt;br /&gt;</w:t>
        <w:br/>
        <w:t>За ними ж право — хто мене спасе?</w:t>
      </w:r>
    </w:p>
    <w:p>
      <w:r>
        <w:br/>
        <w:t>В Угорщині повстання — і хоч Косів&lt;br /&gt;</w:t>
        <w:br/>
        <w:t>За тридев'ять земель, але мене,&lt;br /&gt;</w:t>
        <w:br/>
        <w:t>Аби я тут крамоли не розносив,&lt;br /&gt;</w:t>
        <w:br/>
        <w:t>Страшний закон у безвістя жене.</w:t>
      </w:r>
    </w:p>
    <w:p>
      <w:r>
        <w:br/>
        <w:t>І хоч я кров'ю кашляю й стражденне&lt;br /&gt;</w:t>
        <w:br/>
        <w:t>Життя вже силу випило мою,&lt;br /&gt;</w:t>
        <w:br/>
        <w:t>За їх бездушним вироком — для мене&lt;br /&gt;</w:t>
        <w:br/>
        <w:t>Немає місця в рідному краю.</w:t>
      </w:r>
    </w:p>
    <w:p>
      <w:r>
        <w:br/>
        <w:t>Гуцульщина — як писанка,— звичайно ж,&lt;br /&gt;</w:t>
        <w:br/>
        <w:t>Усяк на неї зазіхи таїть,—&lt;br /&gt;</w:t>
        <w:br/>
        <w:t>Не встигнемо оглянутись — і край наш&lt;br /&gt;</w:t>
        <w:br/>
        <w:t>Пройдисвіти заселять самохіть.</w:t>
      </w:r>
    </w:p>
    <w:p>
      <w:r>
        <w:br/>
        <w:t>То суть їх філософії,— казав же&lt;br /&gt;</w:t>
        <w:br/>
        <w:t>Пантелеймон Тарасович колись,&lt;br /&gt;</w:t>
        <w:br/>
        <w:t>Що ті заблуди прагнутимуть завше,&lt;br /&gt;</w:t>
        <w:br/>
        <w:t>Аби ми й свого імені зреклись.</w:t>
      </w:r>
    </w:p>
    <w:p>
      <w:r>
        <w:br/>
        <w:t>Не знаю, де він — зайнятий різьбою&lt;br /&gt;</w:t>
        <w:br/>
        <w:t>Чи рідним словом душі зогріва? —&lt;br /&gt;</w:t>
        <w:br/>
        <w:t>Те слово нам — як зілля звіробою,&lt;br /&gt;</w:t>
        <w:br/>
        <w:t>Хоч і гірким не раз воно бува.</w:t>
      </w:r>
    </w:p>
    <w:p>
      <w:r>
        <w:br/>
        <w:t>Я, наче в Бога, вірую у нього,&lt;br /&gt;</w:t>
        <w:br/>
        <w:t>Бо як без віри душу зберегти? —&lt;br /&gt;</w:t>
        <w:br/>
        <w:t>Вже час мені збиратися в дорогу,&lt;br /&gt;</w:t>
        <w:br/>
        <w:t>А то ще вдруге візьмуть за дроти.</w:t>
      </w:r>
    </w:p>
    <w:p>
      <w:r>
        <w:br/>
        <w:t>Блюстителі закону не дармують,&lt;br /&gt;</w:t>
        <w:br/>
        <w:t>Мовляв, даремно хліба не їдять,—&lt;br /&gt;</w:t>
        <w:br/>
        <w:t>Яку завгодно справу сфабрикують,&lt;br /&gt;</w:t>
        <w:br/>
        <w:t>Не боячись ні суду, ні проклять.</w:t>
      </w:r>
    </w:p>
    <w:p>
      <w:r>
        <w:br/>
        <w:t>10</w:t>
      </w:r>
    </w:p>
    <w:p>
      <w:r>
        <w:br/>
        <w:t>Немов у сні чи маренні тяжкому,&lt;br /&gt;</w:t>
        <w:br/>
        <w:t>Не тямлячи, що трапилось, живу,&lt;br /&gt;</w:t>
        <w:br/>
        <w:t>Я бачив смерть віч-на-віч, наяву,&lt;br /&gt;</w:t>
        <w:br/>
        <w:t>Як нить життя, що рветься на тонкому.</w:t>
      </w:r>
    </w:p>
    <w:p>
      <w:r>
        <w:br/>
        <w:t>В якійсь лікарні прихисток знайшов,&lt;br /&gt;</w:t>
        <w:br/>
        <w:t>На день чи два — яка мені різниця? —&lt;br /&gt;</w:t>
        <w:br/>
        <w:t>Вже й так при кожнім порусі сочиться&lt;br /&gt;</w:t>
        <w:br/>
        <w:t>Мені із рота — кутиками — кров.</w:t>
      </w:r>
    </w:p>
    <w:p>
      <w:r>
        <w:br/>
        <w:t>Живу — і лину думами в Карпати.&lt;br /&gt;</w:t>
        <w:br/>
        <w:t>Хіба зі смертю змириться дута?&lt;br /&gt;</w:t>
        <w:br/>
        <w:t>Незнаного вигнанця без гроша&lt;br /&gt;</w:t>
        <w:br/>
        <w:t>Ніхто не схоче й в землю закопати.</w:t>
      </w:r>
    </w:p>
    <w:p>
      <w:r>
        <w:br/>
        <w:t>Я, мов листок, закинутий в степи,&lt;br /&gt;</w:t>
        <w:br/>
        <w:t>За кожну мить хапаюся душею,&lt;br /&gt;</w:t>
        <w:br/>
        <w:t>Печалюся і радуюся нею&lt;br /&gt;</w:t>
        <w:br/>
        <w:t>Як благодаттю,— смерте, відступи!</w:t>
      </w:r>
    </w:p>
    <w:p>
      <w:r>
        <w:br/>
        <w:t>Я ще живу, знеможений до млості,&lt;br /&gt;</w:t>
        <w:br/>
        <w:t>І думаю, хоч тлінням вже пропах,—&lt;br /&gt;</w:t>
        <w:br/>
        <w:t>У тих побитих долею степах&lt;br /&gt;</w:t>
        <w:br/>
        <w:t>Десь поховали волю запорожці.</w:t>
      </w:r>
    </w:p>
    <w:p>
      <w:r>
        <w:br/>
        <w:t>Згасає день. Так холодно. Ніщо&lt;br /&gt;</w:t>
        <w:br/>
        <w:t>Не гріє духу. Вікна — як бійниці.&lt;br /&gt;</w:t>
        <w:br/>
        <w:t>Я наче в Петропавловській в'язниці&lt;br /&gt;</w:t>
        <w:br/>
        <w:t>Караюся, не знаючи за що.</w:t>
      </w:r>
    </w:p>
    <w:p>
      <w:r>
        <w:br/>
        <w:t>Я ту в'язницю бачив на картині —&lt;br /&gt;</w:t>
        <w:br/>
        <w:t>Важке склепіння, стіни кам'яні,&lt;br /&gt;</w:t>
        <w:br/>
        <w:t>В її кромішній темряві мені&lt;br /&gt;</w:t>
        <w:br/>
        <w:t>Полуботок ввижається і нині.</w:t>
      </w:r>
    </w:p>
    <w:p>
      <w:r>
        <w:br/>
        <w:t>У ланцюгах, могутній — як Самсон,&lt;br /&gt;</w:t>
        <w:br/>
        <w:t>Зведеться — й тім'ям вивалить склепіння,&lt;br /&gt;</w:t>
        <w:br/>
        <w:t>Та цар не чує докору сумління&lt;br /&gt;</w:t>
        <w:br/>
        <w:t>За те, що топче право і закон.</w:t>
      </w:r>
    </w:p>
    <w:p>
      <w:r>
        <w:br/>
        <w:t>Колись вони ще стрінуться — державні&lt;br /&gt;</w:t>
        <w:br/>
        <w:t>Суперники — на божому суді,&lt;br /&gt;</w:t>
        <w:br/>
        <w:t>І я торжествуватиму тоді,&lt;br /&gt;</w:t>
        <w:br/>
        <w:t>Бо перед ним усі ми рівноправні.</w:t>
      </w:r>
    </w:p>
    <w:p>
      <w:r>
        <w:br/>
        <w:t>Вже звечоріло. Закутки німі&lt;br /&gt;</w:t>
        <w:br/>
        <w:t>Заворушились мишами й щурами,—&lt;br /&gt;</w:t>
        <w:br/>
        <w:t>Дивлюсь у вікна й хрещуся на рами,&lt;br /&gt;</w:t>
        <w:br/>
        <w:t>В моїй палаті — темно, як в тюрмі.</w:t>
      </w:r>
    </w:p>
    <w:p>
      <w:r>
        <w:br/>
        <w:t>11</w:t>
      </w:r>
    </w:p>
    <w:p>
      <w:r>
        <w:br/>
        <w:t>Блюстителів не мучитиме совість&lt;br /&gt;</w:t>
        <w:br/>
        <w:t>За те, що, лиш звільнивши з кабали,&lt;br /&gt;</w:t>
        <w:br/>
        <w:t>Мене у добровільну примусовість,&lt;br /&gt;</w:t>
        <w:br/>
        <w:t>Як в гамівну сорочку, одягли.</w:t>
      </w:r>
    </w:p>
    <w:p>
      <w:r>
        <w:br/>
        <w:t>І витурили з рідного присілку&lt;br /&gt;</w:t>
        <w:br/>
        <w:t>У світ — куди? — Хіба не все одно.—&lt;br /&gt;</w:t>
        <w:br/>
        <w:t>Я й так під їхнім наглядом у щілку&lt;br /&gt;</w:t>
        <w:br/>
        <w:t>Самотності був загнаний давно.</w:t>
      </w:r>
    </w:p>
    <w:p>
      <w:r>
        <w:br/>
        <w:t>Лише три дні дали мені на збори,&lt;br /&gt;</w:t>
        <w:br/>
        <w:t>Три дні — важких і темних, як гроби,&lt;br /&gt;</w:t>
        <w:br/>
        <w:t>І з вузликом святої Чорногори —&lt;br /&gt;</w:t>
        <w:br/>
        <w:t>На всі чотири сторони судьби.</w:t>
      </w:r>
    </w:p>
    <w:p>
      <w:r>
        <w:br/>
        <w:t>Не тямлю, як до станції дійшов я&lt;br /&gt;</w:t>
        <w:br/>
        <w:t>І сів на поїзд з вузликом своїм,—&lt;br /&gt;</w:t>
        <w:br/>
        <w:t>Безмежний край — Карпати, Подніпров'я,&lt;br /&gt;</w:t>
        <w:br/>
        <w:t>А я немов бездомний анонім.</w:t>
      </w:r>
    </w:p>
    <w:p>
      <w:r>
        <w:br/>
        <w:t>Лежу один у смертницькій палаті&lt;br /&gt;</w:t>
        <w:br/>
        <w:t>І сам себе шукаю в темноті,&lt;br /&gt;</w:t>
        <w:br/>
        <w:t>Покинутий, як той, що при Пілаті&lt;br /&gt;</w:t>
        <w:br/>
        <w:t>Страждав за нас, розп'ятий на хресті.</w:t>
      </w:r>
    </w:p>
    <w:p>
      <w:r>
        <w:br/>
        <w:t>Діждався врешті волі і спокою —&lt;br /&gt;</w:t>
        <w:br/>
        <w:t>На волосинці вічності тремчу.&lt;br /&gt;</w:t>
        <w:br/>
        <w:t>Знічев'я щоки мацаю рукою&lt;br /&gt;</w:t>
        <w:br/>
        <w:t>І кашляю — надсадно, досхочу.</w:t>
      </w:r>
    </w:p>
    <w:p>
      <w:r>
        <w:br/>
        <w:t>12</w:t>
      </w:r>
    </w:p>
    <w:p>
      <w:r>
        <w:br/>
        <w:t>Я бачу образ матері — вона ще&lt;br /&gt;</w:t>
        <w:br/>
        <w:t>Така болюча в серці, молода,&lt;br /&gt;</w:t>
        <w:br/>
        <w:t>Ще десь чекає Божого суда,&lt;br /&gt;</w:t>
        <w:br/>
        <w:t>Завезена в Сибір напризволяще.</w:t>
      </w:r>
    </w:p>
    <w:p>
      <w:r>
        <w:br/>
        <w:t>А он дідусь, забутий усіма,&lt;br /&gt;</w:t>
        <w:br/>
        <w:t>Край залізниці поїзда стрічає&lt;br /&gt;</w:t>
        <w:br/>
        <w:t>И біжить за ним у тужному відчаї,&lt;br /&gt;</w:t>
        <w:br/>
        <w:t>Немов пустельник, сходячи з ума.</w:t>
      </w:r>
    </w:p>
    <w:p>
      <w:r>
        <w:br/>
        <w:t>І з Косова, спираючись на костур,&lt;br /&gt;</w:t>
        <w:br/>
        <w:t>Як все життя — попереду людей,&lt;br /&gt;</w:t>
        <w:br/>
        <w:t>Пантелеймон Тарасович іде,&lt;br /&gt;</w:t>
        <w:br/>
        <w:t>З крутим чолом, високий, як апостол.</w:t>
      </w:r>
    </w:p>
    <w:p>
      <w:r>
        <w:br/>
        <w:t>Не ніч — а Божа Біблія: стоять&lt;br /&gt;</w:t>
        <w:br/>
        <w:t>Сім янголів із сурмами святими,—&lt;br /&gt;</w:t>
        <w:br/>
        <w:t>Вже золотий жертовник перед ними&lt;br /&gt;</w:t>
        <w:br/>
        <w:t>Покрився димом — зірвано печать.</w:t>
      </w:r>
    </w:p>
    <w:p>
      <w:r>
        <w:br/>
        <w:t>Чи то в натурі діється, чи сниться?&lt;br /&gt;</w:t>
        <w:br/>
        <w:t>Я чую гул і тупіт в голові.&lt;br /&gt;</w:t>
        <w:br/>
        <w:t>Ідуть на суд і мертві, і живі,&lt;br /&gt;</w:t>
        <w:br/>
        <w:t>І божим страхом світяться їх лиця.</w:t>
      </w:r>
    </w:p>
    <w:p>
      <w:r>
        <w:br/>
        <w:t>Вже затрубила янгольська сурма —&lt;br /&gt;</w:t>
        <w:br/>
        <w:t>І цар Петро, забігавши в сум'ятті,&lt;br /&gt;</w:t>
        <w:br/>
        <w:t>Очима свердлить темінь в казематі,&lt;br /&gt;</w:t>
        <w:br/>
        <w:t>Чи де якої шпарочки нема.</w:t>
      </w:r>
    </w:p>
    <w:p>
      <w:r>
        <w:br/>
        <w:t>Уздрів Павла Полуботка в кайданах&lt;br /&gt;</w:t>
        <w:br/>
        <w:t>І відсахнувся — шкіра й кісточки,—&lt;br /&gt;</w:t>
        <w:br/>
        <w:t>Хоч в судний день, а стрілися-таки&lt;br /&gt;</w:t>
        <w:br/>
        <w:t>В одній з мільйонів зустрічей нежданих.</w:t>
      </w:r>
    </w:p>
    <w:p>
      <w:r>
        <w:br/>
        <w:t>Тепер уже всевишній Судія&lt;br /&gt;</w:t>
        <w:br/>
        <w:t>Петра з Павлом розсудить неодмінно,&lt;br /&gt;</w:t>
        <w:br/>
        <w:t>Воздасть йому за все — й за Україну,&lt;br /&gt;</w:t>
        <w:br/>
        <w:t>І за гріхи усіх його діянь.</w:t>
      </w:r>
    </w:p>
    <w:p>
      <w:r>
        <w:br/>
        <w:t>Якась гора на мене навалилась,&lt;br /&gt;</w:t>
        <w:br/>
        <w:t>І прокотилось тисячу громів,—&lt;br /&gt;</w:t>
        <w:br/>
        <w:t>Здається, третій янгол засурмив —&lt;br /&gt;</w:t>
        <w:br/>
        <w:t>Третина рік у кров перетворилась!</w:t>
      </w:r>
    </w:p>
    <w:p>
      <w:r>
        <w:br/>
        <w:t>Лиш мученики в царстві сатани&lt;br /&gt;</w:t>
        <w:br/>
        <w:t>Возрадувались з янгольської сурми,—&lt;br /&gt;</w:t>
        <w:br/>
        <w:t>Я жду, коли розверзнуться їх тюрми&lt;br /&gt;</w:t>
        <w:br/>
        <w:t>И навіки стануть вільними вони.</w:t>
      </w:r>
    </w:p>
    <w:p>
      <w:r>
        <w:br/>
        <w:t>І затряслося небо! Лжепророки,&lt;br /&gt;</w:t>
        <w:br/>
        <w:t>Що славили дияволів своїх,&lt;br /&gt;</w:t>
        <w:br/>
        <w:t>Рвучи одіння, падають до ніг&lt;br /&gt;</w:t>
        <w:br/>
        <w:t>Всевишньому й караються жорстоко.</w:t>
      </w:r>
    </w:p>
    <w:p>
      <w:r>
        <w:br/>
        <w:t>Перед його сіяючим лицем&lt;br /&gt;</w:t>
        <w:br/>
        <w:t>Стоять, як в день Содому і Гоморри,&lt;br /&gt;</w:t>
        <w:br/>
        <w:t>І просять смерті, молячи, щоб гори&lt;br /&gt;</w:t>
        <w:br/>
        <w:t>Попадали й накрили їх живцем.</w:t>
      </w:r>
    </w:p>
    <w:p>
      <w:r>
        <w:br/>
        <w:t>Та гори не сховають їх, і з чаші&lt;br /&gt;</w:t>
        <w:br/>
        <w:t>Святого гніву питимуть усі,—&lt;br /&gt;</w:t>
        <w:br/>
        <w:t>Вже засідає суд на небесі,&lt;br /&gt;</w:t>
        <w:br/>
        <w:t>Я жду його в смиренному безстрашші.</w:t>
      </w:r>
    </w:p>
    <w:p>
      <w:r>
        <w:br/>
        <w:t>Розвидниться — і з трепетом сердець&lt;br /&gt;</w:t>
        <w:br/>
        <w:t>Його уздрять і мудрі, й юродиві,&lt;br /&gt;</w:t>
        <w:br/>
        <w:t>І на престолі сяде Справедливість,&lt;br /&gt;</w:t>
        <w:br/>
        <w:t>І буде Суд — Початок і Кінець.</w:t>
      </w:r>
    </w:p>
    <w:p>
      <w:r>
        <w:br/>
        <w:t>РОКОВИНИ.</w:t>
      </w:r>
    </w:p>
    <w:p>
      <w:r>
        <w:br/>
        <w:t>1</w:t>
      </w:r>
    </w:p>
    <w:p>
      <w:r>
        <w:br/>
        <w:t>Пізня осінь — час не журавель,&lt;br /&gt;</w:t>
        <w:br/>
        <w:t>В думці й то ніхто його не зловить,—&lt;br /&gt;</w:t>
        <w:br/>
        <w:t>Ми немов з-за тридев'ять земель&lt;br /&gt;</w:t>
        <w:br/>
        <w:t>З'їхались до матері на сповідь.</w:t>
      </w:r>
    </w:p>
    <w:p>
      <w:r>
        <w:br/>
        <w:t>Вперше так згуртовано усі&lt;br /&gt;</w:t>
        <w:br/>
        <w:t>З'їхались до матері на свято&lt;br /&gt;</w:t>
        <w:br/>
        <w:t>І, відбиті в маминій сльозі,&lt;br /&gt;</w:t>
        <w:br/>
        <w:t>Стоїмо у хаті винувато.</w:t>
      </w:r>
    </w:p>
    <w:p>
      <w:r>
        <w:br/>
        <w:t>Обігнавши спомини й літа,&lt;br /&gt;</w:t>
        <w:br/>
        <w:t>Цілим родом з'їхались до мами&lt;br /&gt;</w:t>
        <w:br/>
        <w:t>И дивимось, як мати, мов свята,&lt;br /&gt;</w:t>
        <w:br/>
        <w:t>За столом сидить під образами.</w:t>
      </w:r>
    </w:p>
    <w:p>
      <w:r>
        <w:br/>
        <w:t>Дивимось, завмерши круг стола,&lt;br /&gt;</w:t>
        <w:br/>
        <w:t>І не можем збутися провини:&lt;br /&gt;</w:t>
        <w:br/>
        <w:t>Ніби ще й на світі не жила —&lt;br /&gt;</w:t>
        <w:br/>
        <w:t>Вже вісімдесяті роковини.</w:t>
      </w:r>
    </w:p>
    <w:p>
      <w:r>
        <w:br/>
        <w:t>У задумі, зігнута, сидить,&lt;br /&gt;</w:t>
        <w:br/>
        <w:t>Так — мов не на покутті, а скраю,&lt;br /&gt;</w:t>
        <w:br/>
        <w:t>Нітиться й радіє мимохіть —&lt;br /&gt;</w:t>
        <w:br/>
        <w:t>У щасливій миті завмирає.</w:t>
      </w:r>
    </w:p>
    <w:p>
      <w:r>
        <w:br/>
        <w:t>Як дитина, дивиться кругом&lt;br /&gt;</w:t>
        <w:br/>
        <w:t>І мовчить. Малесенького зросту.&lt;br /&gt;</w:t>
        <w:br/>
        <w:t>Вже давненько мати й за столом&lt;br /&gt;</w:t>
        <w:br/>
        <w:t>З немочі спирається на костур.</w:t>
      </w:r>
    </w:p>
    <w:p>
      <w:r>
        <w:br/>
        <w:t>Щось болюче в спині, мов правець,&lt;br /&gt;</w:t>
        <w:br/>
        <w:t>Невмолимо гне її на старість,—&lt;br /&gt;</w:t>
        <w:br/>
        <w:t>Сили вже звелися нанівець,&lt;br /&gt;</w:t>
        <w:br/>
        <w:t>Лиш терпіння й немочі зостались.</w:t>
      </w:r>
    </w:p>
    <w:p>
      <w:r>
        <w:br/>
        <w:t>Але все од серця відлягло,&lt;br /&gt;</w:t>
        <w:br/>
        <w:t>Тільки нас побачила у хаті,&lt;br /&gt;</w:t>
        <w:br/>
        <w:t>Землянисті щоки і чоло&lt;br /&gt;</w:t>
        <w:br/>
        <w:t>Зашарілись, наче при багатті.</w:t>
      </w:r>
    </w:p>
    <w:p>
      <w:r>
        <w:br/>
        <w:t>І в очах печально-голубих,&lt;br /&gt;</w:t>
        <w:br/>
        <w:t>Де вже зір тремтить на волосинці,&lt;br /&gt;</w:t>
        <w:br/>
        <w:t>Теплий усміх зболено застиг,&lt;br /&gt;</w:t>
        <w:br/>
        <w:t>Гріючи принесені гостинці.</w:t>
      </w:r>
    </w:p>
    <w:p>
      <w:r>
        <w:br/>
        <w:t>Ті гостинці в маминій руці&lt;br /&gt;</w:t>
        <w:br/>
        <w:t>В'януть, як нездійснені надії,—&lt;br /&gt;</w:t>
        <w:br/>
        <w:t>Мати їх складає на стільці,&lt;br /&gt;</w:t>
        <w:br/>
        <w:t>Дякує й чомусь ніяковіє.</w:t>
      </w:r>
    </w:p>
    <w:p>
      <w:r>
        <w:br/>
        <w:t>А сестра тим часом — за своє,&lt;br /&gt;</w:t>
        <w:br/>
        <w:t>Так, як і належить господині,&lt;br /&gt;</w:t>
        <w:br/>
        <w:t>Накриває стіл і подає&lt;br /&gt;</w:t>
        <w:br/>
        <w:t>Всякі страви й вироби гостинні.</w:t>
      </w:r>
    </w:p>
    <w:p>
      <w:r>
        <w:br/>
        <w:t>Час уже подумати й про тост,&lt;br /&gt;</w:t>
        <w:br/>
        <w:t>Тобто словом — просто, без надриву,&lt;br /&gt;</w:t>
        <w:br/>
        <w:t>Через долю матері навпрост&lt;br /&gt;</w:t>
        <w:br/>
        <w:t>Перейти, немовби через ниву.</w:t>
      </w:r>
    </w:p>
    <w:p>
      <w:r>
        <w:br/>
        <w:t>Мати притаїлася і жде,&lt;br /&gt;</w:t>
        <w:br/>
        <w:t>Тиха-тиха — подиху не чути,&lt;br /&gt;</w:t>
        <w:br/>
        <w:t>Лиш обличчя, змучене й худе,&lt;br /&gt;</w:t>
        <w:br/>
        <w:t>Світиться у сутінках осмути.</w:t>
      </w:r>
    </w:p>
    <w:p>
      <w:r>
        <w:br/>
        <w:t>Жде простого слова — не хвали,&lt;br /&gt;</w:t>
        <w:br/>
        <w:t>Це мені ще змалечку відомо,&lt;br /&gt;</w:t>
        <w:br/>
        <w:t>Та слова до горла підійшли&lt;br /&gt;</w:t>
        <w:br/>
        <w:t>Й, наче брили, сперлися у ньому.</w:t>
      </w:r>
    </w:p>
    <w:p>
      <w:r>
        <w:br/>
        <w:t>Я забрів у спомини — й мовчу,&lt;br /&gt;</w:t>
        <w:br/>
        <w:t>Я немовби здався їм на милість,—&lt;br /&gt;</w:t>
        <w:br/>
        <w:t>Як сльоза на кінчику плачу,&lt;br /&gt;</w:t>
        <w:br/>
        <w:t>У мовчанні вічність зупинилась.</w:t>
      </w:r>
    </w:p>
    <w:p>
      <w:r>
        <w:br/>
        <w:t>2</w:t>
      </w:r>
    </w:p>
    <w:p>
      <w:r>
        <w:br/>
        <w:t>Мамо! Як же в слові осягти&lt;br /&gt;</w:t>
        <w:br/>
        <w:t>Те, що і в житті неосягненне? —&lt;br /&gt;</w:t>
        <w:br/>
        <w:t>Кожне слово падає на мене,&lt;br /&gt;</w:t>
        <w:br/>
        <w:t>Мов круте каміння з висоти.</w:t>
      </w:r>
    </w:p>
    <w:p>
      <w:r>
        <w:br/>
        <w:t>Я тебе вовік не переплачу,&lt;br /&gt;</w:t>
        <w:br/>
        <w:t>Ради тебе, може, і живу,—&lt;br /&gt;</w:t>
        <w:br/>
        <w:t>Я в тобі, як пам'ять родову,&lt;br /&gt;</w:t>
        <w:br/>
        <w:t>Бачу рідну хату і Дзвинячу.</w:t>
      </w:r>
    </w:p>
    <w:p>
      <w:r>
        <w:br/>
        <w:t>Вічним болем бачу віддалі,&lt;br /&gt;</w:t>
        <w:br/>
        <w:t>Як жили ми вкупочці в тій хаті,&lt;br /&gt;</w:t>
        <w:br/>
        <w:t>Наче пуповиною прип'яті&lt;br /&gt;</w:t>
        <w:br/>
        <w:t>До своєї рідної землі.</w:t>
      </w:r>
    </w:p>
    <w:p>
      <w:r>
        <w:br/>
        <w:t>Бачу наші яблуні, і вишні,&lt;br /&gt;</w:t>
        <w:br/>
        <w:t>І кімнатні квіти на вікні,&lt;br /&gt;</w:t>
        <w:br/>
        <w:t>Домоткані рядна і лляні&lt;br /&gt;</w:t>
        <w:br/>
        <w:t>Рушники й мережки дивовижні.</w:t>
      </w:r>
    </w:p>
    <w:p>
      <w:r>
        <w:br/>
        <w:t>Бачу і рівнесенькі грядки,&lt;br /&gt;</w:t>
        <w:br/>
        <w:t>Ті, що ти плекала на городі,&lt;br /&gt;</w:t>
        <w:br/>
        <w:t>І біду, заховану насподі&lt;br /&gt;</w:t>
        <w:br/>
        <w:t>Пам'яті, й забуті могилки.</w:t>
      </w:r>
    </w:p>
    <w:p>
      <w:r>
        <w:br/>
        <w:t>Хто тепер без нас їх доглядає,&lt;br /&gt;</w:t>
        <w:br/>
        <w:t>Як усі байдужі й до живих? —&lt;br /&gt;</w:t>
        <w:br/>
        <w:t>Я крізь сльози думаю про них&lt;br /&gt;</w:t>
        <w:br/>
        <w:t>І в душі їх мир оберігаю.</w:t>
      </w:r>
    </w:p>
    <w:p>
      <w:r>
        <w:br/>
        <w:t>Я і нині — подумки — в твоїй&lt;br /&gt;</w:t>
        <w:br/>
        <w:t>Долі, подарованій як віно,&lt;br /&gt;</w:t>
        <w:br/>
        <w:t>Занімівши, бачу Україну —&lt;br /&gt;</w:t>
        <w:br/>
        <w:t>Рідне сонце в краплі дощовій.</w:t>
      </w:r>
    </w:p>
    <w:p>
      <w:r>
        <w:br/>
        <w:t>У твоїй задумі, що тужливим&lt;br /&gt;</w:t>
        <w:br/>
        <w:t>Зором німо дивиться на світ,&lt;br /&gt;</w:t>
        <w:br/>
        <w:t>Бачу нашу осінь — переліт&lt;br /&gt;</w:t>
        <w:br/>
        <w:t>Журавлів, написаних курсивом.</w:t>
      </w:r>
    </w:p>
    <w:p>
      <w:r>
        <w:br/>
        <w:t>Бачу втому в зморшках на лиці&lt;br /&gt;</w:t>
        <w:br/>
        <w:t>І в руках, що сперлися на костур,&lt;br /&gt;</w:t>
        <w:br/>
        <w:t>Але як дійти мені до тосту,&lt;br /&gt;</w:t>
        <w:br/>
        <w:t>Щоб не збитись десь на манівці?</w:t>
      </w:r>
    </w:p>
    <w:p>
      <w:r>
        <w:br/>
        <w:t>Тост — то щось інтимніше за слово,&lt;br /&gt;</w:t>
        <w:br/>
        <w:t>То твоє подвижницьке життя,&lt;br /&gt;</w:t>
        <w:br/>
        <w:t>І мене замучить каяття,&lt;br /&gt;</w:t>
        <w:br/>
        <w:t>Як у чомусь схиблю випадково.</w:t>
      </w:r>
    </w:p>
    <w:p>
      <w:r>
        <w:br/>
        <w:t>Я у світ ішов нелегкома,&lt;br /&gt;</w:t>
        <w:br/>
        <w:t>Я, немов напуття, у дорогу&lt;br /&gt;</w:t>
        <w:br/>
        <w:t>Взяв терпіння матері,— нічого&lt;br /&gt;</w:t>
        <w:br/>
        <w:t>Тяжчого й святішого нема.</w:t>
      </w:r>
    </w:p>
    <w:p>
      <w:r>
        <w:br/>
        <w:t>3</w:t>
      </w:r>
    </w:p>
    <w:p>
      <w:r>
        <w:br/>
        <w:t>Я скажу у тості, як до мами&lt;br /&gt;</w:t>
        <w:br/>
        <w:t>З мовчазної безвісті крізь біль&lt;br /&gt;</w:t>
        <w:br/>
        <w:t>Часто заповітними думками&lt;br /&gt;</w:t>
        <w:br/>
        <w:t>Линув, знемагаючи в тужбі.</w:t>
      </w:r>
    </w:p>
    <w:p>
      <w:r>
        <w:br/>
        <w:t>Линув, незважаючи на втому,&lt;br /&gt;</w:t>
        <w:br/>
        <w:t>Наче з того світу — з небуття,&lt;br /&gt;</w:t>
        <w:br/>
        <w:t>Через сни і спомини — додому,&lt;br /&gt;</w:t>
        <w:br/>
        <w:t>В світ її тривожного життя.</w:t>
      </w:r>
    </w:p>
    <w:p>
      <w:r>
        <w:br/>
        <w:t>Я ж його і з розповідей знаю,&lt;br /&gt;</w:t>
        <w:br/>
        <w:t>І з того, що бачив очевидь,&lt;br /&gt;</w:t>
        <w:br/>
        <w:t>Що й тепер, як спомином торкаю,&lt;br /&gt;</w:t>
        <w:br/>
        <w:t>Наче зуб уражений, болить.</w:t>
      </w:r>
    </w:p>
    <w:p>
      <w:r>
        <w:br/>
        <w:t>Я німів, як мати повідала&lt;br /&gt;</w:t>
        <w:br/>
        <w:t>Про своє заміжжя — про те зло,&lt;br /&gt;</w:t>
        <w:br/>
        <w:t>Що в нерідній челяді, бувало,&lt;br /&gt;</w:t>
        <w:br/>
        <w:t>Ненаситно душу їй пекло.</w:t>
      </w:r>
    </w:p>
    <w:p>
      <w:r>
        <w:br/>
        <w:t>Хоч-не-хоч, а кожному догоджуй,&lt;br /&gt;</w:t>
        <w:br/>
        <w:t>Всіх і облатай, і обпери,—&lt;br /&gt;</w:t>
        <w:br/>
        <w:t>Хтось, бува образити охочий,&lt;br /&gt;</w:t>
        <w:br/>
        <w:t>І безкарно скривдити з хандри.</w:t>
      </w:r>
    </w:p>
    <w:p>
      <w:r>
        <w:br/>
        <w:t>Але мати — батькові ні слова,&lt;br /&gt;</w:t>
        <w:br/>
        <w:t>Тамувала й сльози мовчазні,—&lt;br /&gt;</w:t>
        <w:br/>
        <w:t>Всіх була задобрити готова&lt;br /&gt;</w:t>
        <w:br/>
        <w:t>Задля миру й згоди у рідні.</w:t>
      </w:r>
    </w:p>
    <w:p>
      <w:r>
        <w:br/>
        <w:t>І лише, як змову, що зоріє&lt;br /&gt;</w:t>
        <w:br/>
        <w:t>В задумі — без спільників і зла,&lt;br /&gt;</w:t>
        <w:br/>
        <w:t>Потайки виношувала мрію&lt;br /&gt;</w:t>
        <w:br/>
        <w:t>Про куточок власного житла.</w:t>
      </w:r>
    </w:p>
    <w:p>
      <w:r>
        <w:br/>
        <w:t>День і ніч ту мрію колихала,&lt;br /&gt;</w:t>
        <w:br/>
        <w:t>Гріла під подушкою не раз,&lt;br /&gt;</w:t>
        <w:br/>
        <w:t>Тільки нею, змучена, зів'яла,&lt;br /&gt;</w:t>
        <w:br/>
        <w:t>Захищала душу від образ.</w:t>
      </w:r>
    </w:p>
    <w:p>
      <w:r>
        <w:br/>
        <w:t>Не могла поскаржитись нікому,&lt;br /&gt;</w:t>
        <w:br/>
        <w:t>Адже долю вибрала сама,&lt;br /&gt;</w:t>
        <w:br/>
        <w:t>Так спішила заміж — ніби з дому&lt;br /&gt;</w:t>
        <w:br/>
        <w:t>Утікала, суджена всіма.</w:t>
      </w:r>
    </w:p>
    <w:p>
      <w:r>
        <w:br/>
        <w:t>Ті родинні осуди й знущання&lt;br /&gt;</w:t>
        <w:br/>
        <w:t>Не щадили й мрії про житло,—&lt;br /&gt;</w:t>
        <w:br/>
        <w:t>Може, тільки батькове кохання&lt;br /&gt;</w:t>
        <w:br/>
        <w:t>Матері пристанищем було.</w:t>
      </w:r>
    </w:p>
    <w:p>
      <w:r>
        <w:br/>
        <w:t>Легше в ньому й осуди сприймати,&lt;br /&gt;</w:t>
        <w:br/>
        <w:t>І прощати кривдників своїх,—&lt;br /&gt;</w:t>
        <w:br/>
        <w:t>Все в коханні витерпіла мати,&lt;br /&gt;</w:t>
        <w:br/>
        <w:t>Замоливши біль його, як гріх.</w:t>
      </w:r>
    </w:p>
    <w:p>
      <w:r>
        <w:br/>
        <w:t>І удвох, обходячи скандали,&lt;br /&gt;</w:t>
        <w:br/>
        <w:t>Батько й мати, наче по зерні,&lt;br /&gt;</w:t>
        <w:br/>
        <w:t>По гіркому грошику складали&lt;br /&gt;</w:t>
        <w:br/>
        <w:t>На свою хатину — без рідні.</w:t>
      </w:r>
    </w:p>
    <w:p>
      <w:r>
        <w:br/>
        <w:t>І жили, і мучилися нею,&lt;br /&gt;</w:t>
        <w:br/>
        <w:t>И тільки крокви похапцем звели —&lt;br /&gt;</w:t>
        <w:br/>
        <w:t>Поділились злиднями з ріднею&lt;br /&gt;</w:t>
        <w:br/>
        <w:t>І втекли, неначе з кабали.</w:t>
      </w:r>
    </w:p>
    <w:p>
      <w:r>
        <w:br/>
        <w:t>То дарма, що, може, в тій хатині&lt;br /&gt;</w:t>
        <w:br/>
        <w:t>Голі стіни й дах без накриття,&lt;br /&gt;</w:t>
        <w:br/>
        <w:t>Тішились, що матимуть однині&lt;br /&gt;</w:t>
        <w:br/>
        <w:t>В ній своє і право, і життя.</w:t>
      </w:r>
    </w:p>
    <w:p>
      <w:r>
        <w:br/>
        <w:t>І од щастя, змучені до краю,&lt;br /&gt;</w:t>
        <w:br/>
        <w:t>Цілували стіни й образи,—&lt;br /&gt;</w:t>
        <w:br/>
        <w:t>Я й тепер їх радість пам'ятаю —&lt;br /&gt;</w:t>
        <w:br/>
        <w:t>Усмішку болючої сльози.</w:t>
      </w:r>
    </w:p>
    <w:p>
      <w:r>
        <w:br/>
        <w:t>4</w:t>
      </w:r>
    </w:p>
    <w:p>
      <w:r>
        <w:br/>
        <w:t>Рік за роком — вже їх не здогнати,&lt;br /&gt;</w:t>
        <w:br/>
        <w:t>Як на мості коней вороних,—&lt;br /&gt;</w:t>
        <w:br/>
        <w:t>Я болючим спогадом до них&lt;br /&gt;</w:t>
        <w:br/>
        <w:t>Забігаю з маминого свята.</w:t>
      </w:r>
    </w:p>
    <w:p>
      <w:r>
        <w:br/>
        <w:t>Я хапаю їх за поводи —&lt;br /&gt;</w:t>
        <w:br/>
        <w:t>Ті роки, побачені на мості,&lt;br /&gt;</w:t>
        <w:br/>
        <w:t>А вони полохаються в тості&lt;br /&gt;</w:t>
        <w:br/>
        <w:t>І летять, не знаючи — куди.</w:t>
      </w:r>
    </w:p>
    <w:p>
      <w:r>
        <w:br/>
        <w:t>Легше, мабуть, серце зупинити,&lt;br /&gt;</w:t>
        <w:br/>
        <w:t>Ніж у кадрах спогадів — роки,—&lt;br /&gt;</w:t>
        <w:br/>
        <w:t>Кожний кадр у них віддалеки&lt;br /&gt;</w:t>
        <w:br/>
        <w:t>Воскрешає горе пережите.</w:t>
      </w:r>
    </w:p>
    <w:p>
      <w:r>
        <w:br/>
        <w:t>Рік за роком — з цокотом копит,&lt;br /&gt;</w:t>
        <w:br/>
        <w:t>Я за ними — думами й словами,&lt;br /&gt;</w:t>
        <w:br/>
        <w:t>Ні, я не звертаюся до мами —&lt;br /&gt;</w:t>
        <w:br/>
        <w:t>Йду по тернах споминів на спит.</w:t>
      </w:r>
    </w:p>
    <w:p>
      <w:r>
        <w:br/>
        <w:t>День сьогодні світлий, як молебень.&lt;br /&gt;</w:t>
        <w:br/>
        <w:t>Гості вже сідають за столи.&lt;br /&gt;</w:t>
        <w:br/>
        <w:t>А старенька мати з похвали&lt;br /&gt;</w:t>
        <w:br/>
        <w:t>Крадькома ховається у себе.</w:t>
      </w:r>
    </w:p>
    <w:p>
      <w:r>
        <w:br/>
        <w:t>Вже й чарки наповнили зяті,&lt;br /&gt;</w:t>
        <w:br/>
        <w:t>Скромні і пісні — як на молитві,—&lt;br /&gt;</w:t>
        <w:br/>
        <w:t>Всі чекають дійства, лиш обидві&lt;br /&gt;</w:t>
        <w:br/>
        <w:t>Сестри ще витають в забутті.</w:t>
      </w:r>
    </w:p>
    <w:p>
      <w:r>
        <w:br/>
        <w:t>Я торкнувся поглядом до брата —&lt;br /&gt;</w:t>
        <w:br/>
        <w:t>Час, мовляв же, братись за обід,—&lt;br /&gt;</w:t>
        <w:br/>
        <w:t>Діти, внуки, правнуки — весь рід! —&lt;br /&gt;</w:t>
        <w:br/>
        <w:t>Зачекались маминого свята.</w:t>
      </w:r>
    </w:p>
    <w:p>
      <w:r>
        <w:br/>
        <w:t>Всі на нього з'їхались, нема&lt;br /&gt;</w:t>
        <w:br/>
        <w:t>Тільки батька — спить десь на чужині, —&lt;br /&gt;</w:t>
        <w:br/>
        <w:t>У своїй самотності і нині&lt;br /&gt;</w:t>
        <w:br/>
        <w:t>Мати буде нидіти сама.</w:t>
      </w:r>
    </w:p>
    <w:p>
      <w:r>
        <w:br/>
        <w:t>5</w:t>
      </w:r>
    </w:p>
    <w:p>
      <w:r>
        <w:br/>
        <w:t>Зникла мить, врочиста і святкова,&lt;br /&gt;</w:t>
        <w:br/>
        <w:t>Всі заворушились круг стола,—&lt;br /&gt;</w:t>
        <w:br/>
        <w:t>Почалося дійство — і розмова,&lt;br /&gt;</w:t>
        <w:br/>
        <w:t>Як бурхлива річка, потекла.</w:t>
      </w:r>
    </w:p>
    <w:p>
      <w:r>
        <w:br/>
        <w:t>Про усяку всячину, щасливі,&lt;br /&gt;</w:t>
        <w:br/>
        <w:t>Гомоніли, справді як брати,&lt;br /&gt;</w:t>
        <w:br/>
        <w:t>Бо коли ще трапиться можливість&lt;br /&gt;</w:t>
        <w:br/>
        <w:t>Так родинно душу одвести.</w:t>
      </w:r>
    </w:p>
    <w:p>
      <w:r>
        <w:br/>
        <w:t>Та розмова якось непомітно&lt;br /&gt;</w:t>
        <w:br/>
        <w:t>Перейшла у пісню — у журбу,&lt;br /&gt;</w:t>
        <w:br/>
        <w:t>Ні, ми не співали — заповітне&lt;br /&gt;</w:t>
        <w:br/>
        <w:t>Споминали мамину судьбу.</w:t>
      </w:r>
    </w:p>
    <w:p>
      <w:r>
        <w:br/>
        <w:t>Нам та пісня душі зогрівала,&lt;br /&gt;</w:t>
        <w:br/>
        <w:t>Ми немов зливалися у ній,&lt;br /&gt;</w:t>
        <w:br/>
        <w:t>Тільки мати гірко не співала,&lt;br /&gt;</w:t>
        <w:br/>
        <w:t>Замкнута в самотності своїй.</w:t>
      </w:r>
    </w:p>
    <w:p>
      <w:r>
        <w:br/>
        <w:t>Непорушне, стомлена й змарніла,&lt;br /&gt;</w:t>
        <w:br/>
        <w:t>Мов на тризні, в чорному вбранні,&lt;br /&gt;</w:t>
        <w:br/>
        <w:t>З нерозлучним костуром сиділа,&lt;br /&gt;</w:t>
        <w:br/>
        <w:t>Слухала ту пісню, як у сні.</w:t>
      </w:r>
    </w:p>
    <w:p>
      <w:r>
        <w:br/>
        <w:t>Я в дитинстві чув, як сиротливо&lt;br /&gt;</w:t>
        <w:br/>
        <w:t>Мати, відкладаючи шиття,&lt;br /&gt;</w:t>
        <w:br/>
        <w:t>Ту родинну пісню, наче ниву,&lt;br /&gt;</w:t>
        <w:br/>
        <w:t>Засівала тугою життя.</w:t>
      </w:r>
    </w:p>
    <w:p>
      <w:r>
        <w:br/>
        <w:t>Чув її щоліта серед поля&lt;br /&gt;</w:t>
        <w:br/>
        <w:t>І над рукоділлям — щозими,—&lt;br /&gt;</w:t>
        <w:br/>
        <w:t>То не пісня — материна доля,&lt;br /&gt;</w:t>
        <w:br/>
        <w:t>Вишита словами і слізьми.</w:t>
      </w:r>
    </w:p>
    <w:p>
      <w:r>
        <w:br/>
        <w:t>Але, видно, вже її навіки&lt;br /&gt;</w:t>
        <w:br/>
        <w:t>Одспівала мати в самоті,&lt;br /&gt;</w:t>
        <w:br/>
        <w:t>И ми без неї — наче без опіки&lt;br /&gt;</w:t>
        <w:br/>
        <w:t>Сироти, покинуті в житті.</w:t>
      </w:r>
    </w:p>
    <w:p>
      <w:r>
        <w:br/>
        <w:t>Мати в ній викохувала зроду&lt;br /&gt;</w:t>
        <w:br/>
        <w:t>І народну душу, і красу,—&lt;br /&gt;</w:t>
        <w:br/>
        <w:t>Як же я ту пісню до народу&lt;br /&gt;</w:t>
        <w:br/>
        <w:t>У простому слові донесу?</w:t>
      </w:r>
    </w:p>
    <w:p>
      <w:r>
        <w:br/>
        <w:t>Всі гуртом на маминому святі&lt;br /&gt;</w:t>
        <w:br/>
        <w:t>Ми її виводили, як нить,&lt;br /&gt;</w:t>
        <w:br/>
        <w:t>Поки не завважили, що матір&lt;br /&gt;</w:t>
        <w:br/>
        <w:t>Наша пісня — в пам'яті болить.</w:t>
      </w:r>
    </w:p>
    <w:p>
      <w:r>
        <w:br/>
        <w:t>6</w:t>
      </w:r>
    </w:p>
    <w:p>
      <w:r>
        <w:br/>
        <w:t>Вже війна ішла до горизонту,&lt;br /&gt;</w:t>
        <w:br/>
        <w:t>Десь аж за Карпатами гула,&lt;br /&gt;</w:t>
        <w:br/>
        <w:t>Але ще так само до села&lt;br /&gt;</w:t>
        <w:br/>
        <w:t>Йшли безногі воїни із фронту.</w:t>
      </w:r>
    </w:p>
    <w:p>
      <w:r>
        <w:br/>
        <w:t>І щодня, чекаючи листа,&lt;br /&gt;</w:t>
        <w:br/>
        <w:t>Ми ловили погляд листоноші,&lt;br /&gt;</w:t>
        <w:br/>
        <w:t>Наче вирок суду, в насторожі&lt;br /&gt;</w:t>
        <w:br/>
        <w:t>Брали пошту, зціпивши уста.</w:t>
      </w:r>
    </w:p>
    <w:p>
      <w:r>
        <w:br/>
        <w:t>Ми жили тривогою за батька,&lt;br /&gt;</w:t>
        <w:br/>
        <w:t>Місця не знаходили собі,&lt;br /&gt;</w:t>
        <w:br/>
        <w:t>А найбільше мати, що в тужбі&lt;br /&gt;</w:t>
        <w:br/>
        <w:t>День і ніч горіла, як лампадка.</w:t>
      </w:r>
    </w:p>
    <w:p>
      <w:r>
        <w:br/>
        <w:t>Часто, переборюючи страх,&lt;br /&gt;</w:t>
        <w:br/>
        <w:t>Уночі ставала на коліна&lt;br /&gt;</w:t>
        <w:br/>
        <w:t>Й, мов свята покутниця, уклінно&lt;br /&gt;</w:t>
        <w:br/>
        <w:t>Цілу ніч молилася в сльозах.</w:t>
      </w:r>
    </w:p>
    <w:p>
      <w:r>
        <w:br/>
        <w:t>У важкому розпачі болящо&lt;br /&gt;</w:t>
        <w:br/>
        <w:t>Піднімала погляд і без слів&lt;br /&gt;</w:t>
        <w:br/>
        <w:t>Захисту просила в образів,&lt;br /&gt;</w:t>
        <w:br/>
        <w:t>Кинута з дітьми напризволяще.</w:t>
      </w:r>
    </w:p>
    <w:p>
      <w:r>
        <w:br/>
        <w:t>Всіх святих благала, щоб вони&lt;br /&gt;</w:t>
        <w:br/>
        <w:t>Зглянулись над нами, всеблагії,&lt;br /&gt;</w:t>
        <w:br/>
        <w:t>І, немов у співі літургії,&lt;br /&gt;</w:t>
        <w:br/>
        <w:t>Повернули батька нам з війни.</w:t>
      </w:r>
    </w:p>
    <w:p>
      <w:r>
        <w:br/>
        <w:t>Всі тоді надіялись на Бога —&lt;br /&gt;</w:t>
        <w:br/>
        <w:t>Іншого рятунку не було,&lt;br /&gt;</w:t>
        <w:br/>
        <w:t>А проте, виходячи в село,&lt;br /&gt;</w:t>
        <w:br/>
        <w:t>Не могли позбутися тривоги.</w:t>
      </w:r>
    </w:p>
    <w:p>
      <w:r>
        <w:br/>
        <w:t>Не було спокою й від облав,&lt;br /&gt;</w:t>
        <w:br/>
        <w:t>Що в селі тоді бешкетували,&lt;br /&gt;</w:t>
        <w:br/>
        <w:t>Через них і в запічку, бувало,&lt;br /&gt;</w:t>
        <w:br/>
        <w:t>Страх на наші душі полював.</w:t>
      </w:r>
    </w:p>
    <w:p>
      <w:r>
        <w:br/>
        <w:t>Засвіту вривалися до хати,&lt;br /&gt;</w:t>
        <w:br/>
        <w:t>Так брутально — ніби на грабіж,&lt;br /&gt;</w:t>
        <w:br/>
        <w:t>Мимоволі здатні ні за гріш&lt;br /&gt;</w:t>
        <w:br/>
        <w:t>Будь у кого душу відібрати.</w:t>
      </w:r>
    </w:p>
    <w:p>
      <w:r>
        <w:br/>
        <w:t>Де кого схопили — силоміць&lt;br /&gt;</w:t>
        <w:br/>
        <w:t>Брали нас ті масові облави&lt;br /&gt;</w:t>
        <w:br/>
        <w:t>Й, наче арештантів, без управи,&lt;br /&gt;</w:t>
        <w:br/>
        <w:t>Малолітніх, гнали до в'язниць.</w:t>
      </w:r>
    </w:p>
    <w:p>
      <w:r>
        <w:br/>
        <w:t>Як овець на стрижку, табунами&lt;br /&gt;</w:t>
        <w:br/>
        <w:t>Гнали, злі, що ми не на війні,—&lt;br /&gt;</w:t>
        <w:br/>
        <w:t>Скільки раз на допитах мені&lt;br /&gt;</w:t>
        <w:br/>
        <w:t>Добавляли віку стусанами!</w:t>
      </w:r>
    </w:p>
    <w:p>
      <w:r>
        <w:br/>
        <w:t>Я від страху мовчки полотнів,&lt;br /&gt;</w:t>
        <w:br/>
        <w:t>Підліток — куди мені в солдати?&lt;br /&gt;</w:t>
        <w:br/>
        <w:t>Але кат не міг же, щоб не дати&lt;br /&gt;</w:t>
        <w:br/>
        <w:t>Попід ребра кілька стусанів.</w:t>
      </w:r>
    </w:p>
    <w:p>
      <w:r>
        <w:br/>
        <w:t>Вічно пам'ятатиму, як Боков,&lt;br /&gt;</w:t>
        <w:br/>
        <w:t>Туполобий слідчий і боксер,&lt;br /&gt;</w:t>
        <w:br/>
        <w:t>Бив мене у надцять атмосфер,&lt;br /&gt;</w:t>
        <w:br/>
        <w:t>Бив із насолодою, аж цмокав!</w:t>
      </w:r>
    </w:p>
    <w:p>
      <w:r>
        <w:br/>
        <w:t>І, аби скалічити життя,&lt;br /&gt;</w:t>
        <w:br/>
        <w:t>Норовив заплутати на слові,—&lt;br /&gt;</w:t>
        <w:br/>
        <w:t>Кулаками вчив мене любові&lt;br /&gt;</w:t>
        <w:br/>
        <w:t>До свого народу і вождя.</w:t>
      </w:r>
    </w:p>
    <w:p>
      <w:r>
        <w:br/>
        <w:t>7</w:t>
      </w:r>
    </w:p>
    <w:p>
      <w:r>
        <w:br/>
        <w:t>Мабуть, я довіку не забуду&lt;br /&gt;</w:t>
        <w:br/>
        <w:t>Ні його науки, ні мети,&lt;br /&gt;</w:t>
        <w:br/>
        <w:t>Не добившись доказів, без суду&lt;br /&gt;</w:t>
        <w:br/>
        <w:t>Хоч би кості жертві потовкти.</w:t>
      </w:r>
    </w:p>
    <w:p>
      <w:r>
        <w:br/>
        <w:t>Він знущався з неї невмолимо,&lt;br /&gt;</w:t>
        <w:br/>
        <w:t>Вірний і законові, й собі,&lt;br /&gt;</w:t>
        <w:br/>
        <w:t>Катував, не відаючи стриму&lt;br /&gt;</w:t>
        <w:br/>
        <w:t>У своїй жорстокості й злобі.</w:t>
      </w:r>
    </w:p>
    <w:p>
      <w:r>
        <w:br/>
        <w:t>З виробленим навиком і хистом&lt;br /&gt;</w:t>
        <w:br/>
        <w:t>Він дивився в очі, як удав,—&lt;br /&gt;</w:t>
        <w:br/>
        <w:t>Просто був уродженим садистом,&lt;br /&gt;</w:t>
        <w:br/>
        <w:t>Що усе на світі потоптав.</w:t>
      </w:r>
    </w:p>
    <w:p>
      <w:r>
        <w:br/>
        <w:t>В портупеї, зціпивши камінне&lt;br /&gt;</w:t>
        <w:br/>
        <w:t>Щелепи, нікого не щадив,—&lt;br /&gt;</w:t>
        <w:br/>
        <w:t>Якби міг, то б цілу Україну&lt;br /&gt;</w:t>
        <w:br/>
        <w:t>В кам'яні застінки посадив.</w:t>
      </w:r>
    </w:p>
    <w:p>
      <w:r>
        <w:br/>
        <w:t>Люто грався силою ударів,&lt;br /&gt;</w:t>
        <w:br/>
        <w:t>Весь прищастий, зморщений, рябий,&lt;br /&gt;</w:t>
        <w:br/>
        <w:t>Може, й передчасно він постарів&lt;br /&gt;</w:t>
        <w:br/>
        <w:t>Од патологічної злоби.</w:t>
      </w:r>
    </w:p>
    <w:p>
      <w:r>
        <w:br/>
        <w:t>Він у ній доходив до нестями.&lt;br /&gt;</w:t>
        <w:br/>
        <w:t>Звідки в ньому бралась та злоба? —&lt;br /&gt;</w:t>
        <w:br/>
        <w:t>Кажуть, він, знущаючись над нами,&lt;br /&gt;</w:t>
        <w:br/>
        <w:t>Прагнув з себе вигнати раба.</w:t>
      </w:r>
    </w:p>
    <w:p>
      <w:r>
        <w:br/>
        <w:t>Так чи ні — нелегко відповісти,&lt;br /&gt;</w:t>
        <w:br/>
        <w:t>Хоч питання начебто просте,&lt;br /&gt;</w:t>
        <w:br/>
        <w:t>Але страх, що сіяли чекісти,&lt;br /&gt;</w:t>
        <w:br/>
        <w:t>Ще й тепер упевнено росте.</w:t>
      </w:r>
    </w:p>
    <w:p>
      <w:r>
        <w:br/>
        <w:t>Все святе топталося в людині,&lt;br /&gt;</w:t>
        <w:br/>
        <w:t>Всім крутили душі і хребти,—&lt;br /&gt;</w:t>
        <w:br/>
        <w:t>Страшно навіть згадувати нині&lt;br /&gt;</w:t>
        <w:br/>
        <w:t>Те, що нам судилося знести.</w:t>
      </w:r>
    </w:p>
    <w:p>
      <w:r>
        <w:br/>
        <w:t>8</w:t>
      </w:r>
    </w:p>
    <w:p>
      <w:r>
        <w:br/>
        <w:t>Пам'ять болю — хто її не знає?&lt;br /&gt;</w:t>
        <w:br/>
        <w:t>Я згадав, як мати, ледь жива,&lt;br /&gt;</w:t>
        <w:br/>
        <w:t>Над листом, ковтаючи слова,&lt;br /&gt;</w:t>
        <w:br/>
        <w:t>Наче пташка, билася в одчаї.</w:t>
      </w:r>
    </w:p>
    <w:p>
      <w:r>
        <w:br/>
        <w:t>Завмирала й квилила над ним,&lt;br /&gt;</w:t>
        <w:br/>
        <w:t>Тим листом в цивільному конверті,&lt;br /&gt;</w:t>
        <w:br/>
        <w:t>Не сприймала батькової смерті,&lt;br /&gt;</w:t>
        <w:br/>
        <w:t>Що прийшла сповіщенням страшним.</w:t>
      </w:r>
    </w:p>
    <w:p>
      <w:r>
        <w:br/>
        <w:t>Хтось із добротою, співчутливо&lt;br /&gt;</w:t>
        <w:br/>
        <w:t>Написав нам скорбного листа,&lt;br /&gt;</w:t>
        <w:br/>
        <w:t>Але нас усіх ця доброта&lt;br /&gt;</w:t>
        <w:br/>
        <w:t>В саме серце вдарила зрадливо.</w:t>
      </w:r>
    </w:p>
    <w:p>
      <w:r>
        <w:br/>
        <w:t>І аби позбутися того&lt;br /&gt;</w:t>
        <w:br/>
        <w:t>Почуття роздвоєності — часто&lt;br /&gt;</w:t>
        <w:br/>
        <w:t>Мати удавалась до начальства,&lt;br /&gt;</w:t>
        <w:br/>
        <w:t>Щоб воно розрадило його.</w:t>
      </w:r>
    </w:p>
    <w:p>
      <w:r>
        <w:br/>
        <w:t>Та начальство, сите і здорове,&lt;br /&gt;</w:t>
        <w:br/>
        <w:t>Що в тилу, не нюхавши війни,&lt;br /&gt;</w:t>
        <w:br/>
        <w:t>Знало тільки вислуги й чини,&lt;br /&gt;</w:t>
        <w:br/>
        <w:t>Кепкувало з маминої мови.</w:t>
      </w:r>
    </w:p>
    <w:p>
      <w:r>
        <w:br/>
        <w:t>Гірко мати скаржилась тоді,&lt;br /&gt;</w:t>
        <w:br/>
        <w:t>Як воно цинічно і зухвало&lt;br /&gt;</w:t>
        <w:br/>
        <w:t>В непристойних натяках, бувало,&lt;br /&gt;</w:t>
        <w:br/>
        <w:t>Насміхалось з матері в біді.</w:t>
      </w:r>
    </w:p>
    <w:p>
      <w:r>
        <w:br/>
        <w:t>Бачило, що мати молода ще,&lt;br /&gt;</w:t>
        <w:br/>
        <w:t>И обертало біль її у жарт,—&lt;br /&gt;</w:t>
        <w:br/>
        <w:t>Що йому людина? — Без ножа&lt;br /&gt;</w:t>
        <w:br/>
        <w:t>Страдну душу краяло болящо.</w:t>
      </w:r>
    </w:p>
    <w:p>
      <w:r>
        <w:br/>
        <w:t>Я у гніві замкнуто мужнів,&lt;br /&gt;</w:t>
        <w:br/>
        <w:t>Я мовчав, хоч все в мені кричало,—&lt;br /&gt;</w:t>
        <w:br/>
        <w:t>З маминої кривди і печалі&lt;br /&gt;</w:t>
        <w:br/>
        <w:t>Виростав, мужніючи, мій гнів.</w:t>
      </w:r>
    </w:p>
    <w:p>
      <w:r>
        <w:br/>
        <w:t>Пам'ятаю, як після війни вже&lt;br /&gt;</w:t>
        <w:br/>
        <w:t>З круглим штампом давнього числа&lt;br /&gt;</w:t>
        <w:br/>
        <w:t>Через кілька місяців прийшла&lt;br /&gt;</w:t>
        <w:br/>
        <w:t>Похоронна звістка, запізнившись.</w:t>
      </w:r>
    </w:p>
    <w:p>
      <w:r>
        <w:br/>
        <w:t>Мати брала батькові листи,&lt;br /&gt;</w:t>
        <w:br/>
        <w:t>Ридма перечитувала всоте,&lt;br /&gt;</w:t>
        <w:br/>
        <w:t>Щоб німий відчай перебороти —&lt;br /&gt;</w:t>
        <w:br/>
        <w:t>Чорну руку смерті одвести.</w:t>
      </w:r>
    </w:p>
    <w:p>
      <w:r>
        <w:br/>
        <w:t>Всоте кров'ю сходила над ними,&lt;br /&gt;</w:t>
        <w:br/>
        <w:t>До всього байдужа і глуха,&lt;br /&gt;</w:t>
        <w:br/>
        <w:t>Може, тільки боязню гріха&lt;br /&gt;</w:t>
        <w:br/>
        <w:t>Відвернула щось непоправиме.</w:t>
      </w:r>
    </w:p>
    <w:p>
      <w:r>
        <w:br/>
        <w:t>Як не тяжко вижити було —&lt;br /&gt;</w:t>
        <w:br/>
        <w:t>Вижила, затверднувши, мов камінь,—&lt;br /&gt;</w:t>
        <w:br/>
        <w:t>Ми тоді завважили, що мамі&lt;br /&gt;</w:t>
        <w:br/>
        <w:t>Перша зморшка впала на чоло.</w:t>
      </w:r>
    </w:p>
    <w:p>
      <w:r>
        <w:br/>
        <w:t>9</w:t>
      </w:r>
    </w:p>
    <w:p>
      <w:r>
        <w:br/>
        <w:t>Біди ходять парами — й у мами&lt;br /&gt;</w:t>
        <w:br/>
        <w:t>Скоро друга зморшка пролягла,&lt;br /&gt;</w:t>
        <w:br/>
        <w:t>Наче свіжі скиби між бровами&lt;br /&gt;</w:t>
        <w:br/>
        <w:t>Хтось поклав упоперек чола.</w:t>
      </w:r>
    </w:p>
    <w:p>
      <w:r>
        <w:br/>
        <w:t>Але нам було вже не до зморщок,&lt;br /&gt;</w:t>
        <w:br/>
        <w:t>Ми їх і не бачили, мовляв,&lt;br /&gt;</w:t>
        <w:br/>
        <w:t>Бо тривожним голодом у горщик&lt;br /&gt;</w:t>
        <w:br/>
        <w:t>Переднівок з двору заглядав.</w:t>
      </w:r>
    </w:p>
    <w:p>
      <w:r>
        <w:br/>
        <w:t>Він прийшов негадане — той голод,&lt;br /&gt;</w:t>
        <w:br/>
        <w:t>Повернувся біженцем з війни&lt;br /&gt;</w:t>
        <w:br/>
        <w:t>И до зерна комірчину й стодолу&lt;br /&gt;</w:t>
        <w:br/>
        <w:t>Вимів ще задовго до весни.</w:t>
      </w:r>
    </w:p>
    <w:p>
      <w:r>
        <w:br/>
        <w:t>Цілу зиму в хлягози і хуги,&lt;br /&gt;</w:t>
        <w:br/>
        <w:t>Гнані ним, тим голодом, у світ,&lt;br /&gt;</w:t>
        <w:br/>
        <w:t>Йшли до нас і з Брянська, і з Калуги,&lt;br /&gt;</w:t>
        <w:br/>
        <w:t>Йшли попідвіконню — в недорід.</w:t>
      </w:r>
    </w:p>
    <w:p>
      <w:r>
        <w:br/>
        <w:t>Йшли, обдерті й виснажені, ніби&lt;br /&gt;</w:t>
        <w:br/>
        <w:t>Жебраки, дратуючи собак,—&lt;br /&gt;</w:t>
        <w:br/>
        <w:t>Як же дрібку борошна чи хліба&lt;br /&gt;</w:t>
        <w:br/>
        <w:t>Їм не дати, Господи, ну як?</w:t>
      </w:r>
    </w:p>
    <w:p>
      <w:r>
        <w:br/>
        <w:t>Ми ж не можновладці, а господні&lt;br /&gt;</w:t>
        <w:br/>
        <w:t>Страдники, як сказано в письмі,—&lt;br /&gt;</w:t>
        <w:br/>
        <w:t>Крихтами ділилися, голодні&lt;br /&gt;</w:t>
        <w:br/>
        <w:t>І війною скривджені самі.</w:t>
      </w:r>
    </w:p>
    <w:p>
      <w:r>
        <w:br/>
        <w:t>Як могли, мирилися з їдою,&lt;br /&gt;</w:t>
        <w:br/>
        <w:t>Продавали рядна й рушники,&lt;br /&gt;</w:t>
        <w:br/>
        <w:t>І до літа з горем та бідою&lt;br /&gt;</w:t>
        <w:br/>
        <w:t>Якось перебилися-таки.</w:t>
      </w:r>
    </w:p>
    <w:p>
      <w:r>
        <w:br/>
        <w:t>Вже у полі жито квітувало&lt;br /&gt;</w:t>
        <w:br/>
        <w:t>І шаріли ягоди в саду,&lt;br /&gt;</w:t>
        <w:br/>
        <w:t>А у нас і висівок не стало,&lt;br /&gt;</w:t>
        <w:br/>
        <w:t>Перейшли на зелень — лободу.</w:t>
      </w:r>
    </w:p>
    <w:p>
      <w:r>
        <w:br/>
        <w:t>Щось внутрі скипалося у мене,&lt;br /&gt;</w:t>
        <w:br/>
        <w:t>Забивало дух — не доведи,—&lt;br /&gt;</w:t>
        <w:br/>
        <w:t>Як вона не їлась — та зелена&lt;br /&gt;</w:t>
        <w:br/>
        <w:t>І нудна лемішка з лободи!</w:t>
      </w:r>
    </w:p>
    <w:p>
      <w:r>
        <w:br/>
        <w:t>Та найтяжче мучився мій братик,&lt;br /&gt;</w:t>
        <w:br/>
        <w:t>Він же був голодний, як і ми,&lt;br /&gt;</w:t>
        <w:br/>
        <w:t>Плачучи і давлячись, затято&lt;br /&gt;</w:t>
        <w:br/>
        <w:t>Їв її, заправлену слізьми.</w:t>
      </w:r>
    </w:p>
    <w:p>
      <w:r>
        <w:br/>
        <w:t>Вимазаний зеленню до вилиць,&lt;br /&gt;</w:t>
        <w:br/>
        <w:t>Мовчки їв, спадаючи з лиця,—&lt;br /&gt;</w:t>
        <w:br/>
        <w:t>Ми щодня на біль його дивились,&lt;br /&gt;</w:t>
        <w:br/>
        <w:t>І щодня нам краялись серця.</w:t>
      </w:r>
    </w:p>
    <w:p>
      <w:r>
        <w:br/>
        <w:t>А ночами снилися плакати&lt;br /&gt;</w:t>
        <w:br/>
        <w:t>І портрети мудрого вождя...&lt;br /&gt;</w:t>
        <w:br/>
        <w:t>Але я не буду викликати&lt;br /&gt;</w:t>
        <w:br/>
        <w:t>Їхніх духів — я їм не суддя.</w:t>
      </w:r>
    </w:p>
    <w:p>
      <w:r>
        <w:br/>
        <w:t>Ті контрасти в пам'яті — як шрами,&lt;br /&gt;</w:t>
        <w:br/>
        <w:t>Їх і час не витравить, мабуть,—&lt;br /&gt;</w:t>
        <w:br/>
        <w:t>Ще вони і в мене, як у мами,&lt;br /&gt;</w:t>
        <w:br/>
        <w:t>Передчасні зморшки покладуть.</w:t>
      </w:r>
    </w:p>
    <w:p>
      <w:r>
        <w:br/>
        <w:t>10</w:t>
      </w:r>
    </w:p>
    <w:p>
      <w:r>
        <w:br/>
        <w:t>Похоронна, голод і, нарешті,&lt;br /&gt;</w:t>
        <w:br/>
        <w:t>Наче грім на голову — арешт,&lt;br /&gt;</w:t>
        <w:br/>
        <w:t>Хоч тепер вже й Бог не розбере,&lt;br /&gt;</w:t>
        <w:br/>
        <w:t>Хто й за віщо мучився в арешті.</w:t>
      </w:r>
    </w:p>
    <w:p>
      <w:r>
        <w:br/>
        <w:t>Серед тої тьмущі бідолаг,&lt;br /&gt;</w:t>
        <w:br/>
        <w:t>Лиш пушок засіявся під носом,&lt;br /&gt;</w:t>
        <w:br/>
        <w:t>Був і я штампований доносом —&lt;br /&gt;</w:t>
        <w:br/>
        <w:t>Кандидат у каторжний Берлаг.</w:t>
      </w:r>
    </w:p>
    <w:p>
      <w:r>
        <w:br/>
        <w:t>Всі були приреченими, звісно,&lt;br /&gt;</w:t>
        <w:br/>
        <w:t>Беззаконня мітило усіх,&lt;br /&gt;</w:t>
        <w:br/>
        <w:t>Навіть той, що й рухатись не міг,&lt;br /&gt;</w:t>
        <w:br/>
        <w:t>Був тоді під наглядом зловісним.</w:t>
      </w:r>
    </w:p>
    <w:p>
      <w:r>
        <w:br/>
        <w:t>Кожне слово чули шпигуни,&lt;br /&gt;</w:t>
        <w:br/>
        <w:t>Мали вуха — сутінки і стіни,&lt;br /&gt;</w:t>
        <w:br/>
        <w:t>В завмиранні цілої країни&lt;br /&gt;</w:t>
        <w:br/>
        <w:t>Ми чекали кари — без вини.</w:t>
      </w:r>
    </w:p>
    <w:p>
      <w:r>
        <w:br/>
        <w:t>Суд не міг нікого оправдати,&lt;br /&gt;</w:t>
        <w:br/>
        <w:t>А чому — донині не збагну,&lt;br /&gt;</w:t>
        <w:br/>
        <w:t>Всім однаковісіньку вину&lt;br /&gt;</w:t>
        <w:br/>
        <w:t>Пришивали, кинувши за грати.</w:t>
      </w:r>
    </w:p>
    <w:p>
      <w:r>
        <w:br/>
        <w:t>І німіли стогони й плачі,&lt;br /&gt;</w:t>
        <w:br/>
        <w:t>Як в глухих льохах Середньовіччя,—&lt;br /&gt;</w:t>
        <w:br/>
        <w:t>Недаремно падали у відчай&lt;br /&gt;</w:t>
        <w:br/>
        <w:t>Ті, що йшли на допити вночі.</w:t>
      </w:r>
    </w:p>
    <w:p>
      <w:r>
        <w:br/>
        <w:t>Недаремно, знаючи зарані,&lt;br /&gt;</w:t>
        <w:br/>
        <w:t>Що їх жде, прощалися з життям,&lt;br /&gt;</w:t>
        <w:br/>
        <w:t>Адже слідчі, віддані властям,&lt;br /&gt;</w:t>
        <w:br/>
        <w:t>Вибивали докази в зізнанні.</w:t>
      </w:r>
    </w:p>
    <w:p>
      <w:r>
        <w:br/>
        <w:t>Я пізнав як істину їх лють&lt;br /&gt;</w:t>
        <w:br/>
        <w:t>У її найвищім апогеї,—&lt;br /&gt;</w:t>
        <w:br/>
        <w:t>Ті кати жорстокості своєї&lt;br /&gt;</w:t>
        <w:br/>
        <w:t>Вчилися в люципера, мабуть!</w:t>
      </w:r>
    </w:p>
    <w:p>
      <w:r>
        <w:br/>
        <w:t>Я не був вибагливої вдачі&lt;br /&gt;</w:t>
        <w:br/>
        <w:t>І звикав до слідства та тюрми,&lt;br /&gt;</w:t>
        <w:br/>
        <w:t>Хоч не раз і зрошував слізьми&lt;br /&gt;</w:t>
        <w:br/>
        <w:t>Мамині тюремні передачі.</w:t>
      </w:r>
    </w:p>
    <w:p>
      <w:r>
        <w:br/>
        <w:t>Я затятий — змалку не люблю&lt;br /&gt;</w:t>
        <w:br/>
        <w:t>Маминих синочків, а в неволі,&lt;br /&gt;</w:t>
        <w:br/>
        <w:t>Згадуючи матір, мимоволі&lt;br /&gt;</w:t>
        <w:br/>
        <w:t>Розкисав і плакав од жалю.</w:t>
      </w:r>
    </w:p>
    <w:p>
      <w:r>
        <w:br/>
        <w:t>Добре знав, як матері ведеться,&lt;br /&gt;</w:t>
        <w:br/>
        <w:t>Як її не милують в селі,&lt;br /&gt;</w:t>
        <w:br/>
        <w:t>И гострі болі, наче вухналі,&lt;br /&gt;</w:t>
        <w:br/>
        <w:t>Повертались в мене коло серця.</w:t>
      </w:r>
    </w:p>
    <w:p>
      <w:r>
        <w:br/>
        <w:t>11</w:t>
      </w:r>
    </w:p>
    <w:p>
      <w:r>
        <w:br/>
        <w:t>Чорні дні і думи взаперті.&lt;br /&gt;</w:t>
        <w:br/>
        <w:t>Карцери і допити ночами.&lt;br /&gt;</w:t>
        <w:br/>
        <w:t>Я, немов розп'ятий на хресті,&lt;br /&gt;</w:t>
        <w:br/>
        <w:t>Припадав молитвою до мами.</w:t>
      </w:r>
    </w:p>
    <w:p>
      <w:r>
        <w:br/>
        <w:t>Більш, ніж мук, боявся передач,&lt;br /&gt;</w:t>
        <w:br/>
        <w:t>Знаючи, що мати — під тюрмою,&lt;br /&gt;</w:t>
        <w:br/>
        <w:t>Десь у черзі, стримуючи плач,&lt;br /&gt;</w:t>
        <w:br/>
        <w:t>Через мене гибіє за мною.</w:t>
      </w:r>
    </w:p>
    <w:p>
      <w:r>
        <w:br/>
        <w:t>Я хапавсь за грати — і очей&lt;br /&gt;</w:t>
        <w:br/>
        <w:t>З тої черги в щілині не зводив,—&lt;br /&gt;</w:t>
        <w:br/>
        <w:t>Скільки мати вистояла черг&lt;br /&gt;</w:t>
        <w:br/>
        <w:t>На вузеньких смужках пішоходів!</w:t>
      </w:r>
    </w:p>
    <w:p>
      <w:r>
        <w:br/>
        <w:t>День у день тривожно, мов ключі&lt;br /&gt;</w:t>
        <w:br/>
        <w:t>Журавлині, до стовпотворіння,&lt;br /&gt;</w:t>
        <w:br/>
        <w:t>Простягались черги в тисячі&lt;br /&gt;</w:t>
        <w:br/>
        <w:t>Кілометрів людського терпіння.</w:t>
      </w:r>
    </w:p>
    <w:p>
      <w:r>
        <w:br/>
        <w:t>Вся країна, в горі догола,&lt;br /&gt;</w:t>
        <w:br/>
        <w:t>Страшно, мов колючими дротами,&lt;br /&gt;</w:t>
        <w:br/>
        <w:t>Чергами обснована була,&lt;br /&gt;</w:t>
        <w:br/>
        <w:t>Сміючись і плачучи над нами.</w:t>
      </w:r>
    </w:p>
    <w:p>
      <w:r>
        <w:br/>
        <w:t>Я зустрівся з матір'ю на страсть.&lt;br /&gt;</w:t>
        <w:br/>
        <w:t>Після ночі допитів. Ще зрана.&lt;br /&gt;</w:t>
        <w:br/>
        <w:t>Та щаслива зустріч, як напасть,&lt;br /&gt;</w:t>
        <w:br/>
        <w:t>Трапилась негадане й неждано.</w:t>
      </w:r>
    </w:p>
    <w:p>
      <w:r>
        <w:br/>
        <w:t>Я побачив матір оддалік.&lt;br /&gt;</w:t>
        <w:br/>
        <w:t>В довгій черзі. З ношею на плечах.&lt;br /&gt;</w:t>
        <w:br/>
        <w:t>Серце (ледве ноги поволік)&lt;br /&gt;</w:t>
        <w:br/>
        <w:t>Стукнуло — й на дріб'язки. Як глечик.</w:t>
      </w:r>
    </w:p>
    <w:p>
      <w:r>
        <w:br/>
        <w:t>Вже у брамі, глянувши назад,&lt;br /&gt;</w:t>
        <w:br/>
        <w:t>Я почув, стривожений за матір,&lt;br /&gt;</w:t>
        <w:br/>
        <w:t>Як із черги мати навдогад&lt;br /&gt;</w:t>
        <w:br/>
        <w:t>Щось до мене крикнула в сум'ятті.</w:t>
      </w:r>
    </w:p>
    <w:p>
      <w:r>
        <w:br/>
        <w:t>Але слідчий, гримнувши дверми,&lt;br /&gt;</w:t>
        <w:br/>
        <w:t>Перервав той крик пополовині,&lt;br /&gt;</w:t>
        <w:br/>
        <w:t>Віком тиші в темряві тюрми&lt;br /&gt;</w:t>
        <w:br/>
        <w:t>Задушив його, як в домовині.</w:t>
      </w:r>
    </w:p>
    <w:p>
      <w:r>
        <w:br/>
        <w:t>Страсний день — ми стрілися на страсть,&lt;br /&gt;</w:t>
        <w:br/>
        <w:t>Що ж, бувають вдачі і невдачі,—&lt;br /&gt;</w:t>
        <w:br/>
        <w:t>Я не знав, що вже не передасть&lt;br /&gt;</w:t>
        <w:br/>
        <w:t>Він мені на свята передачі.</w:t>
      </w:r>
    </w:p>
    <w:p>
      <w:r>
        <w:br/>
        <w:t>Я мовчав, я й дихати не міг,&lt;br /&gt;</w:t>
        <w:br/>
        <w:t>Знаючи, що мати за стіною,&lt;br /&gt;</w:t>
        <w:br/>
        <w:t>Десь у черзі, падаючи з ніг,&lt;br /&gt;</w:t>
        <w:br/>
        <w:t>Через мене — гибіє за мною.</w:t>
      </w:r>
    </w:p>
    <w:p>
      <w:r>
        <w:br/>
        <w:t>12</w:t>
      </w:r>
    </w:p>
    <w:p>
      <w:r>
        <w:br/>
        <w:t>Де я міг подумати тоді,&lt;br /&gt;</w:t>
        <w:br/>
        <w:t>У кромішній камері, що згодом&lt;br /&gt;</w:t>
        <w:br/>
        <w:t>Будемо за чаркою всім родом&lt;br /&gt;</w:t>
        <w:br/>
        <w:t>Споминати роки молоді?</w:t>
      </w:r>
    </w:p>
    <w:p>
      <w:r>
        <w:br/>
        <w:t>Ми таки здогнали їх на мості,&lt;br /&gt;</w:t>
        <w:br/>
        <w:t>І тепер, на старість, звідусюд,&lt;br /&gt;</w:t>
        <w:br/>
        <w:t>Після всіх принижень і осуд,&lt;br /&gt;</w:t>
        <w:br/>
        <w:t>З'їхались до матері у гості.</w:t>
      </w:r>
    </w:p>
    <w:p>
      <w:r>
        <w:br/>
        <w:t>Наче після згаслої чуми,&lt;br /&gt;</w:t>
        <w:br/>
        <w:t>Ще недавно цьковані і гнані,&lt;br /&gt;</w:t>
        <w:br/>
        <w:t>Гоїмо в болючому єднанні&lt;br /&gt;</w:t>
        <w:br/>
        <w:t>Спомини, освячені слізьми.</w:t>
      </w:r>
    </w:p>
    <w:p>
      <w:r>
        <w:br/>
        <w:t>Плачемо й сміємося — щасливі,&lt;br /&gt;</w:t>
        <w:br/>
        <w:t>Що зібрались вкупці хоч на день,&lt;br /&gt;</w:t>
        <w:br/>
        <w:t>Ми немовби маримо, лишень&lt;br /&gt;</w:t>
        <w:br/>
        <w:t>У якомусь дивному пориві.</w:t>
      </w:r>
    </w:p>
    <w:p>
      <w:r>
        <w:br/>
        <w:t>Всі гуртом говоримо й щомить&lt;br /&gt;</w:t>
        <w:br/>
        <w:t>В збудженні збиваємося з теми,—&lt;br /&gt;</w:t>
        <w:br/>
        <w:t>Найчастіше згадуєм про те ми,&lt;br /&gt;</w:t>
        <w:br/>
        <w:t>Що донині кожного болить.</w:t>
      </w:r>
    </w:p>
    <w:p>
      <w:r>
        <w:br/>
        <w:t>Материне свято — і, як завжди,&lt;br /&gt;</w:t>
        <w:br/>
        <w:t>Похоронна, голод і тюрма,—&lt;br /&gt;</w:t>
        <w:br/>
        <w:t>Ніби інших тем у нас нема&lt;br /&gt;</w:t>
        <w:br/>
        <w:t>Чи замало зболеної правди.</w:t>
      </w:r>
    </w:p>
    <w:p>
      <w:r>
        <w:br/>
        <w:t>Та болюча правда не дає&lt;br /&gt;</w:t>
        <w:br/>
        <w:t>У розмові паузи спіймати:&lt;br /&gt;</w:t>
        <w:br/>
        <w:t>Вже не раз підхоплювалась мати,&lt;br /&gt;</w:t>
        <w:br/>
        <w:t>Щоб усім повісти про своє.</w:t>
      </w:r>
    </w:p>
    <w:p>
      <w:r>
        <w:br/>
        <w:t>Я дивлюсь на неї і, завмерши,&lt;br /&gt;</w:t>
        <w:br/>
        <w:t>Слухаю — ні свята, ні рідні,&lt;br /&gt;</w:t>
        <w:br/>
        <w:t>Тільки біль, що ятриться в мені,&lt;br /&gt;</w:t>
        <w:br/>
        <w:t>Хоч його і чую вже не вперше.</w:t>
      </w:r>
    </w:p>
    <w:p>
      <w:r>
        <w:br/>
        <w:t>Чую кожним нервом — не оглух,&lt;br /&gt;</w:t>
        <w:br/>
        <w:t>І ніхто оглухнути не змусить,—&lt;br /&gt;</w:t>
        <w:br/>
        <w:t>Все життя тремтітиму від струсів,&lt;br /&gt;</w:t>
        <w:br/>
        <w:t>Що із нас витрушували дух.</w:t>
      </w:r>
    </w:p>
    <w:p>
      <w:r>
        <w:br/>
        <w:t>Ну а трус, влаштований у мами,&lt;br /&gt;</w:t>
        <w:br/>
        <w:t>Просто не вкладається в умі:&lt;br /&gt;</w:t>
        <w:br/>
        <w:t>Як вони в бездушності німій&lt;br /&gt;</w:t>
        <w:br/>
        <w:t>Ні за що знущалися над нами!</w:t>
      </w:r>
    </w:p>
    <w:p>
      <w:r>
        <w:br/>
        <w:t>Що їм лемент заспаних сиріт,&lt;br /&gt;</w:t>
        <w:br/>
        <w:t>Кинутих з постелі на долівку,&lt;br /&gt;</w:t>
        <w:br/>
        <w:t>Чи ячмінь надодні переднівку&lt;br /&gt;</w:t>
        <w:br/>
        <w:t>По снігу розсипаний, як шріт?!</w:t>
      </w:r>
    </w:p>
    <w:p>
      <w:r>
        <w:br/>
        <w:t>Що їм, стерши з пам'яті торішній&lt;br /&gt;</w:t>
        <w:br/>
        <w:t>Голод, зерно висипати в сніг?! —&lt;br /&gt;</w:t>
        <w:br/>
        <w:t>Каїни ж не думають про гріх,&lt;br /&gt;</w:t>
        <w:br/>
        <w:t>Живучи в ненависті зловтішній.</w:t>
      </w:r>
    </w:p>
    <w:p>
      <w:r>
        <w:br/>
        <w:t>Все перетрусили — до золи,&lt;br /&gt;</w:t>
        <w:br/>
        <w:t>Висипали з мищини квасолю,&lt;br /&gt;</w:t>
        <w:br/>
        <w:t>Мов не трус робили в нас, а волю&lt;br /&gt;</w:t>
        <w:br/>
        <w:t>Узяли за обшивку й трясли.</w:t>
      </w:r>
    </w:p>
    <w:p>
      <w:r>
        <w:br/>
        <w:t>Гірш вовків — ні жалю, ні закону,&lt;br /&gt;</w:t>
        <w:br/>
        <w:t>Думалось, що хату розтрясуть,—&lt;br /&gt;</w:t>
        <w:br/>
        <w:t>І тоді не втишилась їх лють,&lt;br /&gt;</w:t>
        <w:br/>
        <w:t>Як знайшли у скрині похоронну.</w:t>
      </w:r>
    </w:p>
    <w:p>
      <w:r>
        <w:br/>
        <w:t>Але мати все пережила.&lt;br /&gt;</w:t>
        <w:br/>
        <w:t>І живе. Як іскра дотліває.&lt;br /&gt;</w:t>
        <w:br/>
        <w:t>Ні на кого в серці не ховає&lt;br /&gt;</w:t>
        <w:br/>
        <w:t>Ні лихого осуду, ні зла.</w:t>
      </w:r>
    </w:p>
    <w:p>
      <w:r>
        <w:br/>
        <w:t>13</w:t>
      </w:r>
    </w:p>
    <w:p>
      <w:r>
        <w:br/>
        <w:t>Після суду, тобто трибуналу,&lt;br /&gt;</w:t>
        <w:br/>
        <w:t>Хоч мене судили — не її,&lt;br /&gt;</w:t>
        <w:br/>
        <w:t>Мати так потрапила в опалу,&lt;br /&gt;</w:t>
        <w:br/>
        <w:t>Що й забула злигодні свої.</w:t>
      </w:r>
    </w:p>
    <w:p>
      <w:r>
        <w:br/>
        <w:t>Де не йшла — ввижалися фіскали,&lt;br /&gt;</w:t>
        <w:br/>
        <w:t>Мучилась, хай милує господь,—&lt;br /&gt;</w:t>
        <w:br/>
        <w:t>Так їй мною очі витикали,&lt;br /&gt;</w:t>
        <w:br/>
        <w:t>Хоч бери і з хати не виходь.</w:t>
      </w:r>
    </w:p>
    <w:p>
      <w:r>
        <w:br/>
        <w:t>Заглядали в душу і в минуле,&lt;br /&gt;</w:t>
        <w:br/>
        <w:t>Всю, мовляв, провірили до дна,—&lt;br /&gt;</w:t>
        <w:br/>
        <w:t>Як тоді водилось — не забули&lt;br /&gt;</w:t>
        <w:br/>
        <w:t>І про конфіскацію майна.</w:t>
      </w:r>
    </w:p>
    <w:p>
      <w:r>
        <w:br/>
        <w:t>Серед дня наїхали чужими&lt;br /&gt;</w:t>
        <w:br/>
        <w:t>Фірами, немовби на розбій,&lt;br /&gt;</w:t>
        <w:br/>
        <w:t>Вдерлися до хати й невмолимо&lt;br /&gt;</w:t>
        <w:br/>
        <w:t>Брали все, що бачили у ній.</w:t>
      </w:r>
    </w:p>
    <w:p>
      <w:r>
        <w:br/>
        <w:t>Потоптавши людяність і право,&lt;br /&gt;</w:t>
        <w:br/>
        <w:t>Брали і півмітки, й полотно,&lt;br /&gt;</w:t>
        <w:br/>
        <w:t>І стола, і мисника, і лаву,&lt;br /&gt;</w:t>
        <w:br/>
        <w:t>И саморобні крісла — заодно.</w:t>
      </w:r>
    </w:p>
    <w:p>
      <w:r>
        <w:br/>
        <w:t>Відра, ночви, кадібця на воду,&lt;br /&gt;</w:t>
        <w:br/>
        <w:t>Посуд, одяг, рядна, подушки,—&lt;br /&gt;</w:t>
        <w:br/>
        <w:t>Все хапали "іменем народу",&lt;br /&gt;</w:t>
        <w:br/>
        <w:t>Навіть те, що й, може, не з руки.</w:t>
      </w:r>
    </w:p>
    <w:p>
      <w:r>
        <w:br/>
        <w:t>Лаву перерізали — незручно&lt;br /&gt;</w:t>
        <w:br/>
        <w:t>Довгу річ було їм волокти,&lt;br /&gt;</w:t>
        <w:br/>
        <w:t>Хоч ту лаву батько власноручно&lt;br /&gt;</w:t>
        <w:br/>
        <w:t>Сам зробив — і бильця, і шпунти.</w:t>
      </w:r>
    </w:p>
    <w:p>
      <w:r>
        <w:br/>
        <w:t>І коли грабіжники-пігмеї&lt;br /&gt;</w:t>
        <w:br/>
        <w:t>Коїли те варварство страшне —&lt;br /&gt;</w:t>
        <w:br/>
        <w:t>Мати впала з розпачу на неї&lt;br /&gt;</w:t>
        <w:br/>
        <w:t>И закричала: "Ріжте і мене!"</w:t>
      </w:r>
    </w:p>
    <w:p>
      <w:r>
        <w:br/>
        <w:t>Ледве маму витурили з хати,&lt;br /&gt;</w:t>
        <w:br/>
        <w:t>Кажуть, не було на ній лиця,&lt;br /&gt;</w:t>
        <w:br/>
        <w:t>А надворі люті супостати&lt;br /&gt;</w:t>
        <w:br/>
        <w:t>Вже кінчали клуню і хлівця.</w:t>
      </w:r>
    </w:p>
    <w:p>
      <w:r>
        <w:br/>
        <w:t>Забирали збіжжя і солому,&lt;br /&gt;</w:t>
        <w:br/>
        <w:t>Крокви, лати, китиці старі,—&lt;br /&gt;</w:t>
        <w:br/>
        <w:t>Не було страшнішого содому,&lt;br /&gt;</w:t>
        <w:br/>
        <w:t>Як тоді у нашому дворі.</w:t>
      </w:r>
    </w:p>
    <w:p>
      <w:r>
        <w:br/>
        <w:t>Не лишили й трухляді на дрова,&lt;br /&gt;</w:t>
        <w:br/>
        <w:t>Все забрали й знищили дотла,&lt;br /&gt;</w:t>
        <w:br/>
        <w:t>Тільки пси десь гавкали й корова,&lt;br /&gt;</w:t>
        <w:br/>
        <w:t>Тягнучись за валкою, ревла.</w:t>
      </w:r>
    </w:p>
    <w:p>
      <w:r>
        <w:br/>
        <w:t>Стала мати — пустка і руїна.&lt;br /&gt;</w:t>
        <w:br/>
        <w:t>Ось тобі і право, і життя.&lt;br /&gt;</w:t>
        <w:br/>
        <w:t>Залишилась їй лиш голостінна&lt;br /&gt;</w:t>
        <w:br/>
        <w:t>Хата — безпритульне сиротя.</w:t>
      </w:r>
    </w:p>
    <w:p>
      <w:r>
        <w:br/>
        <w:t>Не судилось щастя в ній зазнати,&lt;br /&gt;</w:t>
        <w:br/>
        <w:t>Марно нею тішилися ми,—&lt;br /&gt;</w:t>
        <w:br/>
        <w:t>Скоро я довідався, що мати&lt;br /&gt;</w:t>
        <w:br/>
        <w:t>Вибралась світ за очі з дітьми...</w:t>
      </w:r>
    </w:p>
    <w:p>
      <w:r>
        <w:br/>
        <w:t>Так — немовби коміть головою&lt;br /&gt;</w:t>
        <w:br/>
        <w:t>Кинулась в життєву круговерть,—&lt;br /&gt;</w:t>
        <w:br/>
        <w:t>Добре, що сама, що без конвою —&lt;br /&gt;</w:t>
        <w:br/>
        <w:t>Не в сибірські дебрі чи на смерть.</w:t>
      </w:r>
    </w:p>
    <w:p>
      <w:r>
        <w:br/>
        <w:t>Скільки їх, святих і безборонних&lt;br /&gt;</w:t>
        <w:br/>
        <w:t>Благородиць — наших матерів,&lt;br /&gt;</w:t>
        <w:br/>
        <w:t>Як нещасних в'язниць, у вагонах&lt;br /&gt;</w:t>
        <w:br/>
        <w:t>Вивезли на муки — без судів!</w:t>
      </w:r>
    </w:p>
    <w:p>
      <w:r>
        <w:br/>
        <w:t>Тисячі, мільйони — не злічити,&lt;br /&gt;</w:t>
        <w:br/>
        <w:t>Не знайти й могил їх в чужині,—&lt;br /&gt;</w:t>
        <w:br/>
        <w:t>Їхні сльози й горе пережите&lt;br /&gt;</w:t>
        <w:br/>
        <w:t>Вічно будуть ятритись в мені.</w:t>
      </w:r>
    </w:p>
    <w:p>
      <w:r>
        <w:br/>
        <w:t>Я не раз в неволі мов спросоння&lt;br /&gt;</w:t>
        <w:br/>
        <w:t>Чув у серці голос молитов&lt;br /&gt;</w:t>
        <w:br/>
        <w:t>І благав, щоб вирок беззаконня&lt;br /&gt;</w:t>
        <w:br/>
        <w:t>Стороною матір обійшов.</w:t>
      </w:r>
    </w:p>
    <w:p>
      <w:r>
        <w:br/>
        <w:t>Беззаконня. Злочини... Де ж винні?!&lt;br /&gt;</w:t>
        <w:br/>
        <w:t>Наче все робилося само.&lt;br /&gt;</w:t>
        <w:br/>
        <w:t>Все-таки ми вижили, і нині&lt;br /&gt;</w:t>
        <w:br/>
        <w:t>З матір'ю всі разом сидимо.</w:t>
      </w:r>
    </w:p>
    <w:p>
      <w:r>
        <w:br/>
        <w:t>Сидимо й говоримо. Щасливі.&lt;br /&gt;</w:t>
        <w:br/>
        <w:t>Цілим родом — сестри і брати.&lt;br /&gt;</w:t>
        <w:br/>
        <w:t>Хоч на старість трапилась можливість&lt;br /&gt;</w:t>
        <w:br/>
        <w:t>Так родинне душу одвести.</w:t>
      </w:r>
    </w:p>
    <w:p>
      <w:r>
        <w:br/>
        <w:t>14</w:t>
      </w:r>
    </w:p>
    <w:p>
      <w:r>
        <w:br/>
        <w:t>Колима — усім вона відома.&lt;br /&gt;</w:t>
        <w:br/>
        <w:t>Вже про неї складено й пісні.&lt;br /&gt;</w:t>
        <w:br/>
        <w:t>Не одному з холоду на ній&lt;br /&gt;</w:t>
        <w:br/>
        <w:t>Тіло й душу зводила судома.</w:t>
      </w:r>
    </w:p>
    <w:p>
      <w:r>
        <w:br/>
        <w:t>І сніги, і бескиди німі,&lt;br /&gt;</w:t>
        <w:br/>
        <w:t>Вічний голод, каторга, сухоти,—&lt;br /&gt;</w:t>
        <w:br/>
        <w:t>Трудно й нині страх перебороти&lt;br /&gt;</w:t>
        <w:br/>
        <w:t>Тим, хто був тоді на Колимі.</w:t>
      </w:r>
    </w:p>
    <w:p>
      <w:r>
        <w:br/>
        <w:t>В лагерній сваволі я всі кола&lt;br /&gt;</w:t>
        <w:br/>
        <w:t>Дантового пекла перейшов,—&lt;br /&gt;</w:t>
        <w:br/>
        <w:t>Може, лиш до матері любов&lt;br /&gt;</w:t>
        <w:br/>
        <w:t>Смерть мою у ній переборола.</w:t>
      </w:r>
    </w:p>
    <w:p>
      <w:r>
        <w:br/>
        <w:t>Я не раз, готовий на дроти&lt;br /&gt;</w:t>
        <w:br/>
        <w:t>Кинутись, шептав як заклинання,&lt;br /&gt;</w:t>
        <w:br/>
        <w:t>Щоб хоч трішки мамині страждання,&lt;br /&gt;</w:t>
        <w:br/>
        <w:t>Мов сакви в дорозі, піднести.</w:t>
      </w:r>
    </w:p>
    <w:p>
      <w:r>
        <w:br/>
        <w:t>Подумки, завдавши їх на плечі,&lt;br /&gt;</w:t>
        <w:br/>
        <w:t>Йшов і падав, наче під хрестом,—&lt;br /&gt;</w:t>
        <w:br/>
        <w:t>Я своїм жаданням, як джгутом,&lt;br /&gt;</w:t>
        <w:br/>
        <w:t>Зупиняв сухотні кровотечі.</w:t>
      </w:r>
    </w:p>
    <w:p>
      <w:r>
        <w:br/>
        <w:t>І нарешті — воля! Вісім літ,&lt;br /&gt;</w:t>
        <w:br/>
        <w:t>Як в чернетці, викреслено з долі,&lt;br /&gt;</w:t>
        <w:br/>
        <w:t>Але я відвик вже був од волі,&lt;br /&gt;</w:t>
        <w:br/>
        <w:t>Не хотів дивитися й на світ.</w:t>
      </w:r>
    </w:p>
    <w:p>
      <w:r>
        <w:br/>
        <w:t>Я, немов навпотемки із нетрів,&lt;br /&gt;</w:t>
        <w:br/>
        <w:t>З того світу вибрався тоді,—&lt;br /&gt;</w:t>
        <w:br/>
        <w:t>Пронеслись, як шторми по воді,&lt;br /&gt;</w:t>
        <w:br/>
        <w:t>Тисячі сибірських кілометрів.</w:t>
      </w:r>
    </w:p>
    <w:p>
      <w:r>
        <w:br/>
        <w:t>Ось і дивні обшири степів.&lt;br /&gt;</w:t>
        <w:br/>
        <w:t>Кілька хат, подібних, як близнята.&lt;br /&gt;</w:t>
        <w:br/>
        <w:t>Допитавсь, де материна хата,&lt;br /&gt;</w:t>
        <w:br/>
        <w:t>Й на поріг схвильовано ступив.</w:t>
      </w:r>
    </w:p>
    <w:p>
      <w:r>
        <w:br/>
        <w:t>Щось у горлі дух перехопило —&lt;br /&gt;</w:t>
        <w:br/>
        <w:t>Не впізнав ні брата, ні сестри:&lt;br /&gt;</w:t>
        <w:br/>
        <w:t>Вісім літ минуло — й з дітвори&lt;br /&gt;</w:t>
        <w:br/>
        <w:t>Вигнались обоє, як стропила.</w:t>
      </w:r>
    </w:p>
    <w:p>
      <w:r>
        <w:br/>
        <w:t>Бідна мати, кинувши телят,&lt;br /&gt;</w:t>
        <w:br/>
        <w:t>Підтюпцем примчалася із ферми,&lt;br /&gt;</w:t>
        <w:br/>
        <w:t>Впевнена у тому, що тепер ми&lt;br /&gt;</w:t>
        <w:br/>
        <w:t>Будемо щасливіші стократ...</w:t>
      </w:r>
    </w:p>
    <w:p>
      <w:r>
        <w:br/>
        <w:t>Тішилась, не знаючи, звичайно,&lt;br /&gt;</w:t>
        <w:br/>
        <w:t>Що нам доля завтра принесе,&lt;br /&gt;</w:t>
        <w:br/>
        <w:t>Бо якби дізналася про все,&lt;br /&gt;</w:t>
        <w:br/>
        <w:t>То, напевно б, згинула з відчаю.</w:t>
      </w:r>
    </w:p>
    <w:p>
      <w:r>
        <w:br/>
        <w:t>Як було дізнатись їй, самій&lt;br /&gt;</w:t>
        <w:br/>
        <w:t>Безнастанно цькованій і кволій,&lt;br /&gt;</w:t>
        <w:br/>
        <w:t>Що мені, безправному, на волі&lt;br /&gt;</w:t>
        <w:br/>
        <w:t>Буде тяжче, ніж на Колимі?</w:t>
      </w:r>
    </w:p>
    <w:p>
      <w:r>
        <w:br/>
        <w:t>Кілька днів ми щастя святкували —&lt;br /&gt;</w:t>
        <w:br/>
        <w:t>Воскресіння нашого життя,&lt;br /&gt;</w:t>
        <w:br/>
        <w:t>Думали, що вже без вороття&lt;br /&gt;</w:t>
        <w:br/>
        <w:t>Наші біди в світ помандрували.</w:t>
      </w:r>
    </w:p>
    <w:p>
      <w:r>
        <w:br/>
        <w:t>Рятували душі як могли.&lt;br /&gt;</w:t>
        <w:br/>
        <w:t>Воля нам здавалася святою.&lt;br /&gt;</w:t>
        <w:br/>
        <w:t>Та літа бездушного застою&lt;br /&gt;</w:t>
        <w:br/>
        <w:t>Навіть в душах волю розп'яли.</w:t>
      </w:r>
    </w:p>
    <w:p>
      <w:r>
        <w:br/>
        <w:t>...Вже давно забулася та зустріч.&lt;br /&gt;</w:t>
        <w:br/>
        <w:t>Гояться і враження, і біль.&lt;br /&gt;</w:t>
        <w:br/>
        <w:t>Вся епоха в маминій судьбі&lt;br /&gt;</w:t>
        <w:br/>
        <w:t>На очах відбилася, як в люстрі.</w:t>
      </w:r>
    </w:p>
    <w:p>
      <w:r>
        <w:br/>
        <w:t>Мати в ній не йшла на компроміс&lt;br /&gt;</w:t>
        <w:br/>
        <w:t>Із своєю совістю, одначе&lt;br /&gt;</w:t>
        <w:br/>
        <w:t>Корінь роду, вирваний в Дзвинячі,&lt;br /&gt;</w:t>
        <w:br/>
        <w:t>В іншу землю — так і не проріс.</w:t>
      </w:r>
    </w:p>
    <w:p>
      <w:r>
        <w:br/>
        <w:t>15</w:t>
      </w:r>
    </w:p>
    <w:p>
      <w:r>
        <w:br/>
        <w:t>Звечоріло — всі наговорились,&lt;br /&gt;</w:t>
        <w:br/>
        <w:t>Позбирали посуд зі стола,&lt;br /&gt;</w:t>
        <w:br/>
        <w:t>І, почувши втому та безсилість,&lt;br /&gt;</w:t>
        <w:br/>
        <w:t>Мати, помолившись, прилягла.</w:t>
      </w:r>
    </w:p>
    <w:p>
      <w:r>
        <w:br/>
        <w:t>Я присів скраєчку біля неї —&lt;br /&gt;</w:t>
        <w:br/>
        <w:t>Гострий біль протяв мене, мов ніж:&lt;br /&gt;</w:t>
        <w:br/>
        <w:t>Страшно ждати немочі своєї,&lt;br /&gt;</w:t>
        <w:br/>
        <w:t>А коли приходить — ще страшніш.</w:t>
      </w:r>
    </w:p>
    <w:p>
      <w:r>
        <w:br/>
        <w:t>Боже! Скільки мати через мене&lt;br /&gt;</w:t>
        <w:br/>
        <w:t>І тривог, і мук перенесла! —&lt;br /&gt;</w:t>
        <w:br/>
        <w:t>Вже душа у неї — як священна&lt;br /&gt;</w:t>
        <w:br/>
        <w:t>Плащаниця, спалена дотла.</w:t>
      </w:r>
    </w:p>
    <w:p>
      <w:r>
        <w:br/>
        <w:t>Все життя не відала спокою,&lt;br /&gt;</w:t>
        <w:br/>
        <w:t>Забувалась лиш в отченаші,&lt;br /&gt;</w:t>
        <w:br/>
        <w:t>Мабуть, вже й клітиночки живої&lt;br /&gt;</w:t>
        <w:br/>
        <w:t>Не лишилось в маминій душі.</w:t>
      </w:r>
    </w:p>
    <w:p>
      <w:r>
        <w:br/>
        <w:t>Все у ній таїла: і нестримні&lt;br /&gt;</w:t>
        <w:br/>
        <w:t>Сльози, й нарікання на біду,—&lt;br /&gt;</w:t>
        <w:br/>
        <w:t>Так і чую: "Господи, прости м'ні,&lt;br /&gt;</w:t>
        <w:br/>
        <w:t>Як на себе руки накладу!"</w:t>
      </w:r>
    </w:p>
    <w:p>
      <w:r>
        <w:br/>
        <w:t>Не гадала старості діждати,&lt;br /&gt;</w:t>
        <w:br/>
        <w:t>Не жила, а вже й вісімдесят,&lt;br /&gt;</w:t>
        <w:br/>
        <w:t>Хоч, напевно, з нинішнього свята&lt;br /&gt;</w:t>
        <w:br/>
        <w:t>Страшно їй оглянутись назад.</w:t>
      </w:r>
    </w:p>
    <w:p>
      <w:r>
        <w:br/>
        <w:t>Подивлюсь на зморщене обличчя,&lt;br /&gt;</w:t>
        <w:br/>
        <w:t>Мов на вир крутої течії:&lt;br /&gt;</w:t>
        <w:br/>
        <w:t>Кожна зморшка — наче таємнича&lt;br /&gt;</w:t>
        <w:br/>
        <w:t>Лінія життєпису її.</w:t>
      </w:r>
    </w:p>
    <w:p>
      <w:r>
        <w:br/>
        <w:t>Кожна зморшка — зболена й тривожна,&lt;br /&gt;</w:t>
        <w:br/>
        <w:t>Я вже їх читаю навманці,&lt;br /&gt;</w:t>
        <w:br/>
        <w:t>Хоч мені й не снилося, що можна&lt;br /&gt;</w:t>
        <w:br/>
        <w:t>Прочитати долю на лиці.</w:t>
      </w:r>
    </w:p>
    <w:p>
      <w:r>
        <w:br/>
        <w:t>Навіть руки — свідки її долі:&lt;br /&gt;</w:t>
        <w:br/>
        <w:t>Вузлуваті, репані, худі,—&lt;br /&gt;</w:t>
        <w:br/>
        <w:t>Так лежать у неї на подолі,&lt;br /&gt;</w:t>
        <w:br/>
        <w:t>Як рабині, злігши по труді.</w:t>
      </w:r>
    </w:p>
    <w:p>
      <w:r>
        <w:br/>
        <w:t>Через їхню зриму слабосилість&lt;br /&gt;</w:t>
        <w:br/>
        <w:t>Біль мене й на мить не полиша:&lt;br /&gt;</w:t>
        <w:br/>
        <w:t>Може, тими зморшками покрилась&lt;br /&gt;</w:t>
        <w:br/>
        <w:t>І її опечалена душа?</w:t>
      </w:r>
    </w:p>
    <w:p>
      <w:r>
        <w:br/>
        <w:t>Вже нічого маму не цікавить,&lt;br /&gt;</w:t>
        <w:br/>
        <w:t>Долі ж і конем не обжене,—&lt;br /&gt;</w:t>
        <w:br/>
        <w:t>Все за мною виплакала — навіть&lt;br /&gt;</w:t>
        <w:br/>
        <w:t>Одспівала в грамоті мене.</w:t>
      </w:r>
    </w:p>
    <w:p>
      <w:r>
        <w:br/>
        <w:t>Находилась мати й до ворожки,&lt;br /&gt;</w:t>
        <w:br/>
        <w:t>І на панахиди — за живих,—&lt;br /&gt;</w:t>
        <w:br/>
        <w:t>Тільки душу мучила — нітрошки&lt;br /&gt;</w:t>
        <w:br/>
        <w:t>Не було полегкості од них.</w:t>
      </w:r>
    </w:p>
    <w:p>
      <w:r>
        <w:br/>
        <w:t>Сили в мами — й крапельки немає,&lt;br /&gt;</w:t>
        <w:br/>
        <w:t>Випило і горе, і життя,—&lt;br /&gt;</w:t>
        <w:br/>
        <w:t>Згорнута калачиком, дрімає,&lt;br /&gt;</w:t>
        <w:br/>
        <w:t>Вже така маленька, як дитя.</w:t>
      </w:r>
    </w:p>
    <w:p>
      <w:r>
        <w:br/>
        <w:t>Загострились вилиці і плечі,&lt;br /&gt;</w:t>
        <w:br/>
        <w:t>Так змарніла — шкіра й кісточки,—&lt;br /&gt;</w:t>
        <w:br/>
        <w:t>На старій постелі коло печі&lt;br /&gt;</w:t>
        <w:br/>
        <w:t>Доживає віку у дочки.</w:t>
      </w:r>
    </w:p>
    <w:p>
      <w:r>
        <w:br/>
        <w:t>Доживає віку в самотині&lt;br /&gt;</w:t>
        <w:br/>
        <w:t>І тихцем печалиться за всіх...&lt;br /&gt;</w:t>
        <w:br/>
        <w:t>Може, перед нею ми й не винні,&lt;br /&gt;</w:t>
        <w:br/>
        <w:t>А проте спокутуємо гріх.</w:t>
      </w:r>
    </w:p>
    <w:p>
      <w:r>
        <w:br/>
        <w:t>Ми самі любов'ю не зігріті&lt;br /&gt;</w:t>
        <w:br/>
        <w:t>І не завжди гріємо її,—&lt;br /&gt;</w:t>
        <w:br/>
        <w:t>Вирвали свій корінь — і по світі&lt;br /&gt;</w:t>
        <w:br/>
        <w:t>Котимось, неначе кураї.</w:t>
      </w:r>
    </w:p>
    <w:p>
      <w:r>
        <w:br/>
        <w:t>Ми вже стали схожі на сарматів,&lt;br /&gt;</w:t>
        <w:br/>
        <w:t>Забуваєм рідне і святе,—&lt;br /&gt;</w:t>
        <w:br/>
        <w:t>Може, хоч із пам'яті про матір&lt;br /&gt;</w:t>
        <w:br/>
        <w:t>Корінь наш — у землю проросте?..</w:t>
      </w:r>
    </w:p>
    <w:p>
      <w:r>
        <w:br/>
        <w:t>...Переспали — й час уже збиратись.&lt;br /&gt;</w:t>
        <w:br/>
        <w:t>Чашу свята випили до дна.&lt;br /&gt;</w:t>
        <w:br/>
        <w:t>Я прощаюсь з матір'ю, і радість&lt;br /&gt;</w:t>
        <w:br/>
        <w:t>Зустрічі зникає, як мана.</w:t>
      </w:r>
    </w:p>
    <w:p>
      <w:r>
        <w:br/>
        <w:t>Мовчки обціловую ті руки,&lt;br /&gt;</w:t>
        <w:br/>
        <w:t>Що мене носили в сповитку,&lt;br /&gt;</w:t>
        <w:br/>
        <w:t>И так боюся нашої розлуки,&lt;br /&gt;</w:t>
        <w:br/>
        <w:t>Як тяжкої втрати на віку.</w:t>
      </w:r>
    </w:p>
    <w:p>
      <w:r>
        <w:br/>
        <w:t>А матуся сперлася на костур&lt;br /&gt;</w:t>
        <w:br/>
        <w:t>І, щоб якось біль перемогти,&lt;br /&gt;</w:t>
        <w:br/>
        <w:t>Зігнута, малесенького зросту,&lt;br /&gt;</w:t>
        <w:br/>
        <w:t>Просить, щоб писати їй листи.</w:t>
      </w:r>
    </w:p>
    <w:p>
      <w:r>
        <w:br/>
        <w:t>За всіма вона переболіла,&lt;br /&gt;</w:t>
        <w:br/>
        <w:t>Діти — тільки горе матерям,—&lt;br /&gt;</w:t>
        <w:br/>
        <w:t>Через них звелась і постаріла,&lt;br /&gt;</w:t>
        <w:br/>
        <w:t>Кинута й обійдена життям.</w:t>
      </w:r>
    </w:p>
    <w:p>
      <w:r>
        <w:br/>
        <w:t>Цілий вік не відала спокою,&lt;br /&gt;</w:t>
        <w:br/>
        <w:t>Забувалась лиш в отченаші,&lt;br /&gt;</w:t>
        <w:br/>
        <w:t>Що немов незримою рукою&lt;br /&gt;</w:t>
        <w:br/>
        <w:t>Гоїв біль стражденної душі.</w:t>
      </w:r>
    </w:p>
    <w:p>
      <w:r>
        <w:br/>
        <w:t>Пізнання семизвучного імення</w:t>
      </w:r>
    </w:p>
    <w:p>
      <w:r>
        <w:br/>
        <w:t>МАГІСТРАЛ</w:t>
      </w:r>
    </w:p>
    <w:p>
      <w:r>
        <w:br/>
        <w:t>На щоглах часу піднято вітрила,&lt;br /&gt;</w:t>
        <w:br/>
        <w:t>В моїх очах нуртує далина,&lt;br /&gt;</w:t>
        <w:br/>
        <w:t>Стремління за стремлінням вирина —&lt;br /&gt;</w:t>
        <w:br/>
        <w:t>Жага плавби чуття мої збудила.</w:t>
      </w:r>
    </w:p>
    <w:p>
      <w:r>
        <w:br/>
        <w:t>Пливіть до сонця, човники стремлінь,&lt;br /&gt;</w:t>
        <w:br/>
        <w:t>Допоки день у погляді не гасне,—&lt;br /&gt;</w:t>
        <w:br/>
        <w:t>Недовірки, маскуючись під гасла,&lt;br /&gt;</w:t>
        <w:br/>
        <w:t>Не впеленають сонця в чорну тінь.</w:t>
      </w:r>
    </w:p>
    <w:p>
      <w:r>
        <w:br/>
        <w:t>Не розклюють шуліки голубизни,—&lt;br /&gt;</w:t>
        <w:br/>
        <w:t>Мені над світом райдугою висне&lt;br /&gt;</w:t>
        <w:br/>
        <w:t>Пругка надія сонячного дня.</w:t>
      </w:r>
    </w:p>
    <w:p>
      <w:r>
        <w:br/>
        <w:t>Хіба мені лякатись грозобою,&lt;br /&gt;</w:t>
        <w:br/>
        <w:t>Коли душа звітрилена плавбою?&lt;br /&gt;</w:t>
        <w:br/>
        <w:t>Пливу — і дума думу здоганя.</w:t>
      </w:r>
    </w:p>
    <w:p>
      <w:r>
        <w:br/>
        <w:t>І</w:t>
      </w:r>
    </w:p>
    <w:p>
      <w:r>
        <w:br/>
        <w:t>На щоглах часу піднято вітрила,&lt;br /&gt;</w:t>
        <w:br/>
        <w:t>І я пливу, припавши до стерна,—&lt;br /&gt;</w:t>
        <w:br/>
        <w:t>Вже зграя мрій над хвилями зрина,&lt;br /&gt;</w:t>
        <w:br/>
        <w:t>Зникає в морі туга сизокрила.</w:t>
      </w:r>
    </w:p>
    <w:p>
      <w:r>
        <w:br/>
        <w:t>Тривожно берег дивиться услід,&lt;br /&gt;</w:t>
        <w:br/>
        <w:t>Вітри стають на диби, наче коні,&lt;br /&gt;</w:t>
        <w:br/>
        <w:t>І на далекім обрії мій світ&lt;br /&gt;</w:t>
        <w:br/>
        <w:t>Схвильовано простягує долоні.</w:t>
      </w:r>
    </w:p>
    <w:p>
      <w:r>
        <w:br/>
        <w:t>Я допливу до тебе, світе мій!&lt;br /&gt;</w:t>
        <w:br/>
        <w:t>Чекай мене під музику стихій,&lt;br /&gt;</w:t>
        <w:br/>
        <w:t>Під музику — величну і печальну.</w:t>
      </w:r>
    </w:p>
    <w:p>
      <w:r>
        <w:br/>
        <w:t>І суть не в тім (я думаю про суть!),&lt;br /&gt;</w:t>
        <w:br/>
        <w:t>Чи допливу, чи хвилі проковтнуть,&lt;br /&gt;</w:t>
        <w:br/>
        <w:t>Аби не прагнув тихого причалу.</w:t>
      </w:r>
    </w:p>
    <w:p>
      <w:r>
        <w:br/>
        <w:t>2</w:t>
      </w:r>
    </w:p>
    <w:p>
      <w:r>
        <w:br/>
        <w:t>В моїх очах нуртує далина.&lt;br /&gt;</w:t>
        <w:br/>
        <w:t>Чайки вагань, не скигліть на негоду.&lt;br /&gt;</w:t>
        <w:br/>
        <w:t>Я зневажаю далеч мілководу,&lt;br /&gt;</w:t>
        <w:br/>
        <w:t>На мілині — півп'яді до багна.</w:t>
      </w:r>
    </w:p>
    <w:p>
      <w:r>
        <w:br/>
        <w:t>На мілині зав'язнеш неодмінно,&lt;br /&gt;</w:t>
        <w:br/>
        <w:t>На мілині — поріддя плазунів,&lt;br /&gt;</w:t>
        <w:br/>
        <w:t>На мілині, мій світе-Україно,&lt;br /&gt;</w:t>
        <w:br/>
        <w:t>Без тебе я зачахнув би, зіскнів!</w:t>
      </w:r>
    </w:p>
    <w:p>
      <w:r>
        <w:br/>
        <w:t>І що мені розгойдані глибини,&lt;br /&gt;</w:t>
        <w:br/>
        <w:t>Коли до тебе, світоньку, неспинно&lt;br /&gt;</w:t>
        <w:br/>
        <w:t>Моя душа на весла наляга!</w:t>
      </w:r>
    </w:p>
    <w:p>
      <w:r>
        <w:br/>
        <w:t>Я зневажаю ницих мілколазів,&lt;br /&gt;</w:t>
        <w:br/>
        <w:t>Я зневажаю виплеканих блазнів —&lt;br /&gt;</w:t>
        <w:br/>
        <w:t>Їх спопелить свята моя жага!</w:t>
      </w:r>
    </w:p>
    <w:p>
      <w:r>
        <w:br/>
        <w:t>3</w:t>
      </w:r>
    </w:p>
    <w:p>
      <w:r>
        <w:br/>
        <w:t>Стремління за стремлінням вирина,&lt;br /&gt;</w:t>
        <w:br/>
        <w:t>Аж хвилі розлітаються на бризки,—&lt;br /&gt;</w:t>
        <w:br/>
        <w:t>Я відкриваю світ собі з колиски,&lt;br /&gt;</w:t>
        <w:br/>
        <w:t>Я відкриваю світ собі щодня.</w:t>
      </w:r>
    </w:p>
    <w:p>
      <w:r>
        <w:br/>
        <w:t>І кожен раз оновленим стає він:&lt;br /&gt;</w:t>
        <w:br/>
        <w:t>Чогось-таки не знав, не спостеріг,—&lt;br /&gt;</w:t>
        <w:br/>
        <w:t>Він став для мене стимулом життєвим&lt;br /&gt;</w:t>
        <w:br/>
        <w:t>У пошуках незвіданих доріг.</w:t>
      </w:r>
    </w:p>
    <w:p>
      <w:r>
        <w:br/>
        <w:t>О світе мій — величний, нездоланний!&lt;br /&gt;</w:t>
        <w:br/>
        <w:t>До тебе вічно йтимуть Магеллани&lt;br /&gt;</w:t>
        <w:br/>
        <w:t>И вивчатимуть по-своєму тебе!</w:t>
      </w:r>
    </w:p>
    <w:p>
      <w:r>
        <w:br/>
        <w:t>А ти стоїш на обрії незмінне,&lt;br /&gt;</w:t>
        <w:br/>
        <w:t>Єдинонько — мій світе-Україно,&lt;br /&gt;</w:t>
        <w:br/>
        <w:t>А ти вростаєш в небо голубе!</w:t>
      </w:r>
    </w:p>
    <w:p>
      <w:r>
        <w:br/>
        <w:t>4</w:t>
      </w:r>
    </w:p>
    <w:p>
      <w:r>
        <w:br/>
        <w:t>Жага плавби чуття мої збудила,&lt;br /&gt;</w:t>
        <w:br/>
        <w:t>І вже мені турботи — не до сну,&lt;br /&gt;</w:t>
        <w:br/>
        <w:t>Вже поглядом обходжу далину —&lt;br /&gt;</w:t>
        <w:br/>
        <w:t>Неспокій підхопив мене на крила.</w:t>
      </w:r>
    </w:p>
    <w:p>
      <w:r>
        <w:br/>
        <w:t>Тривожуся, що атомні вогні&lt;br /&gt;</w:t>
        <w:br/>
        <w:t>Вже блискавками крешуть над тобою,—&lt;br /&gt;</w:t>
        <w:br/>
        <w:t>О світе мій, як хочеться мені&lt;br /&gt;</w:t>
        <w:br/>
        <w:t>Перепливти цю темінь громобою!</w:t>
      </w:r>
    </w:p>
    <w:p>
      <w:r>
        <w:br/>
        <w:t>А блискавки — як танці на мечах,&lt;br /&gt;</w:t>
        <w:br/>
        <w:t>А блискавки — тигрицями в очах —&lt;br /&gt;</w:t>
        <w:br/>
        <w:t>Вигулюють на обширах звологлих!</w:t>
      </w:r>
    </w:p>
    <w:p>
      <w:r>
        <w:br/>
        <w:t>Не відаю, куди мені пливти.&lt;br /&gt;</w:t>
        <w:br/>
        <w:t>А хвилі часу б'ються об борти&lt;br /&gt;</w:t>
        <w:br/>
        <w:t>Моїх стремлінь з вітрилами на щоглах.</w:t>
      </w:r>
    </w:p>
    <w:p>
      <w:r>
        <w:br/>
        <w:t>5</w:t>
      </w:r>
    </w:p>
    <w:p>
      <w:r>
        <w:br/>
        <w:t>Пливіть до сонця, човники стремлінь,&lt;br /&gt;</w:t>
        <w:br/>
        <w:t>Пливіть крізь насторожені тривоги,—&lt;br /&gt;</w:t>
        <w:br/>
        <w:t>У морі не питаються дороги,&lt;br /&gt;</w:t>
        <w:br/>
        <w:t>Не нарікають в морі на далінь.</w:t>
      </w:r>
    </w:p>
    <w:p>
      <w:r>
        <w:br/>
        <w:t>Метелики — і то летять на вогник,&lt;br /&gt;</w:t>
        <w:br/>
        <w:t>Летять, хоч крильця, може, спалахнуть.&lt;br /&gt;</w:t>
        <w:br/>
        <w:t>Чи ж варт, злякавшись обширів тривожних,&lt;br /&gt;</w:t>
        <w:br/>
        <w:t>На мілині знікчемнювати путь?</w:t>
      </w:r>
    </w:p>
    <w:p>
      <w:r>
        <w:br/>
        <w:t>Пливіть, пливіть, бо сонце — не жар-птиця,&lt;br /&gt;</w:t>
        <w:br/>
        <w:t>Хто звикне в тьмі — тим сонце й не&lt;br /&gt;</w:t>
        <w:br/>
        <w:t>присниться,&lt;br /&gt;</w:t>
        <w:br/>
        <w:t>І сліпота загляне їм до віч.</w:t>
      </w:r>
    </w:p>
    <w:p>
      <w:r>
        <w:br/>
        <w:t>Байдужість їхня — їх же й покарає.&lt;br /&gt;</w:t>
        <w:br/>
        <w:t>Лиш ті, що люблять далечі безкраї,&lt;br /&gt;</w:t>
        <w:br/>
        <w:t>Пливуть до сонця суднами сторіч!</w:t>
      </w:r>
    </w:p>
    <w:p>
      <w:r>
        <w:br/>
        <w:t>6</w:t>
      </w:r>
    </w:p>
    <w:p>
      <w:r>
        <w:br/>
        <w:t>Допоки день у погляді не гасне,&lt;br /&gt;</w:t>
        <w:br/>
        <w:t>Цінуйте серцем вистраждану мить,&lt;br /&gt;</w:t>
        <w:br/>
        <w:t>Бо час — не птах, що в вирій полетить&lt;br /&gt;</w:t>
        <w:br/>
        <w:t>І навесні прилине своєчасно.</w:t>
      </w:r>
    </w:p>
    <w:p>
      <w:r>
        <w:br/>
        <w:t>Ніколи мить не сяде на плече&lt;br /&gt;</w:t>
        <w:br/>
        <w:t>І, мов голубка, в очі не загляне,—&lt;br /&gt;</w:t>
        <w:br/>
        <w:t>Замиготить — і в далеч утече,&lt;br /&gt;</w:t>
        <w:br/>
        <w:t>Як олень в хащі з тихої поляни.</w:t>
      </w:r>
    </w:p>
    <w:p>
      <w:r>
        <w:br/>
        <w:t>І ссатимуть вас черви каяття&lt;br /&gt;</w:t>
        <w:br/>
        <w:t>За згаяне, розтринькане життя,—&lt;br /&gt;</w:t>
        <w:br/>
        <w:t>Не знайдете прощення у сумлінні!</w:t>
      </w:r>
    </w:p>
    <w:p>
      <w:r>
        <w:br/>
        <w:t>І, дивлячись на знівечену путь,&lt;br /&gt;</w:t>
        <w:br/>
        <w:t>Нащадки вас добром не пом'януть,&lt;br /&gt;</w:t>
        <w:br/>
        <w:t>Якщо в житті ви пройдете — як тіні.</w:t>
      </w:r>
    </w:p>
    <w:p>
      <w:r>
        <w:br/>
        <w:t>7</w:t>
      </w:r>
    </w:p>
    <w:p>
      <w:r>
        <w:br/>
        <w:t>Недовірки, маскуючись під гасла,&lt;br /&gt;</w:t>
        <w:br/>
        <w:t>Пильнують вас, не відаючи снів,&lt;br /&gt;</w:t>
        <w:br/>
        <w:t>Щоб часом хто з вас яблучка не з'їв&lt;br /&gt;</w:t>
        <w:br/>
        <w:t>З пожовклої Адамової казки.</w:t>
      </w:r>
    </w:p>
    <w:p>
      <w:r>
        <w:br/>
        <w:t>Самі без няньки немічні вони,&lt;br /&gt;</w:t>
        <w:br/>
        <w:t>А шиють вам костюмчики на виріст&lt;br /&gt;</w:t>
        <w:br/>
        <w:t>І забобонно вірують в чини,&lt;br /&gt;</w:t>
        <w:br/>
        <w:t>Докіль душа не здійметься у вирій.</w:t>
      </w:r>
    </w:p>
    <w:p>
      <w:r>
        <w:br/>
        <w:t>Смішні, марудні виплеканні нянь,&lt;br /&gt;</w:t>
        <w:br/>
        <w:t>Без власних мрій, без власних сподівань&lt;br /&gt;</w:t>
        <w:br/>
        <w:t>В осінню ніч відчалюють безслідно.</w:t>
      </w:r>
    </w:p>
    <w:p>
      <w:r>
        <w:br/>
        <w:t>Закохані у царство темноти,&lt;br /&gt;</w:t>
        <w:br/>
        <w:t>Відчалюють наосліп, мов кроти,&lt;br /&gt;</w:t>
        <w:br/>
        <w:t>Ні разу не поглянувши на світло.</w:t>
      </w:r>
    </w:p>
    <w:p>
      <w:r>
        <w:br/>
        <w:t>8</w:t>
      </w:r>
    </w:p>
    <w:p>
      <w:r>
        <w:br/>
        <w:t>Не впеленають сонця в чорну тінь&lt;br /&gt;</w:t>
        <w:br/>
        <w:t>Бездушні мудреці і генерали,&lt;br /&gt;</w:t>
        <w:br/>
        <w:t>Так само, як його не впеленали&lt;br /&gt;</w:t>
        <w:br/>
        <w:t>Диктатори й руїнники святинь.</w:t>
      </w:r>
    </w:p>
    <w:p>
      <w:r>
        <w:br/>
        <w:t>Навколо нього вишиють орбіти&lt;br /&gt;</w:t>
        <w:br/>
        <w:t>Ще не одні флотилії століть,—&lt;br /&gt;</w:t>
        <w:br/>
        <w:t>Лиш той за ним із мороку не піде,&lt;br /&gt;</w:t>
        <w:br/>
        <w:t>Кого не вабить сонячний зеніт.</w:t>
      </w:r>
    </w:p>
    <w:p>
      <w:r>
        <w:br/>
        <w:t>Не оскверняйте сонця сліпотою,&lt;br /&gt;</w:t>
        <w:br/>
        <w:t>Воно й у дні імлистого застою&lt;br /&gt;</w:t>
        <w:br/>
        <w:t>Незримим світлом тягнеться до вас.</w:t>
      </w:r>
    </w:p>
    <w:p>
      <w:r>
        <w:br/>
        <w:t>Нема над нього іншої вам правди&lt;br /&gt;</w:t>
        <w:br/>
        <w:t>Усе єство на соненько направте,&lt;br /&gt;</w:t>
        <w:br/>
        <w:t>Допоки день в очах вам не погас!</w:t>
      </w:r>
    </w:p>
    <w:p>
      <w:r>
        <w:br/>
        <w:t>9</w:t>
      </w:r>
    </w:p>
    <w:p>
      <w:r>
        <w:br/>
        <w:t>Не розклюють шуліки голубизни,&lt;br /&gt;</w:t>
        <w:br/>
        <w:t>Не вип'ють зору людського з орбіт,—&lt;br /&gt;</w:t>
        <w:br/>
        <w:t>Повіє вітер злагоди — і світ&lt;br /&gt;</w:t>
        <w:br/>
        <w:t>Вишневим соком, а не кров'ю бризне.</w:t>
      </w:r>
    </w:p>
    <w:p>
      <w:r>
        <w:br/>
        <w:t>І хвилі колисатимуть весну,&lt;br /&gt;</w:t>
        <w:br/>
        <w:t>І роси напуватимуть колосся,&lt;br /&gt;</w:t>
        <w:br/>
        <w:t>І, може, я до світку не засну,&lt;br /&gt;</w:t>
        <w:br/>
        <w:t>Вслухаючись у тихе передгроззя.</w:t>
      </w:r>
    </w:p>
    <w:p>
      <w:r>
        <w:br/>
        <w:t>І, може, з серця виспіваю я,&lt;br /&gt;</w:t>
        <w:br/>
        <w:t>О світе мій — калинонько моя,&lt;br /&gt;</w:t>
        <w:br/>
        <w:t>Невгасний біль, знекровлений за тебе.</w:t>
      </w:r>
    </w:p>
    <w:p>
      <w:r>
        <w:br/>
        <w:t>Той біль, як відсвіт сонця на мечі,&lt;br /&gt;</w:t>
        <w:br/>
        <w:t>Як смолоскип, і в пітьмі, і вночі&lt;br /&gt;</w:t>
        <w:br/>
        <w:t>Горить мені, сягаючи до неба.</w:t>
      </w:r>
    </w:p>
    <w:p>
      <w:r>
        <w:br/>
        <w:t>10</w:t>
      </w:r>
    </w:p>
    <w:p>
      <w:r>
        <w:br/>
        <w:t>Мені над світом райдугою висне&lt;br /&gt;</w:t>
        <w:br/>
        <w:t>Пізнання семизвучного ім'я,—&lt;br /&gt;</w:t>
        <w:br/>
        <w:t>У ньому вічна молодість моя&lt;br /&gt;</w:t>
        <w:br/>
        <w:t>І паморозь останньої сивизни.</w:t>
      </w:r>
    </w:p>
    <w:p>
      <w:r>
        <w:br/>
        <w:t>З тим іменем під музику громів&lt;br /&gt;</w:t>
        <w:br/>
        <w:t>Я слухаю весняне проростання,&lt;br /&gt;</w:t>
        <w:br/>
        <w:t>В тім імені — любов моя і гнів,&lt;br /&gt;</w:t>
        <w:br/>
        <w:t>Мої печалі й радощі світання!</w:t>
      </w:r>
    </w:p>
    <w:p>
      <w:r>
        <w:br/>
        <w:t>І хто мене тим іменем кляне,&lt;br /&gt;</w:t>
        <w:br/>
        <w:t>Хто гірко ним зневажує мене,&lt;br /&gt;</w:t>
        <w:br/>
        <w:t>Той сам не гідний власного імення!</w:t>
      </w:r>
    </w:p>
    <w:p>
      <w:r>
        <w:br/>
        <w:t>В тім імені і честь моя горить,—&lt;br /&gt;</w:t>
        <w:br/>
        <w:t>Якщо б його згубив я хоч на мить&lt;br /&gt;</w:t>
        <w:br/>
        <w:t>Нічого б не залишилось у мене!</w:t>
      </w:r>
    </w:p>
    <w:p>
      <w:r>
        <w:br/>
        <w:t>11</w:t>
      </w:r>
    </w:p>
    <w:p>
      <w:r>
        <w:br/>
        <w:t>Пругка надія сонячного дня&lt;br /&gt;</w:t>
        <w:br/>
        <w:t>Прокльовується паростком з-під снігу,—&lt;br /&gt;</w:t>
        <w:br/>
        <w:t>І я вже розпукаюся, веснію,&lt;br /&gt;</w:t>
        <w:br/>
        <w:t>Скресає крига з серця, як броня.</w:t>
      </w:r>
    </w:p>
    <w:p>
      <w:r>
        <w:br/>
        <w:t>І ви, зловіщі ворони, не крячте!&lt;br /&gt;</w:t>
        <w:br/>
        <w:t>І ви, папуги немічні, замріть! —&lt;br /&gt;</w:t>
        <w:br/>
        <w:t>Встає мій світ, належавшись добряче,&lt;br /&gt;</w:t>
        <w:br/>
        <w:t>Встає мій світ з-під холоду століть!</w:t>
      </w:r>
    </w:p>
    <w:p>
      <w:r>
        <w:br/>
        <w:t>І вітер має крилами відлиги,&lt;br /&gt;</w:t>
        <w:br/>
        <w:t>І юні Нестори мережать книги&lt;br /&gt;</w:t>
        <w:br/>
        <w:t>На чистому пергаменті небес.</w:t>
      </w:r>
    </w:p>
    <w:p>
      <w:r>
        <w:br/>
        <w:t>Ген-ген весна веселиками лине.&lt;br /&gt;</w:t>
        <w:br/>
        <w:t>Вітай її усмішкою, калино,&lt;br /&gt;</w:t>
        <w:br/>
        <w:t>Бо з губ твоїх вже приморозок щез!</w:t>
      </w:r>
    </w:p>
    <w:p>
      <w:r>
        <w:br/>
        <w:t>12</w:t>
      </w:r>
    </w:p>
    <w:p>
      <w:r>
        <w:br/>
        <w:t>Хіба мені лякатись грозобою,&lt;br /&gt;</w:t>
        <w:br/>
        <w:t>Коли душа нуртує — аж кипить,&lt;br /&gt;</w:t>
        <w:br/>
        <w:t>Коли стає ареною блакить&lt;br /&gt;</w:t>
        <w:br/>
        <w:t>У поєдинку блискавки з імлою?</w:t>
      </w:r>
    </w:p>
    <w:p>
      <w:r>
        <w:br/>
        <w:t>Міцні дерева гнуться, як шаблі,&lt;br /&gt;</w:t>
        <w:br/>
        <w:t>І знову підіймаються до битви,&lt;br /&gt;</w:t>
        <w:br/>
        <w:t>Лише кущі, припавши до землі,&lt;br /&gt;</w:t>
        <w:br/>
        <w:t>Шепочуть перелякано молитви.</w:t>
      </w:r>
    </w:p>
    <w:p>
      <w:r>
        <w:br/>
        <w:t>О, як вони тремтять тоді — аж мруть!&lt;br /&gt;</w:t>
        <w:br/>
        <w:t>А в післягроззя чваняться, мабуть,&lt;br /&gt;</w:t>
        <w:br/>
        <w:t>Що не страшні грімниці дрібнорослим.</w:t>
      </w:r>
    </w:p>
    <w:p>
      <w:r>
        <w:br/>
        <w:t>Але навіщо гнутись дрібноті?&lt;br /&gt;</w:t>
        <w:br/>
        <w:t>Громи ж бо в того цілять, хто в житті,&lt;br /&gt;</w:t>
        <w:br/>
        <w:t>И згинаючись, не кланяється грозам.</w:t>
      </w:r>
    </w:p>
    <w:p>
      <w:r>
        <w:br/>
        <w:t>13</w:t>
      </w:r>
    </w:p>
    <w:p>
      <w:r>
        <w:br/>
        <w:t>Коли душа знесилена плавбою,&lt;br /&gt;</w:t>
        <w:br/>
        <w:t>Коли в'ялить її самотина,&lt;br /&gt;</w:t>
        <w:br/>
        <w:t>То згибіє у гавані вона&lt;br /&gt;</w:t>
        <w:br/>
        <w:t>Над вицвілою неміччю-журбою.</w:t>
      </w:r>
    </w:p>
    <w:p>
      <w:r>
        <w:br/>
        <w:t>Не піде в море тільки боягуз,&lt;br /&gt;</w:t>
        <w:br/>
        <w:t>Бо відчайдушний з якоря зірветься,—&lt;br /&gt;</w:t>
        <w:br/>
        <w:t>Ганьба того настигне, хто загруз&lt;br /&gt;</w:t>
        <w:br/>
        <w:t>У власній нерішучості по серце!</w:t>
      </w:r>
    </w:p>
    <w:p>
      <w:r>
        <w:br/>
        <w:t>Хто жабуринням затишку обріс —&lt;br /&gt;</w:t>
        <w:br/>
        <w:t>Не знатиме ні усмішки, ні сліз&lt;br /&gt;</w:t>
        <w:br/>
        <w:t>І батьківська земля його не прийме!</w:t>
      </w:r>
    </w:p>
    <w:p>
      <w:r>
        <w:br/>
        <w:t>А як мені?.. Вирує течія...&lt;br /&gt;</w:t>
        <w:br/>
        <w:t>А що ж мені, калинонько моя?&lt;br /&gt;</w:t>
        <w:br/>
        <w:t>Пливу, пливу — розкрий мені обійми.</w:t>
      </w:r>
    </w:p>
    <w:p>
      <w:r>
        <w:br/>
        <w:t>14</w:t>
      </w:r>
    </w:p>
    <w:p>
      <w:r>
        <w:br/>
        <w:t>Пливу — і дума думу здоганя.&lt;br /&gt;</w:t>
        <w:br/>
        <w:t>Переді мною — вимріяна далеч.&lt;br /&gt;</w:t>
        <w:br/>
        <w:t>Даремно чорні сумніви, як галич,&lt;br /&gt;</w:t>
        <w:br/>
        <w:t>Кричать — тривожать душу серед дня.</w:t>
      </w:r>
    </w:p>
    <w:p>
      <w:r>
        <w:br/>
        <w:t>Я не зійду із курсу через них,&lt;br /&gt;</w:t>
        <w:br/>
        <w:t>Не повернуся з обраного шляху&lt;br /&gt;</w:t>
        <w:br/>
        <w:t>І не злякаюсь недругів своїх,&lt;br /&gt;</w:t>
        <w:br/>
        <w:t>Що радо повели б мене й на плаху!</w:t>
      </w:r>
    </w:p>
    <w:p>
      <w:r>
        <w:br/>
        <w:t>Я бачу рідний берег! Ця плавба&lt;br /&gt;</w:t>
        <w:br/>
        <w:t>В мені — як пісня в серці,— а хіба&lt;br /&gt;</w:t>
        <w:br/>
        <w:t>Буває справжня пісня без натхнення?</w:t>
      </w:r>
    </w:p>
    <w:p>
      <w:r>
        <w:br/>
        <w:t>Докучили вже вигадки нудні.&lt;br /&gt;</w:t>
        <w:br/>
        <w:t>Плавбо моя, будь совістю мені&lt;br /&gt;</w:t>
        <w:br/>
        <w:t>В пізнанні семизвучного імення!</w:t>
      </w:r>
    </w:p>
    <w:p>
      <w:r>
        <w:br/>
        <w:t>1965—1488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Новоє лєтоісчесленіє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