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"Новенька"</w:t>
      </w:r>
    </w:p>
    <w:p>
      <w:r>
        <w:br/>
        <w:t xml:space="preserve"> Сьогодні&lt;br /&gt;</w:t>
        <w:br/>
        <w:t>в третій клас&lt;br /&gt;</w:t>
        <w:br/>
        <w:t>до нас&lt;br /&gt;</w:t>
        <w:br/>
        <w:t>прийшла "новенька"&lt;br /&gt;</w:t>
        <w:br/>
        <w:t>в перший раз.</w:t>
      </w:r>
    </w:p>
    <w:p>
      <w:r>
        <w:br/>
        <w:t>Зайшла,&lt;br /&gt;</w:t>
        <w:br/>
        <w:t>весела й радісна,&lt;br /&gt;</w:t>
        <w:br/>
        <w:t>і всім сказала:&lt;br /&gt;</w:t>
        <w:br/>
        <w:t>— Здрастуйте!..</w:t>
      </w:r>
    </w:p>
    <w:p>
      <w:r>
        <w:br/>
        <w:t>Що в класі почало-о-ся!&lt;br /&gt;</w:t>
        <w:br/>
        <w:t>Одразу з місць своїх&lt;br /&gt;</w:t>
        <w:br/>
        <w:t>посхоплювались хлопці,&lt;br /&gt;</w:t>
        <w:br/>
        <w:t>мов хто підкинув їх.</w:t>
      </w:r>
    </w:p>
    <w:p>
      <w:r>
        <w:br/>
        <w:t>Спочатку&lt;br /&gt;</w:t>
        <w:br/>
        <w:t>всі ходили&lt;br /&gt;</w:t>
        <w:br/>
        <w:t>і голосно свистіли,&lt;br /&gt;</w:t>
        <w:br/>
        <w:t>а потім&lt;br /&gt;</w:t>
        <w:br/>
        <w:t>по хвилини дві&lt;br /&gt;</w:t>
        <w:br/>
        <w:t>стояли всі на голові,&lt;br /&gt;</w:t>
        <w:br/>
        <w:t>а потім&lt;br /&gt;</w:t>
        <w:br/>
        <w:t>дехто по рядах&lt;br /&gt;</w:t>
        <w:br/>
        <w:t>пройшовся пішки —&lt;br /&gt;</w:t>
        <w:br/>
        <w:t>на руках,&lt;br /&gt;</w:t>
        <w:br/>
        <w:t>а потім&lt;br /&gt;</w:t>
        <w:br/>
        <w:t>кожний з нас робив&lt;br /&gt;</w:t>
        <w:br/>
        <w:t>усе, що вмів&lt;br /&gt;</w:t>
        <w:br/>
        <w:t>і що не вмів!..</w:t>
      </w:r>
    </w:p>
    <w:p>
      <w:r>
        <w:br/>
        <w:t>Не звівся із-за парти&lt;br /&gt;</w:t>
        <w:br/>
        <w:t>лиш наш Юрко,&lt;br /&gt;</w:t>
        <w:br/>
        <w:t>відмінник.&lt;br /&gt;</w:t>
        <w:br/>
        <w:t>Він кинув нам:&lt;br /&gt;</w:t>
        <w:br/>
        <w:t>—— Ну й жарти? —&lt;br /&gt;</w:t>
        <w:br/>
        <w:t>і встав поволі, чинно&lt;br /&gt;</w:t>
        <w:br/>
        <w:t>та до "новенької"&lt;br /&gt;</w:t>
        <w:br/>
        <w:t>сказав:&lt;br /&gt;</w:t>
        <w:br/>
        <w:t>— А що!&lt;br /&gt;</w:t>
        <w:br/>
        <w:t>Сідаймо разом? —&lt;br /&gt;</w:t>
        <w:br/>
        <w:t>І та —&lt;br /&gt;</w:t>
        <w:br/>
        <w:t>диви, яка коза! —&lt;br /&gt;</w:t>
        <w:br/>
        <w:t>погодилась одразу...</w:t>
      </w:r>
    </w:p>
    <w:p>
      <w:r>
        <w:br/>
        <w:t>"Ну що ж!&lt;br /&gt;</w:t>
        <w:br/>
        <w:t>Не дуже й треба!" —&lt;br /&gt;</w:t>
        <w:br/>
        <w:t>подумав я про себе.&lt;br /&gt;</w:t>
        <w:br/>
        <w:t>І вирішив — до літа&lt;br /&gt;</w:t>
        <w:br/>
        <w:t>відмінником&lt;br /&gt;</w:t>
        <w:br/>
        <w:t>зробитись!..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"Новенька"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