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Ноктюрн для осені</w:t>
      </w:r>
    </w:p>
    <w:p>
      <w:r>
        <w:br/>
        <w:t xml:space="preserve"> Не облітай, молю, не відлітай!&lt;br /&gt;</w:t>
        <w:br/>
        <w:t>Таке сліпуче світло листопаду…&lt;br /&gt;</w:t>
        <w:br/>
        <w:t>Моя осіння птахо золота,&lt;br /&gt;</w:t>
        <w:br/>
        <w:t>Не погаси калинові лампади.</w:t>
      </w:r>
    </w:p>
    <w:p>
      <w:r>
        <w:br/>
        <w:t>Ще місяченько сипле на обрус&lt;br /&gt;</w:t>
        <w:br/>
        <w:t>Краплини осяйного аметисту,&lt;br /&gt;</w:t>
        <w:br/>
        <w:t>А вже ранковий вітер-сажотрус&lt;br /&gt;</w:t>
        <w:br/>
        <w:t>Мете у безвість потьмяніле листя.</w:t>
      </w:r>
    </w:p>
    <w:p>
      <w:r>
        <w:br/>
        <w:t>Погляну – й задихнуся від краси:&lt;br /&gt;</w:t>
        <w:br/>
        <w:t>Природа мудра у своїй печалі,&lt;br /&gt;</w:t>
        <w:br/>
        <w:t>І не віднімеш, і не додаси&lt;br /&gt;</w:t>
        <w:br/>
        <w:t>Ані штриха в полотна досконалі.</w:t>
      </w:r>
    </w:p>
    <w:p>
      <w:r>
        <w:br/>
        <w:t>Вона все знає, бачила, була,&lt;br /&gt;</w:t>
        <w:br/>
        <w:t>Від наших ран розпачливо тремтіла,&lt;br /&gt;</w:t>
        <w:br/>
        <w:t>Вона нас утішала як могла,&lt;br /&gt;</w:t>
        <w:br/>
        <w:t>Вона нас піднімала як уміла.</w:t>
      </w:r>
    </w:p>
    <w:p>
      <w:r>
        <w:br/>
        <w:t>Щодень нові являла нам дива,&lt;br /&gt;</w:t>
        <w:br/>
        <w:t>І ми потроху вчились розуміти&lt;br /&gt;</w:t>
        <w:br/>
        <w:t>За чим голосить ружа вітрова,&lt;br /&gt;</w:t>
        <w:br/>
        <w:t>Міняючи відтінки оксамиту.</w:t>
      </w:r>
    </w:p>
    <w:p>
      <w:r>
        <w:br/>
        <w:t>Вона до всіх заходила в двори,&lt;br /&gt;</w:t>
        <w:br/>
        <w:t>А ми як риби, скинуті на сушу,&lt;br /&gt;</w:t>
        <w:br/>
        <w:t>Вдихали в себе світло й кольори –&lt;br /&gt;</w:t>
        <w:br/>
        <w:t>Немов додому повертали душу.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Ноктюрн для осені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