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№ 2002</w:t>
      </w:r>
    </w:p>
    <w:p>
      <w:r>
        <w:br/>
        <w:t xml:space="preserve"> &lt;p&gt;№ 2002</w:t>
      </w:r>
    </w:p>
    <w:p>
      <w:r>
        <w:br/>
        <w:t>Газета була у великих жирних плямах, пахла гасом, і Борис Петрович, беручи її до рук, гидливо поморщився.</w:t>
      </w:r>
    </w:p>
    <w:p>
      <w:r>
        <w:br/>
        <w:t>— Ну хіба ж так можна? Га? Дивіться,— помахав він газетою перед самим носом Марти і, перебігши оком по огрядній підтиканій постаті із закоченими рукавами, знову поморщився і почав картати:</w:t>
      </w:r>
    </w:p>
    <w:p>
      <w:r>
        <w:br/>
        <w:t>— Та й на себе подивіться, хіба так можна? Все ж таки ви куховарка, а ходите як той із мазницею. Хто-будь із публіки ненароком гляне в кухню — і втече... Від одного вигляду втече... Та моя небіжка вас і дня не тримала б. Скільки вже говорилося, і все як на вітер... Ще й губи дуєте... А я маю право сказати — я хазяїн, столовка моя, ви в столовці служите... Значить...</w:t>
      </w:r>
    </w:p>
    <w:p>
      <w:r>
        <w:br/>
        <w:t>— Ото вже завели,— перебила, нарешті, Марта,— раз ви хазяїн, то підсипте грошей. Тоді й буду чистішою ходити. А що я вам газету спортила, так хіба ж я винна! Несеш із базару все жужмом — ну десь і хлюпнуло... Навмисне спортила, чи що?</w:t>
      </w:r>
    </w:p>
    <w:p>
      <w:r>
        <w:br/>
        <w:t>І, крутнувши спідницею, вийшла.</w:t>
      </w:r>
    </w:p>
    <w:p>
      <w:r>
        <w:br/>
        <w:t>Борис Петрович закусив вуса, подивився їй вслід, похитав головою.</w:t>
      </w:r>
    </w:p>
    <w:p>
      <w:r>
        <w:br/>
        <w:t>— Народ... ненажери... — процідив він півголосом, і на обличчі відбилась потайно-ущиплива думка.</w:t>
      </w:r>
    </w:p>
    <w:p>
      <w:r>
        <w:br/>
        <w:t>Найчастіше такі нотації перепадали дітям, причому Борис Петрович і перед ними любив посилатися на свою дружину, як на бездоганний приклад, і вичитував голосно, підкреслено, смакуючи кожне слово, щоб і сторонні чули. Любив Борис Петрович побундючитись, заграти, як актор.</w:t>
      </w:r>
    </w:p>
    <w:p>
      <w:r>
        <w:br/>
        <w:t>Сьогодні ж, хоч не було нікого із сторонніх і хоч сам він мав на собі заходжене вбрання, але його просто нервували матеріальні невдачі, що посипалися останніми днями, і він був готовий до всього причепитися.</w:t>
      </w:r>
    </w:p>
    <w:p>
      <w:r>
        <w:br/>
        <w:t>Та й Марта, на його думку, являла собою найкращий об'єкт для розрядки. Марту він вважав за створіння нижчої раси і, як колишній власник п'ятиповерхового будинку, ставився до неї з певним упередженням та своєрідною погордою.</w:t>
      </w:r>
    </w:p>
    <w:p>
      <w:r>
        <w:br/>
        <w:t>Борис Петрович розгорнув газету. З того часу, як зміцнилася революція, він перестав читати перші сторінки й завжди починав з оголошень, промислової хроніки та ринкових кон'юнктур. Цікавився також рубрикою "Пригоди й злочини". А коли й зазирав далі, то хіба що з'являлася виключна новина, про яку гомоніли в столовці.</w:t>
      </w:r>
    </w:p>
    <w:p>
      <w:r>
        <w:br/>
        <w:t>Над самими "Пригодами" у великій сіро-синій плямі купчилися стовпчики чисел. Думаючи, що то якісь нові біржові підсумки, Борис Петрович враз утопив туди очі.</w:t>
      </w:r>
    </w:p>
    <w:p>
      <w:r>
        <w:br/>
        <w:t>Над числами стояло:</w:t>
      </w:r>
    </w:p>
    <w:p>
      <w:r>
        <w:br/>
        <w:t>Виграшна лотерея</w:t>
      </w:r>
    </w:p>
    <w:p>
      <w:r>
        <w:br/>
        <w:t>Коли прочитав, руки в нього затремтіли. Швидко поправив окуляри й знову підніс газету до самого носа.</w:t>
      </w:r>
    </w:p>
    <w:p>
      <w:r>
        <w:br/>
        <w:t>Числа, числа, числа...</w:t>
      </w:r>
    </w:p>
    <w:p>
      <w:r>
        <w:br/>
        <w:t>Лапнув за бокову кишеню, вийняв записну книжку й почав звіряти.</w:t>
      </w:r>
    </w:p>
    <w:p>
      <w:r>
        <w:br/>
        <w:t>У нього крім своїх номерів були старанно занотовані й декого із сусідів та знайомих, що лотерею вважали за справу сумнівну. Поділяючи на словах їхню думку, він все ж таки занотував. Певно, мав на меті якісь цікаві міркування, і тому так тремтіла газета в його руках і так зворушено розбігалися очі.</w:t>
      </w:r>
    </w:p>
    <w:p>
      <w:r>
        <w:br/>
        <w:t>Числа, числа, числа...</w:t>
      </w:r>
    </w:p>
    <w:p>
      <w:r>
        <w:br/>
        <w:t>І все не те, і все не те.</w:t>
      </w:r>
    </w:p>
    <w:p>
      <w:r>
        <w:br/>
        <w:t>Під самим носом пахло нафтою, але він готовий був цілувати цю сіро-синю пляму, аби...</w:t>
      </w:r>
    </w:p>
    <w:p>
      <w:r>
        <w:br/>
        <w:t>— що таке?</w:t>
      </w:r>
    </w:p>
    <w:p>
      <w:r>
        <w:br/>
        <w:t>№ 2002.</w:t>
      </w:r>
    </w:p>
    <w:p>
      <w:r>
        <w:br/>
        <w:t>Тут і там.</w:t>
      </w:r>
    </w:p>
    <w:p>
      <w:r>
        <w:br/>
        <w:t>Невже?</w:t>
      </w:r>
    </w:p>
    <w:p>
      <w:r>
        <w:br/>
        <w:t>Протер очі, ще раз глянув.</w:t>
      </w:r>
    </w:p>
    <w:p>
      <w:r>
        <w:br/>
        <w:t>Так, і тут і там — № 2002.</w:t>
      </w:r>
    </w:p>
    <w:p>
      <w:r>
        <w:br/>
        <w:t>А в записній книжці проти номера стояло: Марта.</w:t>
      </w:r>
    </w:p>
    <w:p>
      <w:r>
        <w:br/>
        <w:t>Хвилинку він сидів нерухомо, наче приріс до стільця.</w:t>
      </w:r>
    </w:p>
    <w:p>
      <w:r>
        <w:br/>
        <w:t>Потім з-під лоба оглянувся і, тихенько склавши газету, тихенько сунув її разом із книжкою до кишені.</w:t>
      </w:r>
    </w:p>
    <w:p>
      <w:r>
        <w:br/>
        <w:t>Цього він ніяк не сподівався. Записав він сливе випадково, бо якось лише на момент показано йому квитка. Видко було, що Марта квитка береже й до лотереї ставиться з довір'ям, але, як завжди, ховається від усіх, мов той слимак у хлипавку.</w:t>
      </w:r>
    </w:p>
    <w:p>
      <w:r>
        <w:br/>
        <w:t>Він довго не міг освоїтися з думкою, що Марта виграла. Кілька разів забігав до кухні, обережно кидав на неї пильні погляди й щоразу, сам дивуючись, помічав у ній щось нового, на що раніше й не звертав уваги. Щоразу Марта набирала в його очах якихсь чудних рисок — перетворювалася, здавалася іншою.</w:t>
      </w:r>
    </w:p>
    <w:p>
      <w:r>
        <w:br/>
        <w:t>Йому було приємно, що він поки що господар такої цікавої таємниці, але в той же час заздрість дряпала під серцем.</w:t>
      </w:r>
    </w:p>
    <w:p>
      <w:r>
        <w:br/>
        <w:t>Марта помітила його гострий позір. Цей позір видався їй трохи дивним, та зрозуміла вона по-своєму. Спочатку пов'язала голову чистою хустинкою, спустила нижче спідницю. А потім надокучило, що хазяїн настирливо крутиться в кухні, і вона пробуркотіла:</w:t>
      </w:r>
    </w:p>
    <w:p>
      <w:r>
        <w:br/>
        <w:t>— Чого б ото я товклася між горшками?.. Ідіть собі звідси, єй-право...</w:t>
      </w:r>
    </w:p>
    <w:p>
      <w:r>
        <w:br/>
        <w:t>* * *</w:t>
      </w:r>
    </w:p>
    <w:p>
      <w:r>
        <w:br/>
        <w:t>Борис Петрович ледве дочекався четвертої години (так — у газеті) і побіг у місто, до будинку, де відбувалася лотерея. Розпитавши, що і як, він живосилом протиснувся наперед. На щастя, нагодився знайомий, що часто бував у столовці, і через нього Борис Петрович почав ретельні розвідки,</w:t>
      </w:r>
    </w:p>
    <w:p>
      <w:r>
        <w:br/>
        <w:t>— Який, ви кажете, номер? 2002? —— здивовано і непокійно запитав той у Бориса Петровича, повертаючи по якімсь часі з-за перегородки.</w:t>
      </w:r>
    </w:p>
    <w:p>
      <w:r>
        <w:br/>
        <w:t>— Так. 2002.</w:t>
      </w:r>
    </w:p>
    <w:p>
      <w:r>
        <w:br/>
        <w:t>— Так знаєте що? Зливок чистого золота в два фунти. Отой, про якого писалося в газетах.</w:t>
      </w:r>
    </w:p>
    <w:p>
      <w:r>
        <w:br/>
        <w:t>Борис Петрович почув, як гаряча хвиля вдарила йому в голову, виступаючи потом на обличчі, як заніміли ноги, але стримав себе й криво посміхнувся;</w:t>
      </w:r>
    </w:p>
    <w:p>
      <w:r>
        <w:br/>
        <w:t>— Та не жартуйте... Кажіть правду.</w:t>
      </w:r>
    </w:p>
    <w:p>
      <w:r>
        <w:br/>
        <w:t>— Та єй-бо... Ну, які жарти?.. Можете самі піти й переконатися. От так повезло!.. Віншую!</w:t>
      </w:r>
    </w:p>
    <w:p>
      <w:r>
        <w:br/>
        <w:t>Борис Петрович запобігливо труснув головою:</w:t>
      </w:r>
    </w:p>
    <w:p>
      <w:r>
        <w:br/>
        <w:t>— Ні, ні, ні!.. Це ж не я! Це приятель у мене. Занедужав, розумієте... Лежить, бідолаха. А скажіть, голубчику, коли ж видаватимуть?</w:t>
      </w:r>
    </w:p>
    <w:p>
      <w:r>
        <w:br/>
        <w:t>— Через два тижні. Приходьте — і могорич!</w:t>
      </w:r>
    </w:p>
    <w:p>
      <w:r>
        <w:br/>
        <w:t>Мов божевільний, вибіг він на вулицю. Завзято штовхався на пішоходах. Спотикався. Мало не потрапив під трамвай. Нічого не розумів. Нічого не бачив — тільки палали розтопленим золотом величезні цифри: 2002.</w:t>
      </w:r>
    </w:p>
    <w:p>
      <w:r>
        <w:br/>
        <w:t>Коли ж узявся за клямку своїх дверей і згадав за Марту, піднесення прохололо, вщухло.</w:t>
      </w:r>
    </w:p>
    <w:p>
      <w:r>
        <w:br/>
        <w:t>Постояв трішки й пішов провулком повз свій двір.</w:t>
      </w:r>
    </w:p>
    <w:p>
      <w:r>
        <w:br/>
        <w:t>Його найбільше непокоїло, що Марта завчасно може довідатися. Сьогодні вона ще нічого не знає — це ясно. Але завтра чи то на базарі, чи деінде напевно ж почує і почне докопуватись. Тоді буде пізно. Тоді вже ніякими силами не видурити в неї квитка, і пропаде — страшно подумати! — пропаде з-під самісіньких рук така сума. Скільки ж можна зробити! Зразу всі свої невдачі полагодити: столовку к чорту, замість неї ресторан, кабаре, прибутки... Страшно подумати!..</w:t>
      </w:r>
    </w:p>
    <w:p>
      <w:r>
        <w:br/>
        <w:t>Але як добути отого квитка? Марта не така вже й макуха — легко не видуриш...</w:t>
      </w:r>
    </w:p>
    <w:p>
      <w:r>
        <w:br/>
        <w:t>Довго ходив Борис Петрович, і десятки найрізноманітніших планів юрмилися, перекидалися в його голові.</w:t>
      </w:r>
    </w:p>
    <w:p>
      <w:r>
        <w:br/>
        <w:t>Голова вже починала крутитися, в роті сохло, наче з огневиці, в очах туман, і в тумані величезні гарячі цифри...</w:t>
      </w:r>
    </w:p>
    <w:p>
      <w:r>
        <w:br/>
        <w:t>Стемніло вже, коли пішов додому.</w:t>
      </w:r>
    </w:p>
    <w:p>
      <w:r>
        <w:br/>
        <w:t>Перемагаючи своє хвилювання, роблено спокійно приступив до щоденної поранки.</w:t>
      </w:r>
    </w:p>
    <w:p>
      <w:r>
        <w:br/>
        <w:t>Але щойно навернулася на очі Марта, серце йому враз стиснулося — вона й не вона. Не Марта, а якась загадкова, чудна істота. Навіть не те — якесь кабалістичне чортовиння, живий, рухомий № 2002.</w:t>
      </w:r>
    </w:p>
    <w:p>
      <w:r>
        <w:br/>
        <w:t>— Марто,— піймав він її в проході за руку,— у мене до вас є дуже-дуже важне діло. Коли впораєтесь, зайдіть до мене.</w:t>
      </w:r>
    </w:p>
    <w:p>
      <w:r>
        <w:br/>
        <w:t>Вона здивовано глянула на нього й тихо покірно відповіла:</w:t>
      </w:r>
    </w:p>
    <w:p>
      <w:r>
        <w:br/>
        <w:t>— Добре.</w:t>
      </w:r>
    </w:p>
    <w:p>
      <w:r>
        <w:br/>
        <w:t>* * *</w:t>
      </w:r>
    </w:p>
    <w:p>
      <w:r>
        <w:br/>
        <w:t>Коли зачинили столовку, діти вже спали. Борис Петрович старанно затушкував двері до їхньої кімнати й нетерпляче навшпиньках крутився з кутка в куток, поки не ввійшла Марта.</w:t>
      </w:r>
    </w:p>
    <w:p>
      <w:r>
        <w:br/>
        <w:t>Ввічливо запропонував сісти. Для бадьорості скрутив цигарку, одкашлявся й почав:</w:t>
      </w:r>
    </w:p>
    <w:p>
      <w:r>
        <w:br/>
        <w:t>— Те, що я вам зараз скажу, вас дуже здивує. Може, й вразить, але що робити... Тепер такі часи, такі часи, що кожної хвилини до всього треба бути готовим... Ви, Марто, у мене служите вже два роки й дитину при собі держите. Здається, нічим я вас не кривдив, гроші платив акуратно, тільки за нехлюйство вимовляв, як от навіть сьогодні, але ви ж самі знаєте, що...</w:t>
      </w:r>
    </w:p>
    <w:p>
      <w:r>
        <w:br/>
        <w:t>— Борис Петровичу,— раптом заморгала Марта,— я вже знаю, до чого це ви... Борисе Петровичу, я ж, голубе, не винна, бо робота моя така. Знаю я, що ви з благородних і чистоту любите, але якщо хочете мене за це штрахувати чи службу відмовити, то...</w:t>
      </w:r>
    </w:p>
    <w:p>
      <w:r>
        <w:br/>
        <w:t>— Та почекайте, не те,— перебив Борис Петрович,— ви краще слухайте. Ви думаєте, мені справді так важно, що хтось там із публіки побачить вас брудною? Думаєте, важно? Наплювать!.. А мені важно, щоб ви, ви були чиста. Ви пам'ятаєте мою небіжку? Ані тобі порошинки. Я звик... Да... А тепер послухайте — я сам, у мене діти. Ви теж самі й у вас дитина... Я вже не молодий, і ви не молоді. Розумієте?</w:t>
      </w:r>
    </w:p>
    <w:p>
      <w:r>
        <w:br/>
        <w:t>Ой, матінко, ви щось таке говорите, що я й боюся...</w:t>
      </w:r>
    </w:p>
    <w:p>
      <w:r>
        <w:br/>
        <w:t>— Не бійтеся, Марто, я чесна людина... Дурисвітство мені вже не по літах. Вже кілька разів підбивало мене все вам сказати, але натомість або мовчав, або лаявся... Та що там довго? Кажіть просто: підете за мене заміж?</w:t>
      </w:r>
    </w:p>
    <w:p>
      <w:r>
        <w:br/>
        <w:t>Марта остовпіла.</w:t>
      </w:r>
    </w:p>
    <w:p>
      <w:r>
        <w:br/>
        <w:t>А Борис Петрович підсунувся до неї ближче, взяв за руку і, зазираючи в очі, густо засипав словами. Говорив про те, як вона хазяйнуватиме в столовці, як гарно, спокійно вони будуватимуть життя та вчитимуть разом дітей. Говорив, що вона давно вже впала йому в око, що любить її,— в барвистих словах розгортав широчінь свого почуття. Пояснив, чому мовчав досі. Хотів-бо, як чесна людина, себе перевірити й підготовити Марту. Між іншим, ревниво закинув про сусіду шофера, який вчащає на кухню, і просив негайно з ним покінчити. Просив надовго справу не відкладати — завтра ж піти й записатися.</w:t>
      </w:r>
    </w:p>
    <w:p>
      <w:r>
        <w:br/>
        <w:t>— Ну, Марточко?</w:t>
      </w:r>
    </w:p>
    <w:p>
      <w:r>
        <w:br/>
        <w:t>Вона була мов у сні. Вона ніяк не могла збагнути.</w:t>
      </w:r>
    </w:p>
    <w:p>
      <w:r>
        <w:br/>
        <w:t>— Чекайте, дайте хоч подумати... Я ніяк...</w:t>
      </w:r>
    </w:p>
    <w:p>
      <w:r>
        <w:br/>
        <w:t>— Та що ви, наче дівчинка!.. Говорять же двоє дорослих. Говорю я, Борис Петрович, якому, здається, повірити можна. Все в ваших руках. Або так, або так. Вирішуйте!..</w:t>
      </w:r>
    </w:p>
    <w:p>
      <w:r>
        <w:br/>
        <w:t>— Я... добре...</w:t>
      </w:r>
    </w:p>
    <w:p>
      <w:r>
        <w:br/>
        <w:t>Він звабно припав до руки і, лише коли одірвався, помітив, що рука пітна та червона, а під нігтями густі жалобні смуги. Його занудило, і він швидше одвернув голову.</w:t>
      </w:r>
    </w:p>
    <w:p>
      <w:r>
        <w:br/>
        <w:t>— Чудно мені, чудно... — звільна, в солодкій задумі прошепотіла Марта,— ніяк не стямлюся... Й чому так швидко? Завтра? Дайте хоч...</w:t>
      </w:r>
    </w:p>
    <w:p>
      <w:r>
        <w:br/>
        <w:t>— Ні, Марточко,— занепокоєно перебив її,— це не швидко, це вже давно. Більше чекати не можу й не хочу!.. Доволі чекати!.. Завтра ж, неодмінно завтра!..</w:t>
      </w:r>
    </w:p>
    <w:p>
      <w:r>
        <w:br/>
        <w:t>Майнула думка, щоб зразу перейти до головного, але вчасно схаменувся. Зрозумів, що цим можна тільки викликати підозріння і зіпсувати всю справу. Найкраще — теж завтра, коли розчерк пера в загсі остаточно заспокоїть і переконає.</w:t>
      </w:r>
    </w:p>
    <w:p>
      <w:r>
        <w:br/>
        <w:t>* * *</w:t>
      </w:r>
    </w:p>
    <w:p>
      <w:r>
        <w:br/>
        <w:t>Вночі, як завжди, постукав шофер.</w:t>
      </w:r>
    </w:p>
    <w:p>
      <w:r>
        <w:br/>
        <w:t>Марта злегка відхилила двері і через тоненьку шпарку холодно заявила:</w:t>
      </w:r>
    </w:p>
    <w:p>
      <w:r>
        <w:br/>
        <w:t>— І не ходи, і не грюкай... Кінець.</w:t>
      </w:r>
    </w:p>
    <w:p>
      <w:r>
        <w:br/>
        <w:t>— Чи не здуріла, Марто? Що таке?</w:t>
      </w:r>
    </w:p>
    <w:p>
      <w:r>
        <w:br/>
        <w:t>— А таке... Виходжу заміж за хазяїна. Завтра на запись іду. Поняв? — і перед самим шоферовим носом хлопнула дверима.</w:t>
      </w:r>
    </w:p>
    <w:p>
      <w:r>
        <w:br/>
        <w:t>Вона довго не могла заснути. Подушка горіла, горіли щоки. І думок гарячих була повна голова.</w:t>
      </w:r>
    </w:p>
    <w:p>
      <w:r>
        <w:br/>
        <w:t>Згодом засвітила лампу, зняла засиджене мухами дзеркальце і, старанно обтерши його, глянула на себе. Схвильовані, великі очі, наче сп'янілі, наче злегка заволоклися сльозою. А під очима зморшки, і на лобі зморшки, і підборіддя в зморшках. Життя встигло вже покласти чимало відзнак, так покалічило, що вона й не сподівалася.</w:t>
      </w:r>
    </w:p>
    <w:p>
      <w:r>
        <w:br/>
        <w:t>І, вдивляючись вона помаленьку починала щось згадувати, починала пізнавати ці завчасні відзнаки, читати по них, як із книжки. Все її життя з вічними турботами, вислужуванням, поневірянням, терпеливе, велике для неї і непомітне для інших життя враз стало як на долоні.</w:t>
      </w:r>
    </w:p>
    <w:p>
      <w:r>
        <w:br/>
        <w:t>Марта зітхнула, але почула, що їй радісно-легко. Тепер цього вже не буде, тепер все буде інакше, по-новому.</w:t>
      </w:r>
    </w:p>
    <w:p>
      <w:r>
        <w:br/>
        <w:t>Раптом погляд її зупинився на сорочці — брудна, в жовтих пасмах. Стало самій соромно, аж завовтузилась на ліжку. Коли ж спало на думку, що така інтимна нечепурність найшвидше може відштовхнути від неї Бориса Петровича, вона жахнулася і дала собі слово завтра ж упорядкувати своє вбрання.</w:t>
      </w:r>
    </w:p>
    <w:p>
      <w:r>
        <w:br/>
        <w:t>Ніч проповзла, як ті мари, неспокійна, розхристана...</w:t>
      </w:r>
    </w:p>
    <w:p>
      <w:r>
        <w:br/>
        <w:t>Уривками ввижалося щось гарне, ввижалося страшне.</w:t>
      </w:r>
    </w:p>
    <w:p>
      <w:r>
        <w:br/>
        <w:t>На ранок, лежачи нерухомо, мов після важкої хвороби, вона довго не могла опам'ятатися. Все, що сталося вчора, здавалось тільки чудним сном. Було навіть смішно. А коли в розплющені очі пригнули пустотливі сліпучі зайчики, проганяючи паморочну дрімоту, коли перед свідомістю у всій неможливій величині виросла гола дійсність,— Марта занепокоїлась.</w:t>
      </w:r>
    </w:p>
    <w:p>
      <w:r>
        <w:br/>
        <w:t>Більше й більше охоплювала її розважність. Особливо дивною здавалася напосідливість Бориса Петровича. Все ж таки краще спочатку подумати, перевірити. Не завадить трохи відтягти. Тоді, принаймні, можна зважити справу всебічно, бо зараз ніяк не приймала свідомість несподіваної думки про спільне життя з хазяїном — та ще й з колишнім паном.</w:t>
      </w:r>
    </w:p>
    <w:p>
      <w:r>
        <w:br/>
        <w:t>Панів уже Марта добре знала. Чимало їй доводилось терпіти! Правда, тепер і собі вона знала ціну, не боялася хоч кому відверто сказати в очі те, що мала на думці, і була з цього щаслива й горда. Вона надто цінувала власну волю та незалежність, якої так довго ждала, дорожила нею навіть у буденному, дрібному житті і тепер непокоїлась, що цю волю до певної міри можуть силоміць відняти. Але тепер і колишні пани стали ніби щирішими, ніби змінилися, як і все довкола...</w:t>
      </w:r>
    </w:p>
    <w:p>
      <w:r>
        <w:br/>
        <w:t>* * *</w:t>
      </w:r>
    </w:p>
    <w:p>
      <w:r>
        <w:br/>
        <w:t>Марта ще не встигла остаточно вирішити, як на порозі з'явився Борис Петрович і, тепло привітавшись, замиловано взяв її голову в руки.</w:t>
      </w:r>
    </w:p>
    <w:p>
      <w:r>
        <w:br/>
        <w:t>— Я жду. Ходімо.</w:t>
      </w:r>
    </w:p>
    <w:p>
      <w:r>
        <w:br/>
        <w:t>— Ой, голубе... Мо', почекаємо?.. Та вже краще з неділі?..</w:t>
      </w:r>
    </w:p>
    <w:p>
      <w:r>
        <w:br/>
        <w:t>— Ні, ні, ні! — заквапився він, ласкаво посміхаючись.</w:t>
      </w:r>
    </w:p>
    <w:p>
      <w:r>
        <w:br/>
        <w:t>І знову почав доводити, що відтягування лише ускладнить справу. Головне, як він запевняв, сьогодні якраз припадали його особисто-історичні і місяць і день: цього ж числа він дружився за попередніх разів.</w:t>
      </w:r>
    </w:p>
    <w:p>
      <w:r>
        <w:br/>
        <w:t>— Мабуть, так на роду написано,— промовив Борис Петрович і рішуче, невідступно додав: — Так я жду. Через чверть години йдемо.</w:t>
      </w:r>
    </w:p>
    <w:p>
      <w:r>
        <w:br/>
        <w:t>— Ой, чудно мені... — але вона більше не змогла противитись. Повірила. Повитягала всі свої вузлики та схованки, розгребла їх, похапцем збиралася. І до краю була стурбована, що не має ні одної чистої, гарної сорочки.</w:t>
      </w:r>
    </w:p>
    <w:p>
      <w:r>
        <w:br/>
        <w:t>Далі вона вже нічого не пам'ятала... Далі — півдня як у тумані...</w:t>
      </w:r>
    </w:p>
    <w:p>
      <w:r>
        <w:br/>
        <w:t>І тільки як вийшли вже з похмурого чужого будинку, де розписувались, і хтось, віншуючи, почав тиснути їй руку, вона трохи опам'яталася.</w:t>
      </w:r>
    </w:p>
    <w:p>
      <w:r>
        <w:br/>
        <w:t>— Ой, лишенько, я й забула!.. Вечір скоро, а в мене й досі м'яса нема! Ідіть собі, а я побіжу...</w:t>
      </w:r>
    </w:p>
    <w:p>
      <w:r>
        <w:br/>
        <w:t>Її хотіли утримати, кликали, сміялися, але вона одмахнулася і, спотикаючись, мерщій побігла на базар. Її тепер гнала одна лише хвилююча, настирлива думка.</w:t>
      </w:r>
    </w:p>
    <w:p>
      <w:r>
        <w:br/>
        <w:t>Коли ж, за порадою знайомих крамарів, вона з цією думкою заскочила до старого базарного мастака, той, глянувши на її зашаріле обличчя та нервові руки, враз насторожився і потайливо примружив око.</w:t>
      </w:r>
    </w:p>
    <w:p>
      <w:r>
        <w:br/>
        <w:t>А Марта, хапаючись, вигребла з-за пазухи заялозеного вузличка й почала шматувати його тремтячими руками.</w:t>
      </w:r>
    </w:p>
    <w:p>
      <w:r>
        <w:br/>
        <w:t>— Скільки за це? — спитала вона, розгорнувши своєрідну скарбничку й кидаючи на стіл золотого хрестика та зім'ятого блідно-зеленого папірця.</w:t>
      </w:r>
    </w:p>
    <w:p>
      <w:r>
        <w:br/>
        <w:t>— А нащо вам продавати? — підозріло спитав мастак.</w:t>
      </w:r>
    </w:p>
    <w:p>
      <w:r>
        <w:br/>
        <w:t>— Грошей зараз дуже треба. Скільки?</w:t>
      </w:r>
    </w:p>
    <w:p>
      <w:r>
        <w:br/>
        <w:t>Він підкинув на долоні хрестика, обдивився, обнюхав. Потім розгорнув папірця:</w:t>
      </w:r>
    </w:p>
    <w:p>
      <w:r>
        <w:br/>
        <w:t>№ 2002,— і, хвилинку подумавши, хитро повів тарганячим вусом.</w:t>
      </w:r>
    </w:p>
    <w:p>
      <w:r>
        <w:br/>
        <w:t>— Почекайте трошки... Я на цю бамажку спитаю ціну, бо я не знаю ще,— і тихенько посунув до другої кімнати.</w:t>
      </w:r>
    </w:p>
    <w:p>
      <w:r>
        <w:br/>
        <w:t>Він ще довго торгувався, граючи на терпінні дивно-схвильованого гостя, і коли, отримавши, нарешті, невеликі гроші, розгублений гість побіг із хати, мастак ввічливо вклонився йому вслід і любовно погладив на долоні блідно-зеленого папірця.</w:t>
      </w:r>
    </w:p>
    <w:p>
      <w:r>
        <w:br/>
        <w:t>...Додому Марта повертала, щасливо всміхаючись,— вона купила собі нової білизни з гарного, тонкого полотна.</w:t>
      </w:r>
    </w:p>
    <w:p>
      <w:r>
        <w:br/>
        <w:t>Харків, 1924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 2002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