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Ніж між князями</w:t>
      </w:r>
    </w:p>
    <w:p>
      <w:r>
        <w:br/>
        <w:t xml:space="preserve"> &lt;p&gt;А тут нова вістка лине в Перемишль і в Теребовлю.</w:t>
      </w:r>
    </w:p>
    <w:p>
      <w:r>
        <w:br/>
        <w:t>Великий князь київський за почином Володимира Мономаха скликає з'їзд усіх князів до Любеча. Приїхав Володар до Василька.</w:t>
      </w:r>
    </w:p>
    <w:p>
      <w:r>
        <w:br/>
        <w:t>— Що ж, брате, їдемо? — питає.</w:t>
      </w:r>
    </w:p>
    <w:p>
      <w:r>
        <w:br/>
        <w:t>— А вже ж, — каже Василько — коли це Володимир почав, то напевно щось путнього вийде з цього. Треба їхати, конче треба. Дасть Господь Милосердний, згода настане між князями, і разом поборемо всіх ворогів.</w:t>
      </w:r>
    </w:p>
    <w:p>
      <w:r>
        <w:br/>
        <w:t>Поїхали обидва разом.</w:t>
      </w:r>
    </w:p>
    <w:p>
      <w:r>
        <w:br/>
        <w:t>Зрадів Володимир Мономах, як побачив Ростиславичів.</w:t>
      </w:r>
    </w:p>
    <w:p>
      <w:r>
        <w:br/>
        <w:t>— Коли ви обидва є, — казав він до Василька, — то все піде добре. Я вже боявся, бо Давид впевняв, що ви не приїдете.</w:t>
      </w:r>
    </w:p>
    <w:p>
      <w:r>
        <w:br/>
        <w:t>Довго радили князі. Палко говорив Володимир Мономах:</w:t>
      </w:r>
    </w:p>
    <w:p>
      <w:r>
        <w:br/>
        <w:t>— Навіщо губимо руську землю, самі між собою свари заводимо? Ми сваримося, воюємо з собою, а половці руйнують нашу землю і радіють, що між нами непорозуміння. Покиньмо вже раз спори й міжусобиці. Від сьогодні хай згода буде між нами й любов, бережім нашої землі, як ока в голові, хай кожен держить свій уділ, що по батькові дістав.</w:t>
      </w:r>
    </w:p>
    <w:p>
      <w:r>
        <w:br/>
        <w:t>Сподобалася Мономахова бесіда всім. — Згода! — сказали — і хрест цілували.</w:t>
      </w:r>
    </w:p>
    <w:p>
      <w:r>
        <w:br/>
        <w:t>Раділи всі, що вже буде кінець міжусобицям, а найбільще князь Василько:</w:t>
      </w:r>
    </w:p>
    <w:p>
      <w:r>
        <w:br/>
        <w:t>— Тепер нові, кращі часи настануть для нашої землі! — казав.</w:t>
      </w:r>
    </w:p>
    <w:p>
      <w:r>
        <w:br/>
        <w:t>Радів увесь Київ вісткою про княжу згоду, вісткрю про, рішення разом виступити в обороні рідної землі.</w:t>
      </w:r>
    </w:p>
    <w:p>
      <w:r>
        <w:br/>
        <w:t>Та були й такі, що не вірили в тривку згоду князів.</w:t>
      </w:r>
    </w:p>
    <w:p>
      <w:r>
        <w:br/>
        <w:t>— Ой, людоньки, надивився я на своєму віку багато на світ, бачив багато, навчився багато. Тяжко, щоб була тривка згода між нашими князями. Багато в них зависти й жадоби — говорив старий Стемид Бориславич.</w:t>
      </w:r>
    </w:p>
    <w:p>
      <w:r>
        <w:br/>
        <w:t>— Ще одинока надія на князя Володимира Мономаха — сказав Томир Держиславич.</w:t>
      </w:r>
    </w:p>
    <w:p>
      <w:r>
        <w:br/>
        <w:t>— Авжеж! Він один може зможе вдержати лад між князями. — Кажуть, що князь Володимир Мономах раз-у-раз нараджується з князем Васильком Теребовельським, хочуть спільно виступати проти ворогів, багато війська набирають. — Так, так! І киян чимало вже зголошуються в ряди обидвох князів.</w:t>
      </w:r>
    </w:p>
    <w:p>
      <w:r>
        <w:br/>
        <w:t>Ось так розмовляли на київському майдані кияни. Збоку прислухувався до цієї розмови якийсь чоловік середніх літ. Малі, хитрі його очі бігали скоро, а на устах грала злобна усмішка.</w:t>
      </w:r>
    </w:p>
    <w:p>
      <w:r>
        <w:br/>
        <w:t>— Гарну вістку принесу своєму князеві! А ще батато додам свого! — сказав півголосом і скорою ходою пішов із майдану. Подався простісінько в княжий терем, де перебував волинський князь, Давид.</w:t>
      </w:r>
    </w:p>
    <w:p>
      <w:r>
        <w:br/>
        <w:t>Там став оповідати князеві Давидові про радість киян на вістку про з'їзд князів у Любечі, про те, що згода запанує тепер між князями.</w:t>
      </w:r>
    </w:p>
    <w:p>
      <w:r>
        <w:br/>
        <w:t>— Так, так! — Тепер запанує згода й мир між князями — потакував Давид.</w:t>
      </w:r>
    </w:p>
    <w:p>
      <w:r>
        <w:br/>
        <w:t>— Воно так, княже, коли б між князями не було таких, що вже думають про порушення цієї згоди.</w:t>
      </w:r>
    </w:p>
    <w:p>
      <w:r>
        <w:br/>
        <w:t>— Кого маєш на думці?</w:t>
      </w:r>
    </w:p>
    <w:p>
      <w:r>
        <w:br/>
        <w:t>— Княже милостивий, виявлю тобі тепер, що твої найбільші вороги — це князь Володимир Мономах і князь Василько Ростиславич. Та вже найбільше завзявся на тебе Василько — на тебе і на київського великого князя.</w:t>
      </w:r>
    </w:p>
    <w:p>
      <w:r>
        <w:br/>
        <w:t>— Що ти говориш?</w:t>
      </w:r>
    </w:p>
    <w:p>
      <w:r>
        <w:br/>
        <w:t>— Щиру правду. Кияни говорять, що князь Василько Теребовельський і князь Володимир Мономах змовляються, хочуть заключити між собою союз і вже збирають великі війська. А навіщо?</w:t>
      </w:r>
    </w:p>
    <w:p>
      <w:r>
        <w:br/>
        <w:t>— Ба, може на половців. Князь Володимир Мономах говорив про це на з'їзді.</w:t>
      </w:r>
    </w:p>
    <w:p>
      <w:r>
        <w:br/>
        <w:t>— А як ні? А як синам Ростислава, як і Ростиславові було тісно над Дністром?</w:t>
      </w:r>
    </w:p>
    <w:p>
      <w:r>
        <w:br/>
        <w:t>— Ти думаеш, що Ростиславичі схочуть здобути собі й інші князівства.</w:t>
      </w:r>
    </w:p>
    <w:p>
      <w:r>
        <w:br/>
        <w:t>— Авжеж, хіба вони Ростиславичами не були б. Я думаю, що князь Василько вже умовився з князем Володимиром Мономахом, що по цей бік Дніпра держава Ростиславичів, а по той князя Мономаха.</w:t>
      </w:r>
    </w:p>
    <w:p>
      <w:r>
        <w:br/>
        <w:t>Князь Давид задумався:</w:t>
      </w:r>
    </w:p>
    <w:p>
      <w:r>
        <w:br/>
        <w:t>— Може й твоя правда, Туряче, та що тут діяти?</w:t>
      </w:r>
    </w:p>
    <w:p>
      <w:r>
        <w:br/>
        <w:t>— Треба тобі, княже, порадитися з київським князем, Святополком. Він теж загрожений. Пригадай йому, що, певно, з намови Ростиславичів вбили підчас походу його брата, Ярополка.</w:t>
      </w:r>
    </w:p>
    <w:p>
      <w:r>
        <w:br/>
        <w:t>— Добре, я подумаю над цим.</w:t>
      </w:r>
    </w:p>
    <w:p>
      <w:r>
        <w:br/>
        <w:t>— Авжеж, княже, поки час! Тепер добра нагода, князь Василько прибув до Києва.</w:t>
      </w:r>
    </w:p>
    <w:p>
      <w:r>
        <w:br/>
        <w:t>— Так, а де він?</w:t>
      </w:r>
    </w:p>
    <w:p>
      <w:r>
        <w:br/>
        <w:t>— Заїхав до Видубицького манастиря, а його вози та намети й люди його осталися на Рудиці. Добра нагода дістати його в свої руки.</w:t>
      </w:r>
    </w:p>
    <w:p>
      <w:r>
        <w:br/>
        <w:t>— Справді добра нагода. Зараз іду до князя Святополка — заявив князь Давид.</w:t>
      </w:r>
    </w:p>
    <w:p>
      <w:r>
        <w:br/>
        <w:t>І пішов.</w:t>
      </w:r>
    </w:p>
    <w:p>
      <w:r>
        <w:br/>
        <w:t>Князь Святополк радий привітав князя Давида:</w:t>
      </w:r>
    </w:p>
    <w:p>
      <w:r>
        <w:br/>
        <w:t>— Останешся у мене на іменини, Давиде?</w:t>
      </w:r>
    </w:p>
    <w:p>
      <w:r>
        <w:br/>
        <w:t>— Остануся, та я прийшов до тебе з важною вісткою. Князь Василько Теребовельський у Києві.</w:t>
      </w:r>
    </w:p>
    <w:p>
      <w:r>
        <w:br/>
        <w:t>— Гаразд, буде більше на пирі.</w:t>
      </w:r>
    </w:p>
    <w:p>
      <w:r>
        <w:br/>
        <w:t>— Ну, цей не загостить до тебе, думаю. Він має важніші справи.</w:t>
      </w:r>
    </w:p>
    <w:p>
      <w:r>
        <w:br/>
        <w:t>— Важніші справи? Які?</w:t>
      </w:r>
    </w:p>
    <w:p>
      <w:r>
        <w:br/>
        <w:t>— Які? Тебе й мене викинути з наших земель і наші землі забрати собі.</w:t>
      </w:r>
    </w:p>
    <w:p>
      <w:r>
        <w:br/>
        <w:t>— Що кажеш? Ні, це ж неможливе! Та по любецькому з'їзді всі князі були б проти нього!</w:t>
      </w:r>
    </w:p>
    <w:p>
      <w:r>
        <w:br/>
        <w:t>— У тому то й річ, що він не сам проти нас, а разом із князем Володимиром Мономахом. Вони обидва хочуть зібрати всі землі в своїх руках і поділити між себе так, що Володимирові Лівобережжя, а Василькові Правобережжя.</w:t>
      </w:r>
    </w:p>
    <w:p>
      <w:r>
        <w:br/>
        <w:t>Задумався святополк, затривожився, та все ж таки не був певний:</w:t>
      </w:r>
    </w:p>
    <w:p>
      <w:r>
        <w:br/>
        <w:t>— Та таки не знаю, чи це правда, чи брехня.</w:t>
      </w:r>
    </w:p>
    <w:p>
      <w:r>
        <w:br/>
        <w:t>— Вір не вір, а воно правда! — сказав Давид.</w:t>
      </w:r>
    </w:p>
    <w:p>
      <w:r>
        <w:br/>
        <w:t>— Га, коли правду кажеш, хай Бог буде тобі свідком, та коли з зависти говориш, хай буде Бог за ним! — заявив князь Святополк.</w:t>
      </w:r>
    </w:p>
    <w:p>
      <w:r>
        <w:br/>
        <w:t>А Давид:</w:t>
      </w:r>
    </w:p>
    <w:p>
      <w:r>
        <w:br/>
        <w:t>— Як не знищимо бодай Василька, то і ти, і я підемо за Ярополком на той світ. Треба конче зробити його бодай нешкідливим і внеможливити союз Ростиславичів з Мономахом.</w:t>
      </w:r>
    </w:p>
    <w:p>
      <w:r>
        <w:br/>
        <w:t>— Що ж ти радиш зробити? — спитав Святополк.</w:t>
      </w:r>
    </w:p>
    <w:p>
      <w:r>
        <w:br/>
        <w:t>— Ласі очі в Василька! Далеко ними сягає багато бажає. Забрати йому ці очі, нехай не сягає ними так далеко, так ласо!</w:t>
      </w:r>
    </w:p>
    <w:p>
      <w:r>
        <w:br/>
        <w:t>— Що? Осліпити радиш його? А миж хрест святий цілували, що не виступатимемо один проти одного, а ти радиш таке!</w:t>
      </w:r>
    </w:p>
    <w:p>
      <w:r>
        <w:br/>
        <w:t>— І Василько цілував, і Володимцр Мономах цілував, а змовляються на нас. Не осліпиш Василька, то ніколи не матимеш спокою..., а осліпиш, і спокій здобудеш, і за смерть батька помстишся!</w:t>
      </w:r>
    </w:p>
    <w:p>
      <w:r>
        <w:br/>
        <w:t>Ще вагався князь Святополк:</w:t>
      </w:r>
    </w:p>
    <w:p>
      <w:r>
        <w:br/>
        <w:t>— Страшне, страшне радиш мені!</w:t>
      </w:r>
    </w:p>
    <w:p>
      <w:r>
        <w:br/>
        <w:t>Тоді Давид:</w:t>
      </w:r>
    </w:p>
    <w:p>
      <w:r>
        <w:br/>
        <w:t>— Памятай одно: коли не позбудемося Василька, то ні тобі князювання в Києві, ні мені у Володимирі.</w:t>
      </w:r>
    </w:p>
    <w:p>
      <w:r>
        <w:br/>
        <w:t>— Ну, то хай буде по-твоєму — сказав Святополк.</w:t>
      </w:r>
    </w:p>
    <w:p>
      <w:r>
        <w:br/>
        <w:t>У середу, дня 4 листопада, ввечорі прибув князь Василько в Рудницю і сказав своїм людям:</w:t>
      </w:r>
    </w:p>
    <w:p>
      <w:r>
        <w:br/>
        <w:t>— Ви тут останетесь, а я піду в Видубицький манастир поклонитися іконі св. Михаїла...</w:t>
      </w:r>
    </w:p>
    <w:p>
      <w:r>
        <w:br/>
        <w:t>І перевіз перевізник князя Василька у Видубичі. Радо привітав ігумен Видубицького манастиря хороброго князя.</w:t>
      </w:r>
    </w:p>
    <w:p>
      <w:r>
        <w:br/>
        <w:t>— Повечеряєш, княже, з нами, в обителі нашій.</w:t>
      </w:r>
    </w:p>
    <w:p>
      <w:r>
        <w:br/>
        <w:t>Поклонився князь іконі святій, а потім повів його ігумен у Монастир.</w:t>
      </w:r>
    </w:p>
    <w:p>
      <w:r>
        <w:br/>
        <w:t>До вечора задержався там князь. Ввечорі вернувся в Рудицю.</w:t>
      </w:r>
    </w:p>
    <w:p>
      <w:r>
        <w:br/>
        <w:t>На другий день раненько прийшов посол від київського князя Святополка з листом: — "Брате, Васильку! писав князь Святополк. — Не тікай від моїх іменин. Дуже прошу тебе, будь гостем у мене на іменинах моїх".</w:t>
      </w:r>
    </w:p>
    <w:p>
      <w:r>
        <w:br/>
        <w:t>Подякував князь Василько за запросини і відповісти велів:</w:t>
      </w:r>
    </w:p>
    <w:p>
      <w:r>
        <w:br/>
        <w:t>— Не можу гаяти часу, спішно мені додому.</w:t>
      </w:r>
    </w:p>
    <w:p>
      <w:r>
        <w:br/>
        <w:t>І каже Давид Святополкові:</w:t>
      </w:r>
    </w:p>
    <w:p>
      <w:r>
        <w:br/>
        <w:t>— Бачиш, не зважає на тебе, хоч ти великий князь, його зверхник. Коли втече тобі в свою волость, то побачиш, чи не займе деяких твоїх городів. Згадаєш тоді мене, слова мої. Коли він не хоче ждати іменин, ти запроси його до себе сьогодні й віддай його мені в руки.</w:t>
      </w:r>
    </w:p>
    <w:p>
      <w:r>
        <w:br/>
        <w:t>— Добре радиш, — сказав Святополк і знову післав по Василька:</w:t>
      </w:r>
    </w:p>
    <w:p>
      <w:r>
        <w:br/>
        <w:t>— Коли вже не хочеш остатись до моїх іменин, то прийди сьогодні, посидимо всі три з Давидом.</w:t>
      </w:r>
    </w:p>
    <w:p>
      <w:r>
        <w:br/>
        <w:t>— Не міг уже князь Василько відмовитись, обіцяв прийти.</w:t>
      </w:r>
    </w:p>
    <w:p>
      <w:r>
        <w:br/>
        <w:t>Велів осідлати коня та поїхав.</w:t>
      </w:r>
    </w:p>
    <w:p>
      <w:r>
        <w:br/>
        <w:t>З невеличкою дружиною приїхав Василько на княжий двір.</w:t>
      </w:r>
    </w:p>
    <w:p>
      <w:r>
        <w:br/>
        <w:t>Святополк вийшов йому назустріч:</w:t>
      </w:r>
    </w:p>
    <w:p>
      <w:r>
        <w:br/>
        <w:t>— Ну, вкінці спромігся ти відвідати мене, а то тяжко було тебе допрохатися.</w:t>
      </w:r>
    </w:p>
    <w:p>
      <w:r>
        <w:br/>
        <w:t>— Ніколи мені, брате Святополче! Треба поспішати в Теребовлю, вороги не сплять.</w:t>
      </w:r>
    </w:p>
    <w:p>
      <w:r>
        <w:br/>
        <w:t>— День скоріше, день пізніше, що це значить! — говорив Святополк.</w:t>
      </w:r>
    </w:p>
    <w:p>
      <w:r>
        <w:br/>
        <w:t>— Значить багато, нераз і одна хвилина багато значиь. Буває, одна малесенька хвилиночка рішає про твою долю на все життя.</w:t>
      </w:r>
    </w:p>
    <w:p>
      <w:r>
        <w:br/>
        <w:t>— Може твоя правда — сказав Святополк із лукавою усмішкою. — Та ходімо в кімнату. Зараз прийде Давид, то вип'ємо меду й поговоримо дещо.</w:t>
      </w:r>
    </w:p>
    <w:p>
      <w:r>
        <w:br/>
        <w:t>За хвилину прийшов і Давид.</w:t>
      </w:r>
    </w:p>
    <w:p>
      <w:r>
        <w:br/>
        <w:t>Засіли за стіл. Подали меду й закуску.</w:t>
      </w:r>
    </w:p>
    <w:p>
      <w:r>
        <w:br/>
        <w:t>А Святополк знову став налягати на Василька:</w:t>
      </w:r>
    </w:p>
    <w:p>
      <w:r>
        <w:br/>
        <w:t>— Останься на святки!</w:t>
      </w:r>
    </w:p>
    <w:p>
      <w:r>
        <w:br/>
        <w:t>Та Василько відмовлявся:</w:t>
      </w:r>
    </w:p>
    <w:p>
      <w:r>
        <w:br/>
        <w:t>— Не можу остатися, брате! Я вже наказав з наметами йти наперед.</w:t>
      </w:r>
    </w:p>
    <w:p>
      <w:r>
        <w:br/>
        <w:t>Давид не озивався, мовчав увесь час.</w:t>
      </w:r>
    </w:p>
    <w:p>
      <w:r>
        <w:br/>
        <w:t>А Святополк:</w:t>
      </w:r>
    </w:p>
    <w:p>
      <w:r>
        <w:br/>
        <w:t>— Так поснідай бодай з нами, брате!</w:t>
      </w:r>
    </w:p>
    <w:p>
      <w:r>
        <w:br/>
        <w:t>— Та вже, щоб тобі не відмовляти, останусь на сніданок.</w:t>
      </w:r>
    </w:p>
    <w:p>
      <w:r>
        <w:br/>
        <w:t>Тоді Святополк сказав:</w:t>
      </w:r>
    </w:p>
    <w:p>
      <w:r>
        <w:br/>
        <w:t>— Посидьте ви тутечки, а я піду розпоряджуся. І вийшов, а Давид остався з Васильком. І став Василько говорити до Давида. Та Давид ні словечка не добув із себе, ні не слухав, що говорив Василько. І страх обхопив його, і зависть заразом. Посидів трохи, а потім встав і вийшов.</w:t>
      </w:r>
    </w:p>
    <w:p>
      <w:r>
        <w:br/>
        <w:t>Тільки Давид за двері, а в двері ввалилися чотири дужі драби і обскочили князя Василька, і вмить звалили його. І хоч Василько кидався мов лев, вони таки вспіли закувати його в подвійні кайдани. І замкнули кімнату знадвору.</w:t>
      </w:r>
    </w:p>
    <w:p>
      <w:r>
        <w:br/>
        <w:t>Кричав князь Василько голосно, та ніщо не помагало. На ніч сторожу поставили біля дверей кімнати.</w:t>
      </w:r>
    </w:p>
    <w:p>
      <w:r>
        <w:br/>
        <w:t>Не спав князь Василько всю ніч, думав про зрадливість Давида й Святополка:</w:t>
      </w:r>
    </w:p>
    <w:p>
      <w:r>
        <w:br/>
        <w:t>— Заманили мене в гості, на пир, а от який пир справили мені!</w:t>
      </w:r>
    </w:p>
    <w:p>
      <w:r>
        <w:br/>
        <w:t>Не спав усю ніч і князь Святополк:</w:t>
      </w:r>
    </w:p>
    <w:p>
      <w:r>
        <w:br/>
        <w:t>— Маю я Василька в своїх руках, а що буде, як народ обстане за ним? Люблять кияни й Василька, і Мономаха. Аж тоді нема що мені в Києві робити! Треба скликати віче, що скаже віче, тей зроблю. Скину з себе провину.</w:t>
      </w:r>
    </w:p>
    <w:p>
      <w:r>
        <w:br/>
        <w:t>Задзвонили дзвони, скликаючи віче. Зійшлося народу чимало, бо вже вспіли довідатися про увязнення князя Василька.</w:t>
      </w:r>
    </w:p>
    <w:p>
      <w:r>
        <w:br/>
        <w:t>Вийшов князь Святополк:</w:t>
      </w:r>
    </w:p>
    <w:p>
      <w:r>
        <w:br/>
        <w:t>— Бояри й мужі київські! — говорив він. — У важливій справі скликав я вас. Ви знаєте про з'їзд у Любечі, знаєте, що там порішили князі між собою згоду берегти, один на одного не наставати, щоб добре жилося всім на наших землях. Аж ось учора приїхав до мене князь Давид і виявив мені й докази дав, що князь Василько Теребовельський і Володимир Мономах змовлялися на мене, хочуть мене вбити й городи мої захопити. Тому я велів схопити князя Василька й держу його в заперті. Та не хочу нічого діяти без вас, без ради вашої, бояри й мужі київські! Скажіть, що діяти мені?</w:t>
      </w:r>
    </w:p>
    <w:p>
      <w:r>
        <w:br/>
        <w:t>Тоді виступив Гордій Доброславич, і каже:</w:t>
      </w:r>
    </w:p>
    <w:p>
      <w:r>
        <w:br/>
        <w:t>— Княже наш! Тобі треба берегти голови своеї; коли правду говорив Давид, хай прийме кару князь Василько.</w:t>
      </w:r>
    </w:p>
    <w:p>
      <w:r>
        <w:br/>
        <w:t>Та тут виступив старий Вишата:</w:t>
      </w:r>
    </w:p>
    <w:p>
      <w:r>
        <w:br/>
        <w:t>— Бояри й мужі київські! Знаю я князя Василька, бо виховав я його в своїй хаті! Знаю його й кажу вам, що це неможливе, це неправда! Не з тих князь Василько, щоб присягу ламав, щоб незгоду сіяв. Це правда, що він з князем Володимиром Мономахом радився, та не проти своїх, а проти поганих половців...</w:t>
      </w:r>
    </w:p>
    <w:p>
      <w:r>
        <w:br/>
        <w:t>Та тут Гордій, а за ним його прихильники в крик:</w:t>
      </w:r>
    </w:p>
    <w:p>
      <w:r>
        <w:br/>
        <w:t>— Тому ти обстаєш за ним, що він у тебе змалечку виховався. Бажаєш, щоб він став київським князем, тоді тебе тисяцьким зробить...</w:t>
      </w:r>
    </w:p>
    <w:p>
      <w:r>
        <w:br/>
        <w:t>Зчинився крик і метушня. Коли трохи вспокоїлися, виступив старий Неон Яромирич, і каже:</w:t>
      </w:r>
    </w:p>
    <w:p>
      <w:r>
        <w:br/>
        <w:t>— Бояри й мужі київські! Що нам втручатися в княжі справи! Ми вирішимо так, що коли наш князь уважає, що князь Давид говорив правду, то хай покарає князя Василька, а коли князь Давид говорив неправду, то хай прийме месть від Бога і хай відповість перед Богом.</w:t>
      </w:r>
    </w:p>
    <w:p>
      <w:r>
        <w:br/>
        <w:t>Рада Яромирича подобалася всім, так і рішило віче. Сумний відходив з вічевого майдану Вишата з кількома приятелями:</w:t>
      </w:r>
    </w:p>
    <w:p>
      <w:r>
        <w:br/>
        <w:t>— Так то все рішає нерозумна юрба. Скажи їй кілька влесливих слів, і вона на себе кайдани ухвалить. Та нам конче треба рятувати князя Василька. Піду до ігумена Печерського манастиря й до інших ігуменів. Чей же їм удасться переблагати Святополка.</w:t>
      </w:r>
    </w:p>
    <w:p>
      <w:r>
        <w:br/>
        <w:t>І стали благати ігумени князя Святополка за князя Василька.</w:t>
      </w:r>
    </w:p>
    <w:p>
      <w:r>
        <w:br/>
        <w:t>А Святополк каже їм:</w:t>
      </w:r>
    </w:p>
    <w:p>
      <w:r>
        <w:br/>
        <w:t>— Це Давид тут причина, не я!</w:t>
      </w:r>
    </w:p>
    <w:p>
      <w:r>
        <w:br/>
        <w:t>Побачив Давид, що Святополк хитається, готов пустити Василька, знову говорить своє:</w:t>
      </w:r>
    </w:p>
    <w:p>
      <w:r>
        <w:br/>
        <w:t>— Василька треба осліпити! Коли не зробиш цього, а пустиш його, то ні тобі княжити, ні мені.</w:t>
      </w:r>
    </w:p>
    <w:p>
      <w:r>
        <w:br/>
        <w:t>І доти вмовляв Святополка, поки цей не сказав:</w:t>
      </w:r>
    </w:p>
    <w:p>
      <w:r>
        <w:br/>
        <w:t>— Роби, що знаєш! Я не прикладаю рук до цього. І вночі вивезли князя Василька.</w:t>
      </w:r>
    </w:p>
    <w:p>
      <w:r>
        <w:br/>
        <w:t>Білгород — невеличкий городок, віддалений на десять верстов від Києва. Закованого привезли князя Василька на возі і зняли з воза, і повели в невеличку хатину.</w:t>
      </w:r>
    </w:p>
    <w:p>
      <w:r>
        <w:br/>
        <w:t>Хоч як розпучливо боронився князь Василько, схопили його й осліпили. А сталося це вночі з пятниці на суботу.</w:t>
      </w:r>
    </w:p>
    <w:p>
      <w:r>
        <w:br/>
        <w:t>На шостий день привезли його у Володимир. І посадили князя у Вакієвому домі, і поставили тридцять мужів стерегти князя Василька та двох княжих отроків.</w:t>
      </w:r>
    </w:p>
    <w:p>
      <w:r>
        <w:br/>
        <w:t>Сам, самітний сидів князь Василько в кімнаті, а кругом нього темна, чорна ніч.</w:t>
      </w:r>
    </w:p>
    <w:p>
      <w:r>
        <w:br/>
        <w:t>— Ні сонечка ясного, ні зір не бачити вже мені! — думав нещасливий князь. — Чому не вбив мене Давид, чому залишив мене на муку? Навіщо жити мені сліпому? Усі мої наміри пропали, все, що міг я доброго зробити для рідної землі, пропало.</w:t>
      </w:r>
    </w:p>
    <w:p>
      <w:r>
        <w:br/>
        <w:t>Сліпий князь Василько сидів під сторожею в кімнатці та невеселі думи думав.</w:t>
      </w:r>
    </w:p>
    <w:p>
      <w:r>
        <w:br/>
        <w:t>А Давид не вдоволився осліпленням Василька. Пішов ще на Василькову волость. Та не повелося. Зустрінувся з військом Володаря. Завзята була січа, і Володар побив Давида.</w:t>
      </w:r>
    </w:p>
    <w:p>
      <w:r>
        <w:br/>
        <w:t>Утік Давид із недобитками у Володимир і зараз до Василька прохати, щоб відмовив Володаря від походу на Володимир.</w:t>
      </w:r>
    </w:p>
    <w:p>
      <w:r>
        <w:br/>
        <w:t>І розжалобився Василько. Усе, що передумав на самоті, тепер говорив Давидові:</w:t>
      </w:r>
    </w:p>
    <w:p>
      <w:r>
        <w:br/>
        <w:t>— Я, Давиде, не гніваюся на тебе. В усьому Божа воля. Я мав високі думки! Бажав я помститися на всіх ворогах нашої землі й збирав військо не проти тебе, Давиде, ані проти Святополка, тільки проти Польщі й Угорщини. Як прийшла до мене вістка, що йдуть до мене берендії, печеніги та торки, подумав я: Скажу я своєму братові, Володареві, та тобі, Давиде: "Давайте мені свою молодшу дружину, а самі собі пийте й веселіться!" І подумав я про польську землю: наступлю я на неї за літо й за зиму, знищу її й обороню землю нашу. Потім я хотів забрати дунайських болгарів і поселити в себе. Думав я теж проситися в Святополка й у Володимира на половців. Піду — думав я собі — на половців, або здобуду собі славу, або голову свою положу за рідну землю. А іншої думки не було в мене, ані на Святополка, ані на тебе, Давиде. У цьому кленуся Богом і його пришестям, що не подумав я нічого злого проти братів моїх. Та за високі думки понизив мене Бог і впокорив мене. Тож я не гніваюся на тебе, ти був тільки знаряддям у Божих руках.</w:t>
      </w:r>
    </w:p>
    <w:p>
      <w:r>
        <w:br/>
        <w:t>Тривожився Давид, бо Володар підходив уже під Володимир.</w:t>
      </w:r>
    </w:p>
    <w:p>
      <w:r>
        <w:br/>
        <w:t>Аж прислав він послів до Давида:</w:t>
      </w:r>
    </w:p>
    <w:p>
      <w:r>
        <w:br/>
        <w:t>— Видай брата, Василька, то відступлю з-під Володимира.</w:t>
      </w:r>
    </w:p>
    <w:p>
      <w:r>
        <w:br/>
        <w:t>І видав Давид Василька Володареві й іще благав Василька:</w:t>
      </w:r>
    </w:p>
    <w:p>
      <w:r>
        <w:br/>
        <w:t>— Прости мені, будьмо другами, як колись були.</w:t>
      </w:r>
    </w:p>
    <w:p>
      <w:r>
        <w:br/>
        <w:t>— Як буде щирість у серці твоєму, то будемо знову другами — сказав йому Василько на прощання.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Ніж між князями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