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Нівідкіль з любов'ю...</w:t>
      </w:r>
    </w:p>
    <w:p>
      <w:r>
        <w:br/>
        <w:t xml:space="preserve"> Йосип Бродський&lt;br /&gt;</w:t>
        <w:br/>
        <w:t>Нівідкіль з любов'ю, надцятого квітнепада...</w:t>
      </w:r>
    </w:p>
    <w:p>
      <w:r>
        <w:br/>
        <w:t>Перекладач: Іван Лучук</w:t>
      </w:r>
    </w:p>
    <w:p>
      <w:r>
        <w:br/>
        <w:t>Нівідкіль з любов'ю, надцятого квітнепада,&lt;br /&gt;</w:t>
        <w:br/>
        <w:t>вельмиповажаний, люба, це не так вже важливо&lt;br /&gt;</w:t>
        <w:br/>
        <w:t>навіть хто, не зарадить жодна порада&lt;br /&gt;</w:t>
        <w:br/>
        <w:t>згадати обличчя, вже не ваш і, можливо,&lt;br /&gt;</w:t>
        <w:br/>
        <w:t>нічий вірний друг вас вітає з одного&lt;br /&gt;</w:t>
        <w:br/>
        <w:t>із п'яти континентів, що пливе на трьох ковбоях;&lt;br /&gt;</w:t>
        <w:br/>
        <w:t>я любив тебе більше, ніж ангелів і самого,&lt;br /&gt;</w:t>
        <w:br/>
        <w:t>і тому тепер я далі від тебе, ніж від мене оті обоє;&lt;br /&gt;</w:t>
        <w:br/>
        <w:t>глибокої ночі в заснулій долині, на дні,&lt;br /&gt;</w:t>
        <w:br/>
        <w:t>в містечку, по клямку засніженім щільно,&lt;br /&gt;</w:t>
        <w:br/>
        <w:t>на ліжку звиваюсь в несонному сні —&lt;br /&gt;</w:t>
        <w:br/>
        <w:t>так не скажеться нижче або довільно —&lt;br /&gt;</w:t>
        <w:br/>
        <w:t>ревне "ти" поглинають подушки мої&lt;br /&gt;</w:t>
        <w:br/>
        <w:t>за морями, яким ні кінця, ні краю,&lt;br /&gt;</w:t>
        <w:br/>
        <w:t>в темноті всім тілом риси твої,&lt;br /&gt;</w:t>
        <w:br/>
        <w:t>як причинне дзеркало відбиваю.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Нівідкіль з любов'ю...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