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Ніщо, на жаль, не вічне під зорею...</w:t>
      </w:r>
    </w:p>
    <w:p>
      <w:r>
        <w:br/>
        <w:t xml:space="preserve"> Ніщо, на жаль, не вічне під зорею:&lt;br /&gt;</w:t>
        <w:br/>
        <w:t>Змагання душ і торжество сердець,&lt;br /&gt;</w:t>
        <w:br/>
        <w:t>і запах матіоли, й дух елею&lt;br /&gt;</w:t>
        <w:br/>
        <w:t>початок мають. Мають і кінець.</w:t>
      </w:r>
    </w:p>
    <w:p>
      <w:r>
        <w:br/>
        <w:t>Які не були б мужні ми і вперті,&lt;br /&gt;</w:t>
        <w:br/>
        <w:t>та стрижаніє нам ураз чоло,&lt;br /&gt;</w:t>
        <w:br/>
        <w:t>коли, мов крик, сумна подоба смерті&lt;br /&gt;</w:t>
        <w:br/>
        <w:t>змахне над нами смоляним крилом.</w:t>
      </w:r>
    </w:p>
    <w:p>
      <w:r>
        <w:br/>
        <w:t>Отож не хникаймо, а вчімся жити&lt;br /&gt;</w:t>
        <w:br/>
        <w:t>і шлях земний свій плідно завершити&lt;br /&gt;</w:t>
        <w:br/>
        <w:t>в напрузі сил, і розуму, і дня.</w:t>
      </w:r>
    </w:p>
    <w:p>
      <w:r>
        <w:br/>
        <w:t>Для всіх отруйне жало супокою...&lt;br /&gt;</w:t>
        <w:br/>
        <w:t>На тихих мурах вічності німої&lt;br /&gt;</w:t>
        <w:br/>
        <w:t>карбує доля кожного ім'я.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Ніщо, на жаль, не вічне під зорею...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