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Нікому не віддавай мене...</w:t>
      </w:r>
    </w:p>
    <w:p>
      <w:r>
        <w:br/>
        <w:t xml:space="preserve"> нікому не віддавай мене коли сонце сідає і коли стільки різних&lt;br /&gt;</w:t>
        <w:br/>
        <w:t>очей дивляться всі на захід і коли ніхто не згадає про схід&lt;br /&gt;</w:t>
        <w:br/>
        <w:t>нікому не віддавай мене хай я буду тобі як маленьке зерня хай&lt;br /&gt;</w:t>
        <w:br/>
        <w:t>я буду як паросток а пізніше як квітка що принесе лиш тобі&lt;br /&gt;</w:t>
        <w:br/>
        <w:t>знаний плід посади мене там де сам хочеш щоб мені прорости&lt;br /&gt;</w:t>
        <w:br/>
        <w:t>доторкнися до мене й скажи будеш знаряддям ітимеш&lt;br /&gt;</w:t>
        <w:br/>
        <w:t>по тій землі яку дам і все тобі там буде добре сонце і дощ&lt;br /&gt;</w:t>
        <w:br/>
        <w:t>вітер і сніг будеш усім любов’ю і миром і усміхом кущем&lt;br /&gt;</w:t>
        <w:br/>
        <w:t>трояндовим і жасминовим деревом яблуні галузкою мирта&lt;br /&gt;</w:t>
        <w:br/>
        <w:t>будеш рікою й землею говоритимеш як дитина як дитина заплачеш&lt;br /&gt;</w:t>
        <w:br/>
        <w:t>і як дитина любитимеш кажу тобі так мій Боже підкидаю в повітря&lt;br /&gt;</w:t>
        <w:br/>
        <w:t>пелюстки червоних троянд легка як вітер повна щастя й довіри&lt;br /&gt;</w:t>
        <w:br/>
        <w:t>день добігає кінця любе сонце на нині минай тільки мене мій&lt;br /&gt;</w:t>
        <w:br/>
        <w:t>Боже нікому не віддавай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Нікому не віддавай мене...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