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згуки</w:t>
      </w:r>
    </w:p>
    <w:p>
      <w:r>
        <w:br/>
        <w:t xml:space="preserve"> Нічка... Сам я... Над водою&lt;br /&gt;</w:t>
        <w:br/>
        <w:t>Верби стелють свій намет,&lt;br /&gt;</w:t>
        <w:br/>
        <w:t>І шепоче з осокою&lt;br /&gt;</w:t>
        <w:br/>
        <w:t>Невгомонний очерет.</w:t>
      </w:r>
    </w:p>
    <w:p>
      <w:r>
        <w:br/>
        <w:t>Сріблолистая осика&lt;br /&gt;</w:t>
        <w:br/>
        <w:t>Загадалася, мовчить.&lt;br /&gt;</w:t>
        <w:br/>
        <w:t>А тужливая музика&lt;br /&gt;</w:t>
        <w:br/>
        <w:t>Знову в серденьку дзвенить.</w:t>
      </w:r>
    </w:p>
    <w:p>
      <w:r>
        <w:br/>
        <w:t>Сумно... важко... Над водою&lt;br /&gt;</w:t>
        <w:br/>
        <w:t>Ходить смуток уночі.&lt;br /&gt;</w:t>
        <w:br/>
        <w:t>Десь в руїнах за рікою&lt;br /&gt;</w:t>
        <w:br/>
        <w:t>Стогнуть жалібно сичі.</w:t>
      </w:r>
    </w:p>
    <w:p>
      <w:r>
        <w:br/>
        <w:t>Серце ловить сі розмови,&lt;br /&gt;</w:t>
        <w:br/>
        <w:t>І ридає, і квилить...&lt;br /&gt;</w:t>
        <w:br/>
        <w:t>Ох, той шепіт загадковий! —&lt;br /&gt;</w:t>
        <w:br/>
        <w:t>Сум лихий в йому бринить.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згуки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