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Нічні дзвони володимирського</w:t>
      </w:r>
    </w:p>
    <w:p>
      <w:r>
        <w:br/>
        <w:t xml:space="preserve"> 1</w:t>
      </w:r>
    </w:p>
    <w:p>
      <w:r>
        <w:br/>
        <w:t>А дух поблизу ще витає,&lt;br /&gt;</w:t>
        <w:br/>
        <w:t>душа поміж людьми блукає:&lt;br /&gt;</w:t>
        <w:br/>
        <w:t>вже дому іншого шука.&lt;br /&gt;</w:t>
        <w:br/>
        <w:t>Вона безсмертна — кожен знає,&lt;br /&gt;</w:t>
        <w:br/>
        <w:t>бо в неї виходу немає,&lt;br /&gt;</w:t>
        <w:br/>
        <w:t>коли заблукана така.</w:t>
      </w:r>
    </w:p>
    <w:p>
      <w:r>
        <w:br/>
        <w:t>А вже покликано до столу,&lt;br /&gt;</w:t>
        <w:br/>
        <w:t>до гурту давнього помолу.&lt;br /&gt;</w:t>
        <w:br/>
        <w:t>Згадай, кохана: в домі цім&lt;br /&gt;</w:t>
        <w:br/>
        <w:t>ти стріла дівчину на святі.&lt;br /&gt;</w:t>
        <w:br/>
        <w:t>А де сиділи винуваті&lt;br /&gt;</w:t>
        <w:br/>
        <w:t>за долю, кинуту в цей дім?</w:t>
      </w:r>
    </w:p>
    <w:p>
      <w:r>
        <w:br/>
        <w:t>Найтонші в домі цьому свічі,&lt;br /&gt;</w:t>
        <w:br/>
        <w:t>церковні в домі ризи й річі.&lt;br /&gt;</w:t>
        <w:br/>
        <w:t>Тут мати треба на хребті&lt;br /&gt;</w:t>
        <w:br/>
        <w:t>сліпих років залізні міти,&lt;br /&gt;</w:t>
        <w:br/>
        <w:t>аби тебе прошепотіти,&lt;br /&gt;</w:t>
        <w:br/>
        <w:t>збагнувши, що карбИ не ті.</w:t>
      </w:r>
    </w:p>
    <w:p>
      <w:r>
        <w:br/>
        <w:t>І я шепочу: Україно.&lt;br /&gt;</w:t>
        <w:br/>
        <w:t>І я шепочу: Україно.&lt;br /&gt;</w:t>
        <w:br/>
        <w:t>І я шепочу ще і ще.&lt;br /&gt;</w:t>
        <w:br/>
        <w:t>Я цілував коханій очі.&lt;br /&gt;</w:t>
        <w:br/>
        <w:t>Я не згадав про віно отче,&lt;br /&gt;</w:t>
        <w:br/>
        <w:t>де все пече, бо все пече.</w:t>
      </w:r>
    </w:p>
    <w:p>
      <w:r>
        <w:br/>
        <w:t>Не прошепочу: хай святиться!&lt;br /&gt;</w:t>
        <w:br/>
        <w:t>Бо небо це і ця пшениця&lt;br /&gt;</w:t>
        <w:br/>
        <w:t>відторгнуть воду і росу.&lt;br /&gt;</w:t>
        <w:br/>
        <w:t>Небесні і підземні гули…&lt;br /&gt;</w:t>
        <w:br/>
        <w:t>Де наші дзвони затонули,&lt;br /&gt;</w:t>
        <w:br/>
        <w:t>той звук, що відвертав грозу?</w:t>
      </w:r>
    </w:p>
    <w:p>
      <w:r>
        <w:br/>
        <w:t>Хай нас не буде, хай немає,&lt;br /&gt;</w:t>
        <w:br/>
        <w:t>хай смерть сама переконає&lt;br /&gt;</w:t>
        <w:br/>
        <w:t>у тому нас, що нас нема.&lt;br /&gt;</w:t>
        <w:br/>
        <w:t>А ти безсмертна — кожен знає,&lt;br /&gt;</w:t>
        <w:br/>
        <w:t>бо в тебе виходу немає,&lt;br /&gt;</w:t>
        <w:br/>
        <w:t>коли сама, як смерть сама.</w:t>
      </w:r>
    </w:p>
    <w:p>
      <w:r>
        <w:br/>
        <w:t>О, не печалься, наша нене,&lt;br /&gt;</w:t>
        <w:br/>
        <w:t>що мливо господа буденне&lt;br /&gt;</w:t>
        <w:br/>
        <w:t>для нас, — не вперше рветься нить.&lt;br /&gt;</w:t>
        <w:br/>
        <w:t>Немов покаже їхня мати:&lt;br /&gt;</w:t>
        <w:br/>
        <w:t>цих продавать, цих дарувати,&lt;br /&gt;</w:t>
        <w:br/>
        <w:t>а цих сліпих щенят топить.</w:t>
      </w:r>
    </w:p>
    <w:p>
      <w:r>
        <w:br/>
        <w:t>Тебе, як дівчину в палаті,&lt;br /&gt;</w:t>
        <w:br/>
        <w:t>лікують ті, що винуваті&lt;br /&gt;</w:t>
        <w:br/>
        <w:t>за долю, кинуту в цей дім.&lt;br /&gt;</w:t>
        <w:br/>
        <w:t>О дівчинко, куди біжиш ти?&lt;br /&gt;</w:t>
        <w:br/>
        <w:t>Кому це ти кричиш: залиште&lt;br /&gt;</w:t>
        <w:br/>
        <w:t>мене в безумії моїм?!</w:t>
      </w:r>
    </w:p>
    <w:p>
      <w:r>
        <w:br/>
        <w:t>2*</w:t>
      </w:r>
    </w:p>
    <w:p>
      <w:r>
        <w:br/>
        <w:t>До яблуні прийшла вона під ранок&lt;br /&gt;</w:t>
        <w:br/>
        <w:t>і на коліна впала</w:t>
      </w:r>
    </w:p>
    <w:p>
      <w:r>
        <w:br/>
        <w:t>й не дістала</w:t>
      </w:r>
    </w:p>
    <w:p>
      <w:r>
        <w:br/>
        <w:t>коліньми землю.</w:t>
      </w:r>
    </w:p>
    <w:p>
      <w:r>
        <w:br/>
        <w:t>Дівчина не впала —</w:t>
      </w:r>
    </w:p>
    <w:p>
      <w:r>
        <w:br/>
        <w:t>не дав, —</w:t>
      </w:r>
    </w:p>
    <w:p>
      <w:r>
        <w:br/>
        <w:t>немов хотів підвести, —</w:t>
      </w:r>
    </w:p>
    <w:p>
      <w:r>
        <w:br/>
        <w:t>зашморг.</w:t>
      </w:r>
    </w:p>
    <w:p>
      <w:r>
        <w:br/>
        <w:t>І дерево дрижить під небесами,&lt;br /&gt;</w:t>
        <w:br/>
        <w:t>і дівчину гойдає.</w:t>
      </w:r>
    </w:p>
    <w:p>
      <w:r>
        <w:br/>
        <w:t>Біля мами</w:t>
      </w:r>
    </w:p>
    <w:p>
      <w:r>
        <w:br/>
        <w:t>лягти вона хотіла. І до мами&lt;br /&gt;</w:t>
        <w:br/>
        <w:t>в повітрі добігала вже…</w:t>
      </w:r>
    </w:p>
    <w:p>
      <w:r>
        <w:br/>
        <w:t>над нами.</w:t>
      </w:r>
    </w:p>
    <w:p>
      <w:r>
        <w:br/>
        <w:t>Ми й поминальний виліпили пряник,&lt;br /&gt;</w:t>
        <w:br/>
        <w:t>щоб не забути,</w:t>
      </w:r>
    </w:p>
    <w:p>
      <w:r>
        <w:br/>
        <w:t>як ми розгойдали,</w:t>
      </w:r>
    </w:p>
    <w:p>
      <w:r>
        <w:br/>
        <w:t>щоб не забути,</w:t>
      </w:r>
    </w:p>
    <w:p>
      <w:r>
        <w:br/>
        <w:t>як ми відрізали</w:t>
      </w:r>
    </w:p>
    <w:p>
      <w:r>
        <w:br/>
        <w:t>невісту, доколисану під ранок.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Нічні дзвони володимирського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