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полонині</w:t>
      </w:r>
    </w:p>
    <w:p>
      <w:r>
        <w:br/>
        <w:t xml:space="preserve"> НІЧ НА ПОЛОНИНІ&lt;br /&gt;</w:t>
        <w:br/>
        <w:t>Драматична поема на 4 картини</w:t>
      </w:r>
    </w:p>
    <w:p>
      <w:r>
        <w:br/>
        <w:t>ДІЙОВІ ОСОБИ:&lt;br /&gt;</w:t>
        <w:br/>
        <w:t>Іван — молодий вівчар.&lt;br /&gt;</w:t>
        <w:br/>
        <w:t>Марійка — його наречена.&lt;br /&gt;</w:t>
        <w:br/>
        <w:t>Мавка І — гірська красуня.&lt;br /&gt;</w:t>
        <w:br/>
        <w:t>Степан — колишній вівчар.&lt;br /&gt;</w:t>
        <w:br/>
        <w:t>Лісовик.&lt;br /&gt;</w:t>
        <w:br/>
        <w:t>Лісовий чорт І, закоханий у Мавку-красуню.</w:t>
      </w:r>
    </w:p>
    <w:p>
      <w:r>
        <w:br/>
        <w:t>Мавки, чорти й інші лісові потвори.</w:t>
      </w:r>
    </w:p>
    <w:p>
      <w:r>
        <w:br/>
        <w:t>І КАРТИНА&lt;br /&gt;</w:t>
        <w:br/>
        <w:t>Полонинська галява. Колиба. Зрідка дерева, що переходять в праліс.&lt;br /&gt;</w:t>
        <w:br/>
        <w:t>Поволі вечоріє.&lt;br /&gt;</w:t>
        <w:br/>
        <w:t>Іван і Степан сидять на колоді під колибою.&lt;br /&gt;</w:t>
        <w:br/>
        <w:t>Степан&lt;br /&gt;</w:t>
        <w:br/>
        <w:t>Так я піду... Навідаюсь колись ще...&lt;br /&gt;</w:t>
        <w:br/>
        <w:t>Не так вже йдеться, як колись.&lt;br /&gt;</w:t>
        <w:br/>
        <w:t>Та й далечінь... коли б це ближче,&lt;br /&gt;</w:t>
        <w:br/>
        <w:t>Хоч і щодня б удвох зійшлись...&lt;br /&gt;</w:t>
        <w:br/>
        <w:t>Це будеш вперше ночувати&lt;br /&gt;</w:t>
        <w:br/>
        <w:t>На полонині? Страшно? Ні?&lt;br /&gt;</w:t>
        <w:br/>
        <w:t>Воно, хто звик лише до хати,&lt;br /&gt;</w:t>
        <w:br/>
        <w:t>Тому не дуже...&lt;br /&gt;</w:t>
        <w:br/>
        <w:t>Іван&lt;br /&gt;</w:t>
        <w:br/>
        <w:t>Це мені?&lt;br /&gt;</w:t>
        <w:br/>
        <w:t>Я не боюсь нічого в СВІТІГ&lt;br /&gt;</w:t>
        <w:br/>
        <w:t>Вола на ребра покладу,&lt;br /&gt;</w:t>
        <w:br/>
        <w:t>А як заграю на трембіті...&lt;br /&gt;</w:t>
        <w:br/>
        <w:t>Встають. Іван бере його за руку&lt;br /&gt;</w:t>
        <w:br/>
        <w:t>Степан&lt;br /&gt;</w:t>
        <w:br/>
        <w:t>Ось ти який!.. Ну, я піду.&lt;br /&gt;</w:t>
        <w:br/>
        <w:t>Іван&lt;br /&gt;</w:t>
        <w:br/>
        <w:t>Постійте, діду... Ви казали,&lt;br /&gt;</w:t>
        <w:br/>
        <w:t>Що тридцять років пасли тут.&lt;br /&gt;</w:t>
        <w:br/>
        <w:t>Якісь там випадки бували?&lt;br /&gt;</w:t>
        <w:br/>
        <w:t>Опришки, може? Хай ідуть!&lt;br /&gt;</w:t>
        <w:br/>
        <w:t>Для них у мене стане бука,&lt;br /&gt;</w:t>
        <w:br/>
        <w:t>А в стайні є ще й інша штука!..&lt;br /&gt;</w:t>
        <w:br/>
        <w:t>Степан&lt;br /&gt;</w:t>
        <w:br/>
        <w:t>Не про опришків в мене річ...&lt;br /&gt;</w:t>
        <w:br/>
        <w:t>Я б розказаві та швидко ніч.&lt;br /&gt;</w:t>
        <w:br/>
        <w:t>Іван&lt;br /&gt;</w:t>
        <w:br/>
        <w:t>Ану, кажіть.&lt;br /&gt;</w:t>
        <w:br/>
        <w:t>Степан&lt;br /&gt;</w:t>
        <w:br/>
        <w:t>Та пізно, сину...&lt;br /&gt;</w:t>
        <w:br/>
        <w:t>Ти вперше бачиш полонину...&lt;br /&gt;</w:t>
        <w:br/>
        <w:t>Тут дива творяться такі,&lt;br /&gt;</w:t>
        <w:br/>
        <w:t>Що, може, скажеш ти: "Байки!"&lt;br /&gt;</w:t>
        <w:br/>
        <w:t>...Там, в долах, люде...&lt;br /&gt;</w:t>
        <w:br/>
        <w:t>скрізь церкви.&lt;br /&gt;</w:t>
        <w:br/>
        <w:t>Ну, все нечисте й подалося&lt;br /&gt;</w:t>
        <w:br/>
        <w:t>На гори, в праліс, до трави&lt;br /&gt;</w:t>
        <w:br/>
        <w:t>І тут осіло й розвелося...&lt;br /&gt;</w:t>
        <w:br/>
        <w:t>От люде кажуть, може, й ти:&lt;br /&gt;</w:t>
        <w:br/>
        <w:t>"Перевелися вже чорти",—&lt;br /&gt;</w:t>
        <w:br/>
        <w:t>А це не так! Нечиста сила&lt;br /&gt;</w:t>
        <w:br/>
        <w:t>Всі полонини полонила!&lt;br /&gt;</w:t>
        <w:br/>
        <w:t>І варт вночі лиш не заснути —&lt;br /&gt;</w:t>
        <w:br/>
        <w:t>Все будеш бачити і чути.&lt;br /&gt;</w:t>
        <w:br/>
        <w:t>І я не вірив, та на горах&lt;br /&gt;</w:t>
        <w:br/>
        <w:t>Переконавсь я сам в потворах.&lt;br /&gt;</w:t>
        <w:br/>
        <w:t>Іван&lt;br /&gt;</w:t>
        <w:br/>
        <w:t>Ну, що ж ви бачили? Скажіть.&lt;br /&gt;</w:t>
        <w:br/>
        <w:t>Степан&lt;br /&gt;</w:t>
        <w:br/>
        <w:t>Сказав би я, та час біжить,&lt;br /&gt;</w:t>
        <w:br/>
        <w:t>А йти далеко ще додому.&lt;br /&gt;</w:t>
        <w:br/>
        <w:t>Мені не те, що молодому...</w:t>
      </w:r>
    </w:p>
    <w:p>
      <w:r>
        <w:br/>
        <w:t>Ну, та сідай... хоч пам'ять вже&lt;br /&gt;</w:t>
        <w:br/>
        <w:t>Не всі пригоди береже.&lt;br /&gt;</w:t>
        <w:br/>
        <w:t>Сідають.&lt;br /&gt;</w:t>
        <w:br/>
        <w:t>Іван&lt;br /&gt;</w:t>
        <w:br/>
        <w:t>Але скажіть... Наставлю вуха.&lt;br /&gt;</w:t>
        <w:br/>
        <w:t>Степан&lt;br /&gt;</w:t>
        <w:br/>
        <w:t>Та ти не смійсь... сиди та слухай.&lt;br /&gt;</w:t>
        <w:br/>
        <w:t>Давно колись на полонину&lt;br /&gt;</w:t>
        <w:br/>
        <w:t>Пригнав уперше я маржину '&lt;br /&gt;</w:t>
        <w:br/>
        <w:t>Не спалось... боязно вночі...&lt;br /&gt;</w:t>
        <w:br/>
        <w:t>Сміялись десь в лісах сичі,&lt;br /&gt;</w:t>
        <w:br/>
        <w:t>Літали чорні кажани...&lt;br /&gt;</w:t>
        <w:br/>
        <w:t>Ну, сумно так, як восени...&lt;br /&gt;</w:t>
        <w:br/>
        <w:t>Та місяць враз осяяв ніч,&lt;br /&gt;</w:t>
        <w:br/>
        <w:t>1 стало якось веселіш.&lt;br /&gt;</w:t>
        <w:br/>
        <w:t>Підвівся я... Дивлюсь: здаля&lt;br /&gt;</w:t>
        <w:br/>
        <w:t>Заворушилося гілля.&lt;br /&gt;</w:t>
        <w:br/>
        <w:t>Хоч вітру не було й малого!&lt;br /&gt;</w:t>
        <w:br/>
        <w:t>Чекаю: що то буде з того?&lt;br /&gt;</w:t>
        <w:br/>
        <w:t>Аж зирк! Дивлюсь: із-за кущів&lt;br /&gt;</w:t>
        <w:br/>
        <w:t>Чугайстер вискочив і сів!&lt;br /&gt;</w:t>
        <w:br/>
        <w:t>Кругом оглянувся з пенька,&lt;br /&gt;</w:t>
        <w:br/>
        <w:t>А в його мавчина рука!&lt;br /&gt;</w:t>
        <w:br/>
        <w:t>Раз-лва вкусив її і втік,—&lt;br /&gt;</w:t>
        <w:br/>
        <w:t>Лиш залунав по лісі сміх.&lt;br /&gt;</w:t>
        <w:br/>
        <w:t>Я не злякався, встав, пішов&lt;br /&gt;</w:t>
        <w:br/>
        <w:t>І на пеньку побачив кров.&lt;br /&gt;</w:t>
        <w:br/>
        <w:t>І кожна, бачу я, краплина&lt;br /&gt;</w:t>
        <w:br/>
        <w:t>Горить, як в день ясний калина.&lt;br /&gt;</w:t>
        <w:br/>
        <w:t>Вернувся я, сховавсь і жду:&lt;br /&gt;</w:t>
        <w:br/>
        <w:t>Кортить побачити біду!&lt;br /&gt;</w:t>
        <w:br/>
        <w:t>Дивлюсь: дві сарни з лісу: скік!&lt;br /&gt;</w:t>
        <w:br/>
        <w:t>(Чому я кріс не взяв на їх?)&lt;br /&gt;</w:t>
        <w:br/>
        <w:t>Став приглядатись: що таке?!&lt;br /&gt;</w:t>
        <w:br/>
        <w:t>Дві мавки плачуть: ме-ке-ке!&lt;br /&gt;</w:t>
        <w:br/>
        <w:t>А потім сіли на гілки&lt;br /&gt;</w:t>
        <w:br/>
        <w:t>І загойдалися мавки.&lt;br /&gt;</w:t>
        <w:br/>
        <w:t>Зачаїв духа... Враз з кущів&lt;br /&gt;</w:t>
        <w:br/>
        <w:t>Аж троє вибігло чортів!&lt;br /&gt;</w:t>
        <w:br/>
        <w:t>1 зараз битись! Галас, крик!..&lt;br /&gt;</w:t>
        <w:br/>
        <w:t>Коли виходить Лісовик:&lt;br /&gt;</w:t>
        <w:br/>
        <w:t>"Ви що це робите, чорти?&lt;br /&gt;</w:t>
        <w:br/>
        <w:t>Отак самих вас і пусти!&lt;br /&gt;</w:t>
        <w:br/>
        <w:t>Щоб зараз в нетрі, у куші,&lt;br /&gt;</w:t>
        <w:br/>
        <w:t>А то дістанете лящі! '"&lt;br /&gt;</w:t>
        <w:br/>
        <w:t>Втекли вони... і галас стих.&lt;br /&gt;</w:t>
        <w:br/>
        <w:t>Стоїть, замисливсь Лісовик.&lt;br /&gt;</w:t>
        <w:br/>
        <w:t>Зненацька я поворухнувсь...&lt;br /&gt;</w:t>
        <w:br/>
        <w:t>А він у кума обернувсь...&lt;br /&gt;</w:t>
        <w:br/>
        <w:t>Я встав, питаю: "Хто тут є?"&lt;br /&gt;</w:t>
        <w:br/>
        <w:t>А він: "Я, серденько моє,&lt;br /&gt;</w:t>
        <w:br/>
        <w:t>Тебе шукаю цілу ніч...&lt;br /&gt;</w:t>
        <w:br/>
        <w:t>Тут вдвох нам буде веселіш..."&lt;br /&gt;</w:t>
        <w:br/>
        <w:t>А я йому: "Іди здоров,&lt;br /&gt;</w:t>
        <w:br/>
        <w:t>А то чиясь проллється кров!"&lt;br /&gt;</w:t>
        <w:br/>
        <w:t>І що ж? Як в землю проваливсь!&lt;br /&gt;</w:t>
        <w:br/>
        <w:t>А я гарненько помоливсь,&lt;br /&gt;</w:t>
        <w:br/>
        <w:t>Ще чарку випив і заснув...&lt;br /&gt;</w:t>
        <w:br/>
        <w:t>І вже не бачив і не чув...&lt;br /&gt;</w:t>
        <w:br/>
        <w:t>Що скажеш, легіню, на те?&lt;br /&gt;</w:t>
        <w:br/>
        <w:t>Ага! Замислився...&lt;br /&gt;</w:t>
        <w:br/>
        <w:t>Іван&lt;br /&gt;</w:t>
        <w:br/>
        <w:t>Пусте!&lt;br /&gt;</w:t>
        <w:br/>
        <w:t>Коли надміру хтось нап'ється,&lt;br /&gt;</w:t>
        <w:br/>
        <w:t>1 не таке ще приверзеться.&lt;br /&gt;</w:t>
        <w:br/>
        <w:t>Степан&lt;br /&gt;</w:t>
        <w:br/>
        <w:t>Та кварту вихилиш, бува,&lt;br /&gt;</w:t>
        <w:br/>
        <w:t>А в мене свіжа голова!..&lt;br /&gt;</w:t>
        <w:br/>
        <w:t>Ну, вже піду я, а в неділю&lt;br /&gt;</w:t>
        <w:br/>
        <w:t>Пришлю тобі сорочку білу,—&lt;br /&gt;</w:t>
        <w:br/>
        <w:t>Сюди Марічка буде йти,&lt;br /&gt;</w:t>
        <w:br/>
        <w:t>Щось батьку має принести,&lt;br /&gt;</w:t>
        <w:br/>
        <w:t>Він тут, за милю навпростець,&lt;br /&gt;</w:t>
        <w:br/>
        <w:t>Отак, як ти, пасе овець.&lt;br /&gt;</w:t>
        <w:br/>
        <w:t>Зайди колись до нього й ти...</w:t>
      </w:r>
    </w:p>
    <w:p>
      <w:r>
        <w:br/>
        <w:t>Іван&lt;br /&gt;</w:t>
        <w:br/>
        <w:t>Отару треба стерегти...&lt;br /&gt;</w:t>
        <w:br/>
        <w:t>...Та й не люблюся я йому...&lt;br /&gt;</w:t>
        <w:br/>
        <w:t>Степан&lt;br /&gt;</w:t>
        <w:br/>
        <w:t>Та я вже знаю і чому...&lt;br /&gt;</w:t>
        <w:br/>
        <w:t>Марійка винна!.. Не вчащай!&lt;br /&gt;</w:t>
        <w:br/>
        <w:t>Або сватів вже посилай!..&lt;br /&gt;</w:t>
        <w:br/>
        <w:t>Колись я дівчину пізнав...&lt;br /&gt;</w:t>
        <w:br/>
        <w:t>Не став ловити довго гав!&lt;br /&gt;</w:t>
        <w:br/>
        <w:t>За тиждень щось і шлюб взяли.&lt;br /&gt;</w:t>
        <w:br/>
        <w:t>Не ті часи колись були!&lt;br /&gt;</w:t>
        <w:br/>
        <w:t>Іван&lt;br /&gt;</w:t>
        <w:br/>
        <w:t>За мене він би не віддав,—&lt;br /&gt;</w:t>
        <w:br/>
        <w:t>Я б старостів сю мить послав!&lt;br /&gt;</w:t>
        <w:br/>
        <w:t>У його ґазда у думках,&lt;br /&gt;</w:t>
        <w:br/>
        <w:t>Воли у ярмах, у возах.&lt;br /&gt;</w:t>
        <w:br/>
        <w:t>На луках коней табуни,&lt;br /&gt;</w:t>
        <w:br/>
        <w:t>А в мене — подрані штани.&lt;br /&gt;</w:t>
        <w:br/>
        <w:t>Степан&lt;br /&gt;</w:t>
        <w:br/>
        <w:t>А приклад ти бери від газд:&lt;br /&gt;</w:t>
        <w:br/>
        <w:t>Роби, і буде все гаразд!&lt;br /&gt;</w:t>
        <w:br/>
        <w:t>Самому лише гультяю...&lt;br /&gt;</w:t>
        <w:br/>
        <w:t>Іван&lt;br /&gt;</w:t>
        <w:br/>
        <w:t>Чи я гуляю? Не роблю?..&lt;br /&gt;</w:t>
        <w:br/>
        <w:t>Степан&lt;br /&gt;</w:t>
        <w:br/>
        <w:t>Та я про тебе не кажу...&lt;br /&gt;</w:t>
        <w:br/>
        <w:t>Ну, так, нарешті, побіжу.&lt;br /&gt;</w:t>
        <w:br/>
        <w:t>Бувай здоровий!.. Боже мій,&lt;br /&gt;</w:t>
        <w:br/>
        <w:t>Заговоривсь, а шлях який!&lt;br /&gt;</w:t>
        <w:br/>
        <w:t>Смеркає... Треба поспішати.&lt;br /&gt;</w:t>
        <w:br/>
        <w:t>Іван&lt;br /&gt;</w:t>
        <w:br/>
        <w:t>Загляньте там колись до хати.&lt;br /&gt;</w:t>
        <w:br/>
        <w:t>Скажіть, щоб кухлика дали.&lt;br /&gt;</w:t>
        <w:br/>
        <w:t>Бо вже мого чорти взяли.&lt;br /&gt;</w:t>
        <w:br/>
        <w:t>Також не щедро в мене з сіллю.&lt;br /&gt;</w:t>
        <w:br/>
        <w:t>Степан&lt;br /&gt;</w:t>
        <w:br/>
        <w:t>Марійка прийде у неділю,—&lt;br /&gt;</w:t>
        <w:br/>
        <w:t>Що потребуєш, те усе&lt;br /&gt;</w:t>
        <w:br/>
        <w:t>Тобі Марійка й принесе.&lt;br /&gt;</w:t>
        <w:br/>
        <w:t>Іван&lt;br /&gt;</w:t>
        <w:br/>
        <w:t>Та ні, здається, більш нічого.&lt;br /&gt;</w:t>
        <w:br/>
        <w:t>Степан&lt;br /&gt;</w:t>
        <w:br/>
        <w:t>Піду,— бувай здоровий!&lt;br /&gt;</w:t>
        <w:br/>
        <w:t>Іван&lt;br /&gt;</w:t>
        <w:br/>
        <w:t>З Богом!&lt;br /&gt;</w:t>
        <w:br/>
        <w:t>Степан пішов.&lt;br /&gt;</w:t>
        <w:br/>
        <w:t>Іван (встає і лаштується спати)&lt;br /&gt;</w:t>
        <w:br/>
        <w:t>Пішов старий... Як не бувало.&lt;br /&gt;</w:t>
        <w:br/>
        <w:t>І якось моторошно стало...&lt;br /&gt;</w:t>
        <w:br/>
        <w:t>...Це смішно: вірити в чортів,&lt;br /&gt;</w:t>
        <w:br/>
        <w:t>В якихсь мавок, лісовиків!&lt;br /&gt;</w:t>
        <w:br/>
        <w:t>Учитель в школі нам казав,&lt;br /&gt;</w:t>
        <w:br/>
        <w:t>Що інший світ тепер настав,&lt;br /&gt;</w:t>
        <w:br/>
        <w:t>Що слід по відьмах, по чортах&lt;br /&gt;</w:t>
        <w:br/>
        <w:t>Лишився тільки у казках...&lt;br /&gt;</w:t>
        <w:br/>
        <w:t>Це справді смішно... але знов&lt;br /&gt;</w:t>
        <w:br/>
        <w:t>Холоне наче в жилах кров...&lt;br /&gt;</w:t>
        <w:br/>
        <w:t>Візьму й засну на злість чортам!&lt;br /&gt;</w:t>
        <w:br/>
        <w:t>Та я їх всіх здолаю сам!&lt;br /&gt;</w:t>
        <w:br/>
        <w:t>Ух, холодно!.. Лягти б мерщій,&lt;br /&gt;</w:t>
        <w:br/>
        <w:t>А там і сонце, й день ясний!&lt;br /&gt;</w:t>
        <w:br/>
        <w:t>(Лягає).&lt;br /&gt;</w:t>
        <w:br/>
        <w:t>...Марійка! Тиждень лиш мине,&lt;br /&gt;</w:t>
        <w:br/>
        <w:t>І прийде вгледіти мене!&lt;br /&gt;</w:t>
        <w:br/>
        <w:t>Пізнались ми — неповний рік,&lt;br /&gt;</w:t>
        <w:br/>
        <w:t>А як до неї я вже звик!&lt;br /&gt;</w:t>
        <w:br/>
        <w:t>Ввесь день летять думки мої:&lt;br /&gt;</w:t>
        <w:br/>
        <w:t>Коли б угледіти її!&lt;br /&gt;</w:t>
        <w:br/>
        <w:t>А вечір прийде — і вона&lt;br /&gt;</w:t>
        <w:br/>
        <w:t>Цвіте мені вже, як весна!&lt;br /&gt;</w:t>
        <w:br/>
        <w:t>Не наговоримось, а час&lt;br /&gt;</w:t>
        <w:br/>
        <w:t>Летить потоком мимо нас.</w:t>
      </w:r>
    </w:p>
    <w:p>
      <w:r>
        <w:br/>
        <w:t>Уже й світає... Вже б піти,&lt;br /&gt;</w:t>
        <w:br/>
        <w:t>Хоч на хвилиночку лягти!&lt;br /&gt;</w:t>
        <w:br/>
        <w:t>Не встиг заснути, задрімати,&lt;br /&gt;</w:t>
        <w:br/>
        <w:t>А двері: рип! Хтось вийшов з хати...&lt;br /&gt;</w:t>
        <w:br/>
        <w:t>Корова "му", реве бугай,&lt;br /&gt;</w:t>
        <w:br/>
        <w:t>І вже над вухом: "Гей, вставай!&lt;br /&gt;</w:t>
        <w:br/>
        <w:t>Жени корів на водопій!"&lt;br /&gt;</w:t>
        <w:br/>
        <w:t>А спати, спати... Боже мій!&lt;br /&gt;</w:t>
        <w:br/>
        <w:t>Важка, як камінь, голова,&lt;br /&gt;</w:t>
        <w:br/>
        <w:t>А в вухах ще бринять слова:&lt;br /&gt;</w:t>
        <w:br/>
        <w:t>"Так знову ввечері, в садку..."&lt;br /&gt;</w:t>
        <w:br/>
        <w:t>Лягти, заснути в холодку,—&lt;br /&gt;</w:t>
        <w:br/>
        <w:t>А тут: рубай, копай, носи&lt;br /&gt;</w:t>
        <w:br/>
        <w:t>Або траву чи хліб коси...&lt;br /&gt;</w:t>
        <w:br/>
        <w:t>Ех, швидше, літечко, мини!&lt;br /&gt;</w:t>
        <w:br/>
        <w:t>А там і шлюб вже восени!&lt;br /&gt;</w:t>
        <w:br/>
        <w:t>(Засинає).&lt;br /&gt;</w:t>
        <w:br/>
        <w:t>Ніш.пін місяць і посріблив ніч. Дві мавки з сміхом вибігають&lt;br /&gt;</w:t>
        <w:br/>
        <w:t>з лісу.&lt;br /&gt;</w:t>
        <w:br/>
        <w:t>Мавка II&lt;br /&gt;</w:t>
        <w:br/>
        <w:t>А я кажу йому: "З надії&lt;br /&gt;</w:t>
        <w:br/>
        <w:t>Хіба що дурень багатіє!"&lt;br /&gt;</w:t>
        <w:br/>
        <w:t>Мавка І&lt;br /&gt;</w:t>
        <w:br/>
        <w:t>У нас, ти чула, новина?&lt;br /&gt;</w:t>
        <w:br/>
        <w:t>Мавка II&lt;br /&gt;</w:t>
        <w:br/>
        <w:t>Дивлюсь: яка ти чарівна!..&lt;br /&gt;</w:t>
        <w:br/>
        <w:t>Мавка І&lt;br /&gt;</w:t>
        <w:br/>
        <w:t>Лиши! Нащо мені краса&lt;br /&gt;</w:t>
        <w:br/>
        <w:t>На полонинах та в лісах!?&lt;br /&gt;</w:t>
        <w:br/>
        <w:t>Для кого тут мені цвісти.&lt;br /&gt;</w:t>
        <w:br/>
        <w:t>Коли в лісах самі чорти?..&lt;br /&gt;</w:t>
        <w:br/>
        <w:t>Кого любить? Лісовика?&lt;br /&gt;</w:t>
        <w:br/>
        <w:t>Старого лисого пенька?..&lt;br /&gt;</w:t>
        <w:br/>
        <w:t>Коли б був леґінь молодий,&lt;br /&gt;</w:t>
        <w:br/>
        <w:t>Ясний, як ранок золотий!&lt;br /&gt;</w:t>
        <w:br/>
        <w:t>Коли б я віри пойняла.&lt;br /&gt;</w:t>
        <w:br/>
        <w:t>Йому б все серце віддала!&lt;br /&gt;</w:t>
        <w:br/>
        <w:t>Мавка II&lt;br /&gt;</w:t>
        <w:br/>
        <w:t>За чим же стало? Зараз час,&lt;br /&gt;</w:t>
        <w:br/>
        <w:t>Як саме легіні у нас&lt;br /&gt;</w:t>
        <w:br/>
        <w:t>Пасуть маржину. Вибирай&lt;br /&gt;</w:t>
        <w:br/>
        <w:t>Якого хочеш і кохай!&lt;br /&gt;</w:t>
        <w:br/>
        <w:t>Мавка І&lt;br /&gt;</w:t>
        <w:br/>
        <w:t>Коли б я віри пойняла...&lt;br /&gt;</w:t>
        <w:br/>
        <w:t>(Задумливо).&lt;br /&gt;</w:t>
        <w:br/>
        <w:t>Думки їх линуть до села...&lt;br /&gt;</w:t>
        <w:br/>
        <w:t>Один жонатий, діти має,&lt;br /&gt;</w:t>
        <w:br/>
        <w:t>А другий дівчину кохає.&lt;br /&gt;</w:t>
        <w:br/>
        <w:t>А я... хотіла б я такого.&lt;br /&gt;</w:t>
        <w:br/>
        <w:t>Щоб не любив він ще нікого.&lt;br /&gt;</w:t>
        <w:br/>
        <w:t>Мавка II&lt;br /&gt;</w:t>
        <w:br/>
        <w:t>Постій! Дивись: хтось там лежить...&lt;br /&gt;</w:t>
        <w:br/>
        <w:t>Ану, підкрадьмось: певно, спить.&lt;br /&gt;</w:t>
        <w:br/>
        <w:t>Мавка І&lt;br /&gt;</w:t>
        <w:br/>
        <w:t>Піди, та тихо, не збуди...&lt;br /&gt;</w:t>
        <w:br/>
        <w:t>Поза колибою зайди...&lt;br /&gt;</w:t>
        <w:br/>
        <w:t>Мавка II підкрадається й показує знаками, що леґінь спить.&lt;br /&gt;</w:t>
        <w:br/>
        <w:t>Мавка II&lt;br /&gt;</w:t>
        <w:br/>
        <w:t>Він спить... ходи! А глянь, який!&lt;br /&gt;</w:t>
        <w:br/>
        <w:t>Ой, файний, дужий, молодий!&lt;br /&gt;</w:t>
        <w:br/>
        <w:t>Мавка І (підійшовши)&lt;br /&gt;</w:t>
        <w:br/>
        <w:t>Він має, може, двадцять літ.&lt;br /&gt;</w:t>
        <w:br/>
        <w:t>Мавка II&lt;br /&gt;</w:t>
        <w:br/>
        <w:t>А як цвіте! Як маків цвіт!&lt;br /&gt;</w:t>
        <w:br/>
        <w:t>М а в к а І&lt;br /&gt;</w:t>
        <w:br/>
        <w:t>Він усміхається у сні.&lt;br /&gt;</w:t>
        <w:br/>
        <w:t>Мавка II&lt;br /&gt;</w:t>
        <w:br/>
        <w:t>Радіє він своїй весні.</w:t>
      </w:r>
    </w:p>
    <w:p>
      <w:r>
        <w:br/>
        <w:t>Мавка І&lt;br /&gt;</w:t>
        <w:br/>
        <w:t>А може, дівчина з села&lt;br /&gt;</w:t>
        <w:br/>
        <w:t>І тут у сні його знайшла!&lt;br /&gt;</w:t>
        <w:br/>
        <w:t>Мавка II&lt;br /&gt;</w:t>
        <w:br/>
        <w:t>Уже і дівчина! Чому&lt;br /&gt;</w:t>
        <w:br/>
        <w:t>Вона приснилася б йому?&lt;br /&gt;</w:t>
        <w:br/>
        <w:t>Давай-но збудимо його!&lt;br /&gt;</w:t>
        <w:br/>
        <w:t>Мавка І&lt;br /&gt;</w:t>
        <w:br/>
        <w:t>Ти збожеволіла?&lt;br /&gt;</w:t>
        <w:br/>
        <w:t>Мавка II&lt;br /&gt;</w:t>
        <w:br/>
        <w:t>Чого? А я збуджу!&lt;br /&gt;</w:t>
        <w:br/>
        <w:t>Мавка І&lt;br /&gt;</w:t>
        <w:br/>
        <w:t>А я втечу!&lt;br /&gt;</w:t>
        <w:br/>
        <w:t>Мавка II&lt;br /&gt;</w:t>
        <w:br/>
        <w:t>Постій. Я зараз закричу.&lt;br /&gt;</w:t>
        <w:br/>
        <w:t>Перелякається: "Що є!?"&lt;br /&gt;</w:t>
        <w:br/>
        <w:t>"Нічого, серденько моє!&lt;br /&gt;</w:t>
        <w:br/>
        <w:t>Це ми побачили — хтось спить,&lt;br /&gt;</w:t>
        <w:br/>
        <w:t>Ну, і злякалися..." Та цить!&lt;br /&gt;</w:t>
        <w:br/>
        <w:t>С Кричить).&lt;br /&gt;</w:t>
        <w:br/>
        <w:t>Ай-ай, рятуйте!&lt;br /&gt;</w:t>
        <w:br/>
        <w:t>Іван (прокинувшись)&lt;br /&gt;</w:t>
        <w:br/>
        <w:t>Хто тут є?&lt;br /&gt;</w:t>
        <w:br/>
        <w:t>Мавка II&lt;br /&gt;</w:t>
        <w:br/>
        <w:t>Це ми тут, серденько моє!..&lt;br /&gt;</w:t>
        <w:br/>
        <w:t>Іван&lt;br /&gt;</w:t>
        <w:br/>
        <w:t>Хто ви? Опришки"? Ні, жінки...&lt;br /&gt;</w:t>
        <w:br/>
        <w:t>Мавка II&lt;br /&gt;</w:t>
        <w:br/>
        <w:t>Ми, правду кажучи, мавки.&lt;br /&gt;</w:t>
        <w:br/>
        <w:t>Іван&lt;br /&gt;</w:t>
        <w:br/>
        <w:t>Мавки? Потвори лісові?&lt;br /&gt;</w:t>
        <w:br/>
        <w:t>На горах привиди живі?&lt;br /&gt;</w:t>
        <w:br/>
        <w:t>Мавка II&lt;br /&gt;</w:t>
        <w:br/>
        <w:t>Потвори? Привиди? Чи ми.&lt;br /&gt;</w:t>
        <w:br/>
        <w:t>Як ти, не дихаєм грудьми?&lt;br /&gt;</w:t>
        <w:br/>
        <w:t>Іван&lt;br /&gt;</w:t>
        <w:br/>
        <w:t>Чому ж ховаєтесь ви всі&lt;br /&gt;</w:t>
        <w:br/>
        <w:t>На гори ці або в ліси?&lt;br /&gt;</w:t>
        <w:br/>
        <w:t>Мавка II&lt;br /&gt;</w:t>
        <w:br/>
        <w:t>Нас породили матері&lt;br /&gt;</w:t>
        <w:br/>
        <w:t>То в лісі десь, то на горі,&lt;br /&gt;</w:t>
        <w:br/>
        <w:t>Тому в долині, на селі,&lt;br /&gt;</w:t>
        <w:br/>
        <w:t>Ми ходим, наче не свої.&lt;br /&gt;</w:t>
        <w:br/>
        <w:t>У нас тече мандрівна кров:&lt;br /&gt;</w:t>
        <w:br/>
        <w:t>Кудись би їхав все чи йшов,&lt;br /&gt;</w:t>
        <w:br/>
        <w:t>В хатах нам тісно, душить дах...&lt;br /&gt;</w:t>
        <w:br/>
        <w:t>Мавка І&lt;br /&gt;</w:t>
        <w:br/>
        <w:t>Ми зір шукаєм по ночах...&lt;br /&gt;</w:t>
        <w:br/>
        <w:t>Мавка II&lt;br /&gt;</w:t>
        <w:br/>
        <w:t>Не дорівнятись всім свічка'м,&lt;br /&gt;</w:t>
        <w:br/>
        <w:t>Коли засвітить місяць нам,&lt;br /&gt;</w:t>
        <w:br/>
        <w:t>Осяє гори і ліси,—&lt;br /&gt;</w:t>
        <w:br/>
        <w:t>Такої в вас нема краси.&lt;br /&gt;</w:t>
        <w:br/>
        <w:t>Іван&lt;br /&gt;</w:t>
        <w:br/>
        <w:t>Цей місяць світить і у нас,&lt;br /&gt;</w:t>
        <w:br/>
        <w:t>Та міцно ми спимо в той час.&lt;br /&gt;</w:t>
        <w:br/>
        <w:t>Чим більш працюєш, тим міцніш&lt;br /&gt;</w:t>
        <w:br/>
        <w:t>По праці втомлений і спиш.&lt;br /&gt;</w:t>
        <w:br/>
        <w:t>А ви, здається, вдень спите.&lt;br /&gt;</w:t>
        <w:br/>
        <w:t>Мавка І&lt;br /&gt;</w:t>
        <w:br/>
        <w:t>Це вдень, коли усе цвіте,&lt;br /&gt;</w:t>
        <w:br/>
        <w:t>Коли шумить потік пісень?&lt;br /&gt;</w:t>
        <w:br/>
        <w:t>Хто ж буде спати в Божий день?&lt;br /&gt;</w:t>
        <w:br/>
        <w:t>Іван&lt;br /&gt;</w:t>
        <w:br/>
        <w:t>То все в вас робиться само?&lt;br /&gt;</w:t>
        <w:br/>
        <w:t>Мавка І&lt;br /&gt;</w:t>
        <w:br/>
        <w:t>Ми праліс цей стережемо.&lt;br /&gt;</w:t>
        <w:br/>
        <w:t>Мавка II&lt;br /&gt;</w:t>
        <w:br/>
        <w:t>Лякаєм злодіїв з долин.&lt;br /&gt;</w:t>
        <w:br/>
        <w:t>Щоб щось не вкрали з полонин,&lt;br /&gt;</w:t>
        <w:br/>
        <w:t>Каміння зносим на стежки,&lt;br /&gt;</w:t>
        <w:br/>
        <w:t>Трембіти робимо, ріжки...&lt;br /&gt;</w:t>
        <w:br/>
        <w:t>Мавка І&lt;br /&gt;</w:t>
        <w:br/>
        <w:t>Та вишиваєм сорочки.&lt;br /&gt;</w:t>
        <w:br/>
        <w:t>Іван&lt;br /&gt;</w:t>
        <w:br/>
        <w:t>Не чув... Але кому і чим?&lt;br /&gt;</w:t>
        <w:br/>
        <w:t>Мавка І&lt;br /&gt;</w:t>
        <w:br/>
        <w:t>Усі промінням золотим!&lt;br /&gt;</w:t>
        <w:br/>
        <w:t>Іван&lt;br /&gt;</w:t>
        <w:br/>
        <w:t>А що коштує? Я б купив,&lt;br /&gt;</w:t>
        <w:br/>
        <w:t>Та хто б і вишив, і пошив?&lt;br /&gt;</w:t>
        <w:br/>
        <w:t>Мавка І&lt;br /&gt;</w:t>
        <w:br/>
        <w:t>Хоч би і я. Зроблю як слід...&lt;br /&gt;</w:t>
        <w:br/>
        <w:t>Здивуєш нею цілий світ.&lt;br /&gt;</w:t>
        <w:br/>
        <w:t>На ній волошки й нагідки&lt;br /&gt;</w:t>
        <w:br/>
        <w:t>Цвістимуть, як живі квітки.&lt;br /&gt;</w:t>
        <w:br/>
        <w:t>Іван&lt;br /&gt;</w:t>
        <w:br/>
        <w:t>Гаразд! А скільки візьмеш ти?&lt;br /&gt;</w:t>
        <w:br/>
        <w:t>Мавка І&lt;br /&gt;</w:t>
        <w:br/>
        <w:t>Рахунок встигнемо звести...&lt;br /&gt;</w:t>
        <w:br/>
        <w:t>Іван&lt;br /&gt;</w:t>
        <w:br/>
        <w:t>Одначе, скільки?&lt;br /&gt;</w:t>
        <w:br/>
        <w:t>Мавка І&lt;br /&gt;</w:t>
        <w:br/>
        <w:t>Не скажу.&lt;br /&gt;</w:t>
        <w:br/>
        <w:t>Коли пошию, покажу,&lt;br /&gt;</w:t>
        <w:br/>
        <w:t>А ти побачиш — скажеш сам.&lt;br /&gt;</w:t>
        <w:br/>
        <w:t>І в а п&lt;br /&gt;</w:t>
        <w:br/>
        <w:t>Але багато я не дам!&lt;br /&gt;</w:t>
        <w:br/>
        <w:t>Мавка І&lt;br /&gt;</w:t>
        <w:br/>
        <w:t>Та де багато?! Не турбуйсь.&lt;br /&gt;</w:t>
        <w:br/>
        <w:t>Лише зо мною... поцілуйсь.&lt;br /&gt;</w:t>
        <w:br/>
        <w:t>( Сміється).&lt;br /&gt;</w:t>
        <w:br/>
        <w:t>Іван замислився.&lt;br /&gt;</w:t>
        <w:br/>
        <w:t>Голос Лісовика&lt;br /&gt;</w:t>
        <w:br/>
        <w:t>Порозбігались! На місця!&lt;br /&gt;</w:t>
        <w:br/>
        <w:t>Он в яр скотилася вівця.&lt;br /&gt;</w:t>
        <w:br/>
        <w:t>Хто витягатиме її?&lt;br /&gt;</w:t>
        <w:br/>
        <w:t>Сам я? А слуги де мої?&lt;br /&gt;</w:t>
        <w:br/>
        <w:t>Нероби! Зараз на місця!&lt;br /&gt;</w:t>
        <w:br/>
        <w:t>Щоб зараз тут була вівця!&lt;br /&gt;</w:t>
        <w:br/>
        <w:t>Мавка II&lt;br /&gt;</w:t>
        <w:br/>
        <w:t>Біжім. Це кличе Лісовик,&lt;br /&gt;</w:t>
        <w:br/>
        <w:t>А жартувати він не звик!..&lt;br /&gt;</w:t>
        <w:br/>
        <w:t>Мавка І&lt;br /&gt;</w:t>
        <w:br/>
        <w:t>Ходім!&lt;br /&gt;</w:t>
        <w:br/>
        <w:t>(До Івана).&lt;br /&gt;</w:t>
        <w:br/>
        <w:t>Прощай! Не май журби:&lt;br /&gt;</w:t>
        <w:br/>
        <w:t>Я все, я все зроблю тобі...&lt;br /&gt;</w:t>
        <w:br/>
        <w:t>Не жди ні лиха, ні напасті,&lt;br /&gt;</w:t>
        <w:br/>
        <w:t>Сама я буду вівці пасти,&lt;br /&gt;</w:t>
        <w:br/>
        <w:t>На кращу пашу пожену,&lt;br /&gt;</w:t>
        <w:br/>
        <w:t>Вовків, ведмедя оджену.&lt;br /&gt;</w:t>
        <w:br/>
        <w:t>Не задрімаю й на хвилину,&lt;br /&gt;</w:t>
        <w:br/>
        <w:t>Догляну кожну, як дитину,&lt;br /&gt;</w:t>
        <w:br/>
        <w:t>І кришталевою водою&lt;br /&gt;</w:t>
        <w:br/>
        <w:t>Щодня отароньку напою.&lt;br /&gt;</w:t>
        <w:br/>
        <w:t>Іван&lt;br /&gt;</w:t>
        <w:br/>
        <w:t>Спасибі, Мавко, а сюди&lt;br /&gt;</w:t>
        <w:br/>
        <w:t>Колись, як схочеться, прийди.&lt;br /&gt;</w:t>
        <w:br/>
        <w:t>Мавка І&lt;br /&gt;</w:t>
        <w:br/>
        <w:t>Щоб я прийшла, прохаєш ти?..&lt;br /&gt;</w:t>
        <w:br/>
        <w:t>І як змогла б я не прийти?!&lt;br /&gt;</w:t>
        <w:br/>
        <w:t>Голос Лісовика&lt;br /&gt;</w:t>
        <w:br/>
        <w:t>Куди пропали?! На гульні!&lt;br /&gt;</w:t>
        <w:br/>
        <w:t>Овечка, чуєте, на дні!</w:t>
      </w:r>
    </w:p>
    <w:p>
      <w:r>
        <w:br/>
        <w:t>Не витягатиму вам я!..&lt;br /&gt;</w:t>
        <w:br/>
        <w:t>У вас все в головах гульня!&lt;br /&gt;</w:t>
        <w:br/>
        <w:t>Мавка II&lt;br /&gt;</w:t>
        <w:br/>
        <w:t>Біжім, розсердиться старий!&lt;br /&gt;</w:t>
        <w:br/>
        <w:t>Все перекине догори,&lt;br /&gt;</w:t>
        <w:br/>
        <w:t>Прокрадьмось яром до вівці,&lt;br /&gt;</w:t>
        <w:br/>
        <w:t>І будуть всі в воді кінці.&lt;br /&gt;</w:t>
        <w:br/>
        <w:t>Мавка І&lt;br /&gt;</w:t>
        <w:br/>
        <w:t>Прощай! Засни, а хтось за мить&lt;br /&gt;</w:t>
        <w:br/>
        <w:t>В твій сон на крилах прилетить.&lt;br /&gt;</w:t>
        <w:br/>
        <w:t>Мавки зникають.&lt;br /&gt;</w:t>
        <w:br/>
        <w:t>Іван&lt;br /&gt;</w:t>
        <w:br/>
        <w:t>Оце тобі і полонина!&lt;br /&gt;</w:t>
        <w:br/>
        <w:t>Незнаних див самих країна!&lt;br /&gt;</w:t>
        <w:br/>
        <w:t>...Так, це мавки! Ну й чарівні!&lt;br /&gt;</w:t>
        <w:br/>
        <w:t>І в снах не снилося мені!&lt;br /&gt;</w:t>
        <w:br/>
        <w:t>...А що, як котрусь полюблю&lt;br /&gt;</w:t>
        <w:br/>
        <w:t>І кину дівчину свою?&lt;br /&gt;</w:t>
        <w:br/>
        <w:t>...Вона б зів'яла, як трава...&lt;br /&gt;</w:t>
        <w:br/>
        <w:t>Засну: болить щось голова...&lt;br /&gt;</w:t>
        <w:br/>
        <w:t>...Любити мавку?! Це є гріх.&lt;br /&gt;</w:t>
        <w:br/>
        <w:t>Сидить нечиста сила в них!&lt;br /&gt;</w:t>
        <w:br/>
        <w:t>...Сорочку вишиє сама...&lt;br /&gt;</w:t>
        <w:br/>
        <w:t>Ну що ж, носитиму — дарма!&lt;br /&gt;</w:t>
        <w:br/>
        <w:t>А може, й це великий гріх?..&lt;br /&gt;</w:t>
        <w:br/>
        <w:t>Спитати треба у старих.&lt;br /&gt;</w:t>
        <w:br/>
        <w:t>...Ох Мавко, Мавко, не заснути —&lt;br /&gt;</w:t>
        <w:br/>
        <w:t>Влила у серце ти отрути.&lt;br /&gt;</w:t>
        <w:br/>
        <w:t>(Перевертається на другий бік).&lt;br /&gt;</w:t>
        <w:br/>
        <w:t>Голос Лісовика&lt;br /&gt;</w:t>
        <w:br/>
        <w:t>Порозбігались! Ні душі.&lt;br /&gt;</w:t>
        <w:br/>
        <w:t>Всі пообшукую кущі.&lt;br /&gt;</w:t>
        <w:br/>
        <w:t>Дуби, смереки потрощу,&lt;br /&gt;</w:t>
        <w:br/>
        <w:t>А так цього не залишу!&lt;br /&gt;</w:t>
        <w:br/>
        <w:t>Завіса</w:t>
      </w:r>
    </w:p>
    <w:p>
      <w:r>
        <w:br/>
        <w:t>II КАРТИНА</w:t>
      </w:r>
    </w:p>
    <w:p>
      <w:r>
        <w:br/>
        <w:t>Вечір. Декорація 1-ї дії. На колоді під колибою сидить Івані грає на&lt;br /&gt;</w:t>
        <w:br/>
        <w:t>флоярі '. Далі співає:&lt;br /&gt;</w:t>
        <w:br/>
        <w:t>Діброво зелена,&lt;br /&gt;</w:t>
        <w:br/>
        <w:t>В три ряди саджена...&lt;br /&gt;</w:t>
        <w:br/>
        <w:t>Ой ду-ду, дуду, ду-ду і т. д.&lt;br /&gt;</w:t>
        <w:br/>
        <w:t>Потім грає знову мелодію тієї самої пісні. Із-за кущів виглядає&lt;br /&gt;</w:t>
        <w:br/>
        <w:t>Марійка, всміхається і починає обережно збоку підкрадатись до&lt;br /&gt;</w:t>
        <w:br/>
        <w:t>Івана. За хвилину підбігає й лякає парубка.&lt;br /&gt;</w:t>
        <w:br/>
        <w:t>Марійка&lt;br /&gt;</w:t>
        <w:br/>
        <w:t>Агов! Злякавсь? Не ждав мене?&lt;br /&gt;</w:t>
        <w:br/>
        <w:t>А я здаля тебе пізнала,&lt;br /&gt;</w:t>
        <w:br/>
        <w:t>Коли, як срібло чарівне,&lt;br /&gt;</w:t>
        <w:br/>
        <w:t>Твоя флояра заспівала.&lt;br /&gt;</w:t>
        <w:br/>
        <w:t>Чого ж... неначе ти... смутний?&lt;br /&gt;</w:t>
        <w:br/>
        <w:t>Не звик до гір? Ти звик до хати!&lt;br /&gt;</w:t>
        <w:br/>
        <w:t>Та тут самому страшно й спати:&lt;br /&gt;</w:t>
        <w:br/>
        <w:t>Опришки, кажуть, люд страшний!&lt;br /&gt;</w:t>
        <w:br/>
        <w:t>Іван&lt;br /&gt;</w:t>
        <w:br/>
        <w:t>Які опришки?! Це колись&lt;br /&gt;</w:t>
        <w:br/>
        <w:t>В гірських лісах жили опришки,&lt;br /&gt;</w:t>
        <w:br/>
        <w:t>Ще, може, десь і є їх лишки,&lt;br /&gt;</w:t>
        <w:br/>
        <w:t>А тут вони перевелись.&lt;br /&gt;</w:t>
        <w:br/>
        <w:t>Марійка&lt;br /&gt;</w:t>
        <w:br/>
        <w:t>А я для тебе принесла&lt;br /&gt;</w:t>
        <w:br/>
        <w:t>Сорочку, глечик, солонину.&lt;br /&gt;</w:t>
        <w:br/>
        <w:t>(Виймає з тобівки й передає).&lt;br /&gt;</w:t>
        <w:br/>
        <w:t>Ну, відпочину тут хвилину,&lt;br /&gt;</w:t>
        <w:br/>
        <w:t>Але завидна щоб дійшла.&lt;br /&gt;</w:t>
        <w:br/>
        <w:t>Іван&lt;br /&gt;</w:t>
        <w:br/>
        <w:t>Сідай, спочинь, та не барись!&lt;br /&gt;</w:t>
        <w:br/>
        <w:t>Бо сонце, бачиш, вже сідає.&lt;br /&gt;</w:t>
        <w:br/>
        <w:t>На полонині все буває...&lt;br /&gt;</w:t>
        <w:br/>
        <w:t>Чорти тут, кажуть, завелись.&lt;br /&gt;</w:t>
        <w:br/>
        <w:t>Марійка&lt;br /&gt;</w:t>
        <w:br/>
        <w:t>То ти, дивись, хоч проведи!..</w:t>
      </w:r>
    </w:p>
    <w:p>
      <w:r>
        <w:br/>
        <w:t>Іван&lt;br /&gt;</w:t>
        <w:br/>
        <w:t>Чого там? Дійдеш і сама ти.&lt;br /&gt;</w:t>
        <w:br/>
        <w:t>Марійка&lt;br /&gt;</w:t>
        <w:br/>
        <w:t>Чи, може, тут... заночувати!&lt;br /&gt;</w:t>
        <w:br/>
        <w:t>Іван&lt;br /&gt;</w:t>
        <w:br/>
        <w:t>Чорти приходять і сюди!&lt;br /&gt;</w:t>
        <w:br/>
        <w:t>...Учора був тут Лісовик.&lt;br /&gt;</w:t>
        <w:br/>
        <w:t>Старий... Сучки по цілім тілі...&lt;br /&gt;</w:t>
        <w:br/>
        <w:t>Від моху весь позеленілий,&lt;br /&gt;</w:t>
        <w:br/>
        <w:t>Ну я, звичайно, в галас-крик!..&lt;br /&gt;</w:t>
        <w:br/>
        <w:t>А він всміхнувсь... по голові&lt;br /&gt;</w:t>
        <w:br/>
        <w:t>Провів шкарублою рукою.&lt;br /&gt;</w:t>
        <w:br/>
        <w:t>Із тикви напоїв водою&lt;br /&gt;</w:t>
        <w:br/>
        <w:t>І сів спочити на траві.&lt;br /&gt;</w:t>
        <w:br/>
        <w:t>І поточились балачки&lt;br /&gt;</w:t>
        <w:br/>
        <w:t>Про вівці, кози, про маржину...&lt;br /&gt;</w:t>
        <w:br/>
        <w:t>Він береже всю полонину!&lt;br /&gt;</w:t>
        <w:br/>
        <w:t>Нехай пасе і овечки.&lt;br /&gt;</w:t>
        <w:br/>
        <w:t>Марійка&lt;br /&gt;</w:t>
        <w:br/>
        <w:t>Ой лишенько! Та коли б я&lt;br /&gt;</w:t>
        <w:br/>
        <w:t>Лісовика оце зустріла,—&lt;br /&gt;</w:t>
        <w:br/>
        <w:t>Та з переляку б я зомліла!&lt;br /&gt;</w:t>
        <w:br/>
        <w:t>Та я б... Ой матінко моя!&lt;br /&gt;</w:t>
        <w:br/>
        <w:t>Іван&lt;br /&gt;</w:t>
        <w:br/>
        <w:t>Мавки живуть тут... Я мавок&lt;br /&gt;</w:t>
        <w:br/>
        <w:t>Ну, ось і стільки не боюся!..&lt;br /&gt;</w:t>
        <w:br/>
        <w:t>Вони сміються, й я сміюся,&lt;br /&gt;</w:t>
        <w:br/>
        <w:t>І плетемо гуртом вінок.&lt;br /&gt;</w:t>
        <w:br/>
        <w:t>Марійка&lt;br /&gt;</w:t>
        <w:br/>
        <w:t>Мавки — відьми. Мавок ти бійсь!&lt;br /&gt;</w:t>
        <w:br/>
        <w:t>Мавкам не вір ти: заморочуть,&lt;br /&gt;</w:t>
        <w:br/>
        <w:t>Заманять в нетрі, залоскочуть...&lt;br /&gt;</w:t>
        <w:br/>
        <w:t>Ти з ними не жартуй, не смійсь!&lt;br /&gt;</w:t>
        <w:br/>
        <w:t>Іван&lt;br /&gt;</w:t>
        <w:br/>
        <w:t>Ой файні, файні ті мавки!&lt;br /&gt;</w:t>
        <w:br/>
        <w:t>Хоч, може, й чортове насіння...&lt;br /&gt;</w:t>
        <w:br/>
        <w:t>Марійка (ображено)&lt;br /&gt;</w:t>
        <w:br/>
        <w:t>А в нас же восени весілля!&lt;br /&gt;</w:t>
        <w:br/>
        <w:t>Уже пошили й рушники...&lt;br /&gt;</w:t>
        <w:br/>
        <w:t>(Утирає сльози).&lt;br /&gt;</w:t>
        <w:br/>
        <w:t>І в а її&lt;br /&gt;</w:t>
        <w:br/>
        <w:t>От так! Вже й сльози... та чого?&lt;br /&gt;</w:t>
        <w:br/>
        <w:t>На зиму ж тут не залишуся!&lt;br /&gt;</w:t>
        <w:br/>
        <w:t>Вернусь додому й оженюся.&lt;br /&gt;</w:t>
        <w:br/>
        <w:t>Марійка&lt;br /&gt;</w:t>
        <w:br/>
        <w:t>Не край ти серденька мого!..&lt;br /&gt;</w:t>
        <w:br/>
        <w:t>( Рішуче).&lt;br /&gt;</w:t>
        <w:br/>
        <w:t>Гаразд! Я звідси не піду!&lt;br /&gt;</w:t>
        <w:br/>
        <w:t>Хай Лісовик, чорти приходять.&lt;br /&gt;</w:t>
        <w:br/>
        <w:t>Нехай мавки тебе тут зводять,&lt;br /&gt;</w:t>
        <w:br/>
        <w:t>Нехай спіткаю тут біду,—&lt;br /&gt;</w:t>
        <w:br/>
        <w:t>Мені однаково,— лишусь!&lt;br /&gt;</w:t>
        <w:br/>
        <w:t>(Кидає тобівку набік).&lt;br /&gt;</w:t>
        <w:br/>
        <w:t>О, кепсько прийдеться комусь!&lt;br /&gt;</w:t>
        <w:br/>
        <w:t>Іван&lt;br /&gt;</w:t>
        <w:br/>
        <w:t>Та н жартую! Проведу&lt;br /&gt;</w:t>
        <w:br/>
        <w:t>Аж до колиби... Я нічого&lt;br /&gt;</w:t>
        <w:br/>
        <w:t>Тут не боюсь... А Лісового —&lt;br /&gt;</w:t>
        <w:br/>
        <w:t>Та я круг пальця обведу!&lt;br /&gt;</w:t>
        <w:br/>
        <w:t>Марійка&lt;br /&gt;</w:t>
        <w:br/>
        <w:t>Я не піду! Уже сказала!&lt;br /&gt;</w:t>
        <w:br/>
        <w:t>Візьму й просиджу цілу ніч!&lt;br /&gt;</w:t>
        <w:br/>
        <w:t>Для тебе ж буде... веселіш!&lt;br /&gt;</w:t>
        <w:br/>
        <w:t>Чи краще... з Мавкою?! Вгадала&lt;br /&gt;</w:t>
        <w:br/>
        <w:t>І в а. н&lt;br /&gt;</w:t>
        <w:br/>
        <w:t>Я спатиму... мені дарма,&lt;br /&gt;</w:t>
        <w:br/>
        <w:t>Сиди хоч цілу весну й літо...&lt;br /&gt;</w:t>
        <w:br/>
        <w:t>(Залякуючи).&lt;br /&gt;</w:t>
        <w:br/>
        <w:t>Тут сич кричить несамовито,&lt;br /&gt;</w:t>
        <w:br/>
        <w:t>А навкруги — така пітьма!..&lt;br /&gt;</w:t>
        <w:br/>
        <w:t>Марійка&lt;br /&gt;</w:t>
        <w:br/>
        <w:t>Нічого! Ватру розкладу&lt;br /&gt;</w:t>
        <w:br/>
        <w:t>І сяду грітись біля неї.&lt;br /&gt;</w:t>
        <w:br/>
        <w:t>Іван&lt;br /&gt;</w:t>
        <w:br/>
        <w:t>Не знаєш Мавки ти тієї:&lt;br /&gt;</w:t>
        <w:br/>
        <w:t>Як відьма, зла...&lt;br /&gt;</w:t>
        <w:br/>
        <w:t>Марійка&lt;br /&gt;</w:t>
        <w:br/>
        <w:t>Я не піду!&lt;br /&gt;</w:t>
        <w:br/>
        <w:t>А завтра вранці побіжу&lt;br /&gt;</w:t>
        <w:br/>
        <w:t>І розкажу, що ти з мавками,&lt;br /&gt;</w:t>
        <w:br/>
        <w:t>З Лісовиком самим, з чортами&lt;br /&gt;</w:t>
        <w:br/>
        <w:t>Збратався тут... Я все скажу.&lt;br /&gt;</w:t>
        <w:br/>
        <w:t>І ось побачиш! Заберуть&lt;br /&gt;</w:t>
        <w:br/>
        <w:t>Тебе додому з полонини.&lt;br /&gt;</w:t>
        <w:br/>
        <w:t>А до овець і до маржипи&lt;br /&gt;</w:t>
        <w:br/>
        <w:t>Вже не такого приведуть.&lt;br /&gt;</w:t>
        <w:br/>
        <w:t>Іван&lt;br /&gt;</w:t>
        <w:br/>
        <w:t>Дарма! Розказуй, спи, сиди&lt;br /&gt;</w:t>
        <w:br/>
        <w:t>Чи грійсь до ранку біля ватри,&lt;br /&gt;</w:t>
        <w:br/>
        <w:t>Побачиш, що усе це жарти...&lt;br /&gt;</w:t>
        <w:br/>
        <w:t>Це ж смішно!.. Хто б прийшов сюди?!&lt;br /&gt;</w:t>
        <w:br/>
        <w:t>Марійка&lt;br /&gt;</w:t>
        <w:br/>
        <w:t>Побачу!.. Ну, часу не гай,&lt;br /&gt;</w:t>
        <w:br/>
        <w:t>Іди ламай, збирай галуззя!&lt;br /&gt;</w:t>
        <w:br/>
        <w:t>Іван&lt;br /&gt;</w:t>
        <w:br/>
        <w:t>Нащо це все?! Яке безглуздя!&lt;br /&gt;</w:t>
        <w:br/>
        <w:t>Марійка&lt;br /&gt;</w:t>
        <w:br/>
        <w:t>Безглуздя, кажеш? Що ж, нехай!&lt;br /&gt;</w:t>
        <w:br/>
        <w:t>(Біжить, збирає й приносить галуззя).&lt;br /&gt;</w:t>
        <w:br/>
        <w:t>Ну, запали: сухе гілля!&lt;br /&gt;</w:t>
        <w:br/>
        <w:t>Іван&lt;br /&gt;</w:t>
        <w:br/>
        <w:t>Знайшла опришка-палія!&lt;br /&gt;</w:t>
        <w:br/>
        <w:t>(Неохоче запалює).&lt;br /&gt;</w:t>
        <w:br/>
        <w:t>Марійка підкидає хмиз, сідає біля ватри й замислюється.&lt;br /&gt;</w:t>
        <w:br/>
        <w:t>Марійка&lt;br /&gt;</w:t>
        <w:br/>
        <w:t>Коли ж весілля наше буде?&lt;br /&gt;</w:t>
        <w:br/>
        <w:t>Казав: неначе восени...&lt;br /&gt;</w:t>
        <w:br/>
        <w:t>Уже мене питають люде...&lt;br /&gt;</w:t>
        <w:br/>
        <w:t>Іван&lt;br /&gt;</w:t>
        <w:br/>
        <w:t>Чом так цікавляться вони?&lt;br /&gt;</w:t>
        <w:br/>
        <w:t>Яке їм діло? Може, краще&lt;br /&gt;</w:t>
        <w:br/>
        <w:t>Про себе дбали б, не про нас.&lt;br /&gt;</w:t>
        <w:br/>
        <w:t>Ще маєм ми з тобою час.&lt;br /&gt;</w:t>
        <w:br/>
        <w:t>Марійка&lt;br /&gt;</w:t>
        <w:br/>
        <w:t>Але минає він пропаще...&lt;br /&gt;</w:t>
        <w:br/>
        <w:t>Вже я сиджу в очах батькам:&lt;br /&gt;</w:t>
        <w:br/>
        <w:t>Сімнадцять буде...&lt;br /&gt;</w:t>
        <w:br/>
        <w:t>Іван&lt;br /&gt;</w:t>
        <w:br/>
        <w:t>Знаю сам:&lt;br /&gt;</w:t>
        <w:br/>
        <w:t>В батьків недобре довго жити...&lt;br /&gt;</w:t>
        <w:br/>
        <w:t>Та треба грошей заробити,&lt;br /&gt;</w:t>
        <w:br/>
        <w:t>Загосподаритись як-будь,&lt;br /&gt;</w:t>
        <w:br/>
        <w:t>А то і кури заклюють!&lt;br /&gt;</w:t>
        <w:br/>
        <w:t>Марійка&lt;br /&gt;</w:t>
        <w:br/>
        <w:t>Не бійся: будем працювати&lt;br /&gt;</w:t>
        <w:br/>
        <w:t>1 вдвох приносити до хати.&lt;br /&gt;</w:t>
        <w:br/>
        <w:t>Іван&lt;br /&gt;</w:t>
        <w:br/>
        <w:t>Ой, спати хочеться... засну...&lt;br /&gt;</w:t>
        <w:br/>
        <w:t>Марійка&lt;br /&gt;</w:t>
        <w:br/>
        <w:t>Ти будеш спать в цю ніч ясну?&lt;br /&gt;</w:t>
        <w:br/>
        <w:t>Іван&lt;br /&gt;</w:t>
        <w:br/>
        <w:t>Лягай і ти, а завтра рано&lt;br /&gt;</w:t>
        <w:br/>
        <w:t>Ще' до схід сонця вдвох і встанем.&lt;br /&gt;</w:t>
        <w:br/>
        <w:t>Марійка&lt;br /&gt;</w:t>
        <w:br/>
        <w:t>Ти спи. Заснулось би й мені.&lt;br /&gt;</w:t>
        <w:br/>
        <w:t>Щоб щастя вгледіть хоч у сні...&lt;br /&gt;</w:t>
        <w:br/>
        <w:t>...Прийди! Хоч стан мій обійми...&lt;br /&gt;</w:t>
        <w:br/>
        <w:t>На полонині тільки ми.&lt;br /&gt;</w:t>
        <w:br/>
        <w:t>Немає духу тут живого...&lt;br /&gt;</w:t>
        <w:br/>
        <w:t>Ти ж не боявсь колись нікого!&lt;br /&gt;</w:t>
        <w:br/>
        <w:t>Мене прилюдно обнімав...&lt;br /&gt;</w:t>
        <w:br/>
        <w:t>Ні, іншим ти до мене став!..&lt;br /&gt;</w:t>
        <w:br/>
        <w:t>Ще тільки тиждень проминув,&lt;br /&gt;</w:t>
        <w:br/>
        <w:t>А ти мене вже і забув.&lt;br /&gt;</w:t>
        <w:br/>
        <w:t>Іван&lt;br /&gt;</w:t>
        <w:br/>
        <w:t>Покинь! Одружимось колись.&lt;br /&gt;</w:t>
        <w:br/>
        <w:t>Аби крейцари 1 завелись!..&lt;br /&gt;</w:t>
        <w:br/>
        <w:t>Марійка&lt;br /&gt;</w:t>
        <w:br/>
        <w:t>Це вийшла б заміж!.. Та за день&lt;br /&gt;</w:t>
        <w:br/>
        <w:t>Ти б іншій вже співав пісень!..&lt;br /&gt;</w:t>
        <w:br/>
        <w:t>( Плаче).&lt;br /&gt;</w:t>
        <w:br/>
        <w:t>Іван&lt;br /&gt;</w:t>
        <w:br/>
        <w:t>Засну вже... Плачеш ти дарма.&lt;br /&gt;</w:t>
        <w:br/>
        <w:t>Марійка&lt;br /&gt;</w:t>
        <w:br/>
        <w:t>Ну що ж... і я засну... сама.&lt;br /&gt;</w:t>
        <w:br/>
        <w:t>(Встає, забирає одежу&lt;br /&gt;</w:t>
        <w:br/>
        <w:t>й лягає біля ватри).&lt;br /&gt;</w:t>
        <w:br/>
        <w:t>Збоку виходить Мавка І.&lt;br /&gt;</w:t>
        <w:br/>
        <w:t>Мавка І&lt;br /&gt;</w:t>
        <w:br/>
        <w:t>Як тихо й любо навкруги!&lt;br /&gt;</w:t>
        <w:br/>
        <w:t>В промінні місячнім, як в морі.&lt;br /&gt;</w:t>
        <w:br/>
        <w:t>Втонули ниви, і луги,&lt;br /&gt;</w:t>
        <w:br/>
        <w:t>І темні праліси, і гори.&lt;br /&gt;</w:t>
        <w:br/>
        <w:t>Безмежна тиша на землі,&lt;br /&gt;</w:t>
        <w:br/>
        <w:t>А щастя ллються цілі зливи...&lt;br /&gt;</w:t>
        <w:br/>
        <w:t>Бери і пий! Квітки мої.&lt;br /&gt;</w:t>
        <w:br/>
        <w:t>Цвітіть і дихайте, щасливі!&lt;br /&gt;</w:t>
        <w:br/>
        <w:t>...Нащо гримлять страшні громи.&lt;br /&gt;</w:t>
        <w:br/>
        <w:t>Зелений ліс ламають бурі,&lt;br /&gt;</w:t>
        <w:br/>
        <w:t>Чому не можемо ми всі&lt;br /&gt;</w:t>
        <w:br/>
        <w:t>Забути ночі й дні похмурі?&lt;br /&gt;</w:t>
        <w:br/>
        <w:t>Чому схиляється трава,&lt;br /&gt;</w:t>
        <w:br/>
        <w:t>І жовкне лист, і сон минає,—&lt;br /&gt;</w:t>
        <w:br/>
        <w:t>Чому це туга світова&lt;br /&gt;</w:t>
        <w:br/>
        <w:t>1 Гроші.&lt;br /&gt;</w:t>
        <w:br/>
        <w:t>Стрілою все живе проймає?&lt;br /&gt;</w:t>
        <w:br/>
        <w:t>Але пливуть віки-хмарки.&lt;br /&gt;</w:t>
        <w:br/>
        <w:t>Несуть минуле каламутне,&lt;br /&gt;</w:t>
        <w:br/>
        <w:t>А в нім просвічують зірки,&lt;br /&gt;</w:t>
        <w:br/>
        <w:t>І дивиться ясне Майбутнє.&lt;br /&gt;</w:t>
        <w:br/>
        <w:t>(Підходить до Івана).&lt;br /&gt;</w:t>
        <w:br/>
        <w:t>Він спить... Дитинонько моя...&lt;br /&gt;</w:t>
        <w:br/>
        <w:t>Не буду я тебе будити...&lt;br /&gt;</w:t>
        <w:br/>
        <w:t>У сні тобі ввижаюсь я?!&lt;br /&gt;</w:t>
        <w:br/>
        <w:t>Очей мені лиш не стулити!&lt;br /&gt;</w:t>
        <w:br/>
        <w:t>Думки про тебе не дають...&lt;br /&gt;</w:t>
        <w:br/>
        <w:t>І як могла б я, бідна, спати,&lt;br /&gt;</w:t>
        <w:br/>
        <w:t>Як в тебе усміхи цвітуть...&lt;br /&gt;</w:t>
        <w:br/>
        <w:t>Мені?.. Коли б могла вгадати!..&lt;br /&gt;</w:t>
        <w:br/>
        <w:t>Хіба збудити?.. Не збуджу!&lt;br /&gt;</w:t>
        <w:br/>
        <w:t>...Чи він зрадіє подарунку?&lt;br /&gt;</w:t>
        <w:br/>
        <w:t>О, щастя, щастя поцілунку!&lt;br /&gt;</w:t>
        <w:br/>
        <w:t>(Виймає сорочку).&lt;br /&gt;</w:t>
        <w:br/>
        <w:t>Ти прийдеш! Тільки покажу!&lt;br /&gt;</w:t>
        <w:br/>
        <w:t>(Побачивши дівчину).&lt;br /&gt;</w:t>
        <w:br/>
        <w:t>А це... хто?.. Дівчина з села?&lt;br /&gt;</w:t>
        <w:br/>
        <w:t>Невже його це наречена?..&lt;br /&gt;</w:t>
        <w:br/>
        <w:t>Коли б я зважитись могла!..&lt;br /&gt;</w:t>
        <w:br/>
        <w:t>І зважусь... Що я, навіжена!..&lt;br /&gt;</w:t>
        <w:br/>
        <w:t>Марійка (прокинувшись)&lt;br /&gt;</w:t>
        <w:br/>
        <w:t>Хто тут? Мара? Чи... Мавка, може?&lt;br /&gt;</w:t>
        <w:br/>
        <w:t>( Приглядається).&lt;br /&gt;</w:t>
        <w:br/>
        <w:t>Так, це вона, вона! О Боже!&lt;br /&gt;</w:t>
        <w:br/>
        <w:t>(До Мавки).&lt;br /&gt;</w:t>
        <w:br/>
        <w:t>Чого ти тут? Це леґінь мій!&lt;br /&gt;</w:t>
        <w:br/>
        <w:t>Мавка І&lt;br /&gt;</w:t>
        <w:br/>
        <w:t>Він мій такий же, як і твій.&lt;br /&gt;</w:t>
        <w:br/>
        <w:t>Кого з нас вибере — не знати.&lt;br /&gt;</w:t>
        <w:br/>
        <w:t>Іван (збудившись)&lt;br /&gt;</w:t>
        <w:br/>
        <w:t>Хотілось би ще спати й спати.&lt;br /&gt;</w:t>
        <w:br/>
        <w:t>Це хто тут?&lt;br /&gt;</w:t>
        <w:br/>
        <w:t>(Пізнавши Мавку).&lt;br /&gt;</w:t>
        <w:br/>
        <w:t>Знову ти прийшла?</w:t>
      </w:r>
    </w:p>
    <w:p>
      <w:r>
        <w:br/>
        <w:t>Мавка І&lt;br /&gt;</w:t>
        <w:br/>
        <w:t>Так, я сорочку принесла...&lt;br /&gt;</w:t>
        <w:br/>
        <w:t>( Показує).&lt;br /&gt;</w:t>
        <w:br/>
        <w:t>Поглянь, чи вмію вишивати?&lt;br /&gt;</w:t>
        <w:br/>
        <w:t>Марійка&lt;br /&gt;</w:t>
        <w:br/>
        <w:t>Що ж це таке? О Божа мати!&lt;br /&gt;</w:t>
        <w:br/>
        <w:t>Іван&lt;br /&gt;</w:t>
        <w:br/>
        <w:t>Сорочка файна, як погляну...&lt;br /&gt;</w:t>
        <w:br/>
        <w:t>Мавка І&lt;br /&gt;</w:t>
        <w:br/>
        <w:t>Чи файна є — спитай кохану.&lt;br /&gt;</w:t>
        <w:br/>
        <w:t>Іван&lt;br /&gt;</w:t>
        <w:br/>
        <w:t>Горить, як золото!.. Краса —&lt;br /&gt;</w:t>
        <w:br/>
        <w:t>По ньому срібло, як роса.&lt;br /&gt;</w:t>
        <w:br/>
        <w:t>Мавка І&lt;br /&gt;</w:t>
        <w:br/>
        <w:t>Це сльози... плакала, як знала,&lt;br /&gt;</w:t>
        <w:br/>
        <w:t>Коли сорочку вишивала.&lt;br /&gt;</w:t>
        <w:br/>
        <w:t>Марійка&lt;br /&gt;</w:t>
        <w:br/>
        <w:t>Це має бути подарунок?&lt;br /&gt;</w:t>
        <w:br/>
        <w:t>Мавка І&lt;br /&gt;</w:t>
        <w:br/>
        <w:t>Не зовсім так — за поцілунок!&lt;br /&gt;</w:t>
        <w:br/>
        <w:t>(До Івана).&lt;br /&gt;</w:t>
        <w:br/>
        <w:t>Ну що ж? Цілуй!&lt;br /&gt;</w:t>
        <w:br/>
        <w:t>Іван&lt;br /&gt;</w:t>
        <w:br/>
        <w:t>Та потім, може...&lt;br /&gt;</w:t>
        <w:br/>
        <w:t>Марійка&lt;br /&gt;</w:t>
        <w:br/>
        <w:t>Ти поцілуєш? Боже, Боже!&lt;br /&gt;</w:t>
        <w:br/>
        <w:t>Мавка І&lt;br /&gt;</w:t>
        <w:br/>
        <w:t>Ще довго ждати? Я не жду&lt;br /&gt;</w:t>
        <w:br/>
        <w:t>І край негайно покладу!&lt;br /&gt;</w:t>
        <w:br/>
        <w:t>Іван потуплює очі, Мавка хвилину жде й ураз розриває&lt;br /&gt;</w:t>
        <w:br/>
        <w:t>й кидає сорочку&lt;br /&gt;</w:t>
        <w:br/>
        <w:t>Кохаєш дівчину? Так —край!&lt;br /&gt;</w:t>
        <w:br/>
        <w:t>( Сміється й зникає).&lt;br /&gt;</w:t>
        <w:br/>
        <w:t>Іван (услід)&lt;br /&gt;</w:t>
        <w:br/>
        <w:t>Постій! Скажу щось... почекай!..&lt;br /&gt;</w:t>
        <w:br/>
        <w:t>Марійка&lt;br /&gt;</w:t>
        <w:br/>
        <w:t>...Так ось та Мавка!.. Чула я...&lt;br /&gt;</w:t>
        <w:br/>
        <w:t>Він Мавчин!.. Матінко моя!&lt;br /&gt;</w:t>
        <w:br/>
        <w:t>(Плаче).&lt;br /&gt;</w:t>
        <w:br/>
        <w:t>її ти любиш?! Я питаю...&lt;br /&gt;</w:t>
        <w:br/>
        <w:t>Чого ж мовчиш ти?..&lt;br /&gt;</w:t>
        <w:br/>
        <w:t>Іван&lt;br /&gt;</w:t>
        <w:br/>
        <w:t>Сам не знаю...&lt;br /&gt;</w:t>
        <w:br/>
        <w:t>Завіса</w:t>
      </w:r>
    </w:p>
    <w:p>
      <w:r>
        <w:br/>
        <w:t>III КАРТИНА&lt;br /&gt;</w:t>
        <w:br/>
        <w:t>Галява. Вечір. Мавки, взявшись за руки й зробивши коло, співають і&lt;br /&gt;</w:t>
        <w:br/>
        <w:t>роблять ритмічні рухи.&lt;br /&gt;</w:t>
        <w:br/>
        <w:t>Хор мавок&lt;br /&gt;</w:t>
        <w:br/>
        <w:t>Темніють доли. Мовчать Карпати.&lt;br /&gt;</w:t>
        <w:br/>
        <w:t>Стомлене сонце лягає спати.&lt;br /&gt;</w:t>
        <w:br/>
        <w:t>Засвітить місяць, засяють зорі,&lt;br /&gt;</w:t>
        <w:br/>
        <w:t>Земля потоне в сріблястім морі,&lt;br /&gt;</w:t>
        <w:br/>
        <w:t>І ми рибками по дну морському&lt;br /&gt;</w:t>
        <w:br/>
        <w:t>Блукати будем в сяйві ясному.&lt;br /&gt;</w:t>
        <w:br/>
        <w:t>Пахучі квіти будем зривати,&lt;br /&gt;</w:t>
        <w:br/>
        <w:t>Пісні з квітками в вінок сплітати.&lt;br /&gt;</w:t>
        <w:br/>
        <w:t>На те і зорі, на те і квіти,&lt;br /&gt;</w:t>
        <w:br/>
        <w:t>Щоб було мило жити на світі.&lt;br /&gt;</w:t>
        <w:br/>
        <w:t>Мавка І&lt;br /&gt;</w:t>
        <w:br/>
        <w:t>Радіють всі, а я не вмію.&lt;br /&gt;</w:t>
        <w:br/>
        <w:t>Як поховала єдину мрію...&lt;br /&gt;</w:t>
        <w:br/>
        <w:t>...Коли б я знала, не кохала...&lt;br /&gt;</w:t>
        <w:br/>
        <w:t>Чому ворожки не спитала?..</w:t>
      </w:r>
    </w:p>
    <w:p>
      <w:r>
        <w:br/>
        <w:t>Вона живе тут споконвіку,&lt;br /&gt;</w:t>
        <w:br/>
        <w:t>І ліків в неї на все без ліку!&lt;br /&gt;</w:t>
        <w:br/>
        <w:t>Поворожила б, напоїла,&lt;br /&gt;</w:t>
        <w:br/>
        <w:t>Вернула б міць для духу й тіла.&lt;br /&gt;</w:t>
        <w:br/>
        <w:t>...Яка б щаслива я була!..&lt;br /&gt;</w:t>
        <w:br/>
        <w:t>І враз — ця дівчина з села!..&lt;br /&gt;</w:t>
        <w:br/>
        <w:t>Розбила щастя, все розбила...&lt;br /&gt;</w:t>
        <w:br/>
        <w:t>Про що я мріяла й любила...&lt;br /&gt;</w:t>
        <w:br/>
        <w:t>Все найдорожче на землі!..&lt;br /&gt;</w:t>
        <w:br/>
        <w:t>...Чи мало легінів в селі?!&lt;br /&gt;</w:t>
        <w:br/>
        <w:t>В кресаних файних, з топірцями&lt;br /&gt;</w:t>
        <w:br/>
        <w:t>З палкими, буйними серцями!..&lt;br /&gt;</w:t>
        <w:br/>
        <w:t>...Піти б до його... все сказати...&lt;br /&gt;</w:t>
        <w:br/>
        <w:t>...Чому не стала я хоч мати?&lt;br /&gt;</w:t>
        <w:br/>
        <w:t>Носила б я, немов перлину,&lt;br /&gt;</w:t>
        <w:br/>
        <w:t>Під серцем зраненим дитину!&lt;br /&gt;</w:t>
        <w:br/>
        <w:t>Вибігає лісовий чорт.&lt;br /&gt;</w:t>
        <w:br/>
        <w:t>Чорт І&lt;br /&gt;</w:t>
        <w:br/>
        <w:t>Вже третій день тебе не бачу!&lt;br /&gt;</w:t>
        <w:br/>
        <w:t>Ганяв усюди по лісах,&lt;br /&gt;</w:t>
        <w:br/>
        <w:t>Водяника питав в болоті.&lt;br /&gt;</w:t>
        <w:br/>
        <w:t>Шукав по горах, по ярах,&lt;br /&gt;</w:t>
        <w:br/>
        <w:t>Ніде нема! Уже гадав я,&lt;br /&gt;</w:t>
        <w:br/>
        <w:t>Що подалась ти з гір в село...&lt;br /&gt;</w:t>
        <w:br/>
        <w:t>Я чув, що легіня якогось&lt;br /&gt;</w:t>
        <w:br/>
        <w:t>На гори лихо занесло!..&lt;br /&gt;</w:t>
        <w:br/>
        <w:t>Лякав його, а він ні вусом!&lt;br /&gt;</w:t>
        <w:br/>
        <w:t>Стоїть та грає на шпилі,&lt;br /&gt;</w:t>
        <w:br/>
        <w:t>З мавками, кажуть, розмовляє,&lt;br /&gt;</w:t>
        <w:br/>
        <w:t>Співає їм пісні свої.&lt;br /&gt;</w:t>
        <w:br/>
        <w:t>Його ти часом не стрівала?&lt;br /&gt;</w:t>
        <w:br/>
        <w:t>Не розмовляла з ним колись?&lt;br /&gt;</w:t>
        <w:br/>
        <w:t>Кому... сорочку вишивала?&lt;br /&gt;</w:t>
        <w:br/>
        <w:t>Мені казали.., ти дивись!</w:t>
      </w:r>
    </w:p>
    <w:p>
      <w:r>
        <w:br/>
        <w:t>Мавка І&lt;br /&gt;</w:t>
        <w:br/>
        <w:t>Я і дивлюсь... не сплю, здається&lt;br /&gt;</w:t>
        <w:br/>
        <w:t>А що до легіня тобі? —&lt;br /&gt;</w:t>
        <w:br/>
        <w:t>Чи розмовляє він з мавками,&lt;br /&gt;</w:t>
        <w:br/>
        <w:t>Чи грає вранці на горбі?..&lt;br /&gt;</w:t>
        <w:br/>
        <w:t>Чорт І&lt;br /&gt;</w:t>
        <w:br/>
        <w:t>Мені до легіня байдуже,&lt;br /&gt;</w:t>
        <w:br/>
        <w:t>Та не байдужа ти мені...&lt;br /&gt;</w:t>
        <w:br/>
        <w:t>Ти знаєш... я ж тебе кохаю,&lt;br /&gt;</w:t>
        <w:br/>
        <w:t>Палаю роки, як в огні!&lt;br /&gt;</w:t>
        <w:br/>
        <w:t>Мавка І&lt;br /&gt;</w:t>
        <w:br/>
        <w:t>Чи гаснеш ти, чи ти палаєш,&lt;br /&gt;</w:t>
        <w:br/>
        <w:t>Це радість чи журба твоя.&lt;br /&gt;</w:t>
        <w:br/>
        <w:t>Чи не однаково для мене,&lt;br /&gt;</w:t>
        <w:br/>
        <w:t>Коли, як лід, холодна я.&lt;br /&gt;</w:t>
        <w:br/>
        <w:t>Чорт І&lt;br /&gt;</w:t>
        <w:br/>
        <w:t>Мене не любиш?&lt;br /&gt;</w:t>
        <w:br/>
        <w:t>Мавка І&lt;br /&gt;</w:t>
        <w:br/>
        <w:t>Аніскільки!..&lt;br /&gt;</w:t>
        <w:br/>
        <w:t>Чорт І&lt;br /&gt;</w:t>
        <w:br/>
        <w:t>Не станеш ти моєю?&lt;br /&gt;</w:t>
        <w:br/>
        <w:t>Мавка І&lt;br /&gt;</w:t>
        <w:br/>
        <w:t>Ні.&lt;br /&gt;</w:t>
        <w:br/>
        <w:t>Чорт І&lt;br /&gt;</w:t>
        <w:br/>
        <w:t>Поскаржусь я Лісовикові...&lt;br /&gt;</w:t>
        <w:br/>
        <w:t>Мавка І&lt;br /&gt;</w:t>
        <w:br/>
        <w:t>І це однаково мені.&lt;br /&gt;</w:t>
        <w:br/>
        <w:t>Чорт І&lt;br /&gt;</w:t>
        <w:br/>
        <w:t>Кого ж ти любиш?&lt;br /&gt;</w:t>
        <w:br/>
        <w:t>Мавка І&lt;br /&gt;</w:t>
        <w:br/>
        <w:t>Чом питаєш?&lt;br /&gt;</w:t>
        <w:br/>
        <w:t>Чорт І&lt;br /&gt;</w:t>
        <w:br/>
        <w:t>Мені не скажеш?&lt;br /&gt;</w:t>
        <w:br/>
        <w:t>Мавка І&lt;br /&gt;</w:t>
        <w:br/>
        <w:t>Мабуть, ні.&lt;br /&gt;</w:t>
        <w:br/>
        <w:t>Чорт І&lt;br /&gt;</w:t>
        <w:br/>
        <w:t>Так я довідаюсь!.. Побачиш!&lt;br /&gt;</w:t>
        <w:br/>
        <w:t>Ворожка скаже все мені!&lt;br /&gt;</w:t>
        <w:br/>
        <w:t>Мавка І&lt;br /&gt;</w:t>
        <w:br/>
        <w:t>То що, коли все будеш знати?&lt;br /&gt;</w:t>
        <w:br/>
        <w:t>За тебе заміж не піду.&lt;br /&gt;</w:t>
        <w:br/>
        <w:t>Не приставай... мені обрид ти...&lt;br /&gt;</w:t>
        <w:br/>
        <w:t>Найди десь іншу молоду.&lt;br /&gt;</w:t>
        <w:br/>
        <w:t>Чорт І&lt;br /&gt;</w:t>
        <w:br/>
        <w:t>Крім тебе, жодної не хочу...&lt;br /&gt;</w:t>
        <w:br/>
        <w:t>У мене в серці ти одна.&lt;br /&gt;</w:t>
        <w:br/>
        <w:t>Мавка І&lt;br /&gt;</w:t>
        <w:br/>
        <w:t>Мавок, русалок тут, як маку.&lt;br /&gt;</w:t>
        <w:br/>
        <w:t>Чорт І&lt;br /&gt;</w:t>
        <w:br/>
        <w:t>Ти лиш єдина чарівна.&lt;br /&gt;</w:t>
        <w:br/>
        <w:t>Мавка І&lt;br /&gt;</w:t>
        <w:br/>
        <w:t>Я не люблю тебе й не буду...&lt;br /&gt;</w:t>
        <w:br/>
        <w:t>Чом, як реп'ях, ти причепивсь?&lt;br /&gt;</w:t>
        <w:br/>
        <w:t>Чорт І&lt;br /&gt;</w:t>
        <w:br/>
        <w:t>Не бий мене... я й так побитий:&lt;br /&gt;</w:t>
        <w:br/>
        <w:t>Об власне щастя я розбивсь...&lt;br /&gt;</w:t>
        <w:br/>
        <w:t>Скажи: я все зроблю для тебе.&lt;br /&gt;</w:t>
        <w:br/>
        <w:t>Побачиш, як тебе люблю.&lt;br /&gt;</w:t>
        <w:br/>
        <w:t>Мавка І&lt;br /&gt;</w:t>
        <w:br/>
        <w:t>Гаразд... подумаю... Ти зробиш?&lt;br /&gt;</w:t>
        <w:br/>
        <w:t>Чорт і&lt;br /&gt;</w:t>
        <w:br/>
        <w:t>Я присягаюсь, що зроблю.&lt;br /&gt;</w:t>
        <w:br/>
        <w:t>Мавка І&lt;br /&gt;</w:t>
        <w:br/>
        <w:t>Так слухай! Вірю... що не зрадиш&lt;br /&gt;</w:t>
        <w:br/>
        <w:t>А коли зрадиш — не прощу.&lt;br /&gt;</w:t>
        <w:br/>
        <w:t>Тебе зненавиджу навіки.&lt;br /&gt;</w:t>
        <w:br/>
        <w:t>Святим хрестом перехрещу.&lt;br /&gt;</w:t>
        <w:br/>
        <w:t>Чорт І&lt;br /&gt;</w:t>
        <w:br/>
        <w:t>Рука!&lt;br /&gt;</w:t>
        <w:br/>
        <w:t>Мавка І&lt;br /&gt;</w:t>
        <w:br/>
        <w:t>Руки мені не треба,—&lt;br /&gt;</w:t>
        <w:br/>
        <w:t>Дай тільки слово.&lt;br /&gt;</w:t>
        <w:br/>
        <w:t>Чорт І&lt;br /&gt;</w:t>
        <w:br/>
        <w:t>Я даю.&lt;br /&gt;</w:t>
        <w:br/>
        <w:t>Мавка І&lt;br /&gt;</w:t>
        <w:br/>
        <w:t>Тож я скажу тобі всю правду&lt;br /&gt;</w:t>
        <w:br/>
        <w:t>Чорт І&lt;br /&gt;</w:t>
        <w:br/>
        <w:t>Скажи...&lt;br /&gt;</w:t>
        <w:br/>
        <w:t>Мавка І&lt;br /&gt;</w:t>
        <w:br/>
        <w:t>Я легіня люблю!..&lt;br /&gt;</w:t>
        <w:br/>
        <w:t>Чорт І&lt;br /&gt;</w:t>
        <w:br/>
        <w:t>Я так і знав!.. Я так і думав.&lt;br /&gt;</w:t>
        <w:br/>
        <w:t>Я чув уже, але мовчав.&lt;br /&gt;</w:t>
        <w:br/>
        <w:t>Стояв над прірвою він вчора,-&lt;br /&gt;</w:t>
        <w:br/>
        <w:t>Чому він в ній не побував!&lt;br /&gt;</w:t>
        <w:br/>
        <w:t>Мавка І (спалахнувши)&lt;br /&gt;</w:t>
        <w:br/>
        <w:t>Коли б зробив ти, ні хвилини&lt;br /&gt;</w:t>
        <w:br/>
        <w:t>Я б тут між вами не була,&lt;br /&gt;</w:t>
        <w:br/>
        <w:t>Пішла б, втекла із гір в долини.&lt;br /&gt;</w:t>
        <w:br/>
        <w:t>Кудись до міста, до села&lt;br /&gt;</w:t>
        <w:br/>
        <w:t>І там би наймичкою стала&lt;br /&gt;</w:t>
        <w:br/>
        <w:t>Або за ґазду віддалась,&lt;br /&gt;</w:t>
        <w:br/>
        <w:t>Корів доїла б, жито жала,&lt;br /&gt;</w:t>
        <w:br/>
        <w:t>Людським би духом пройнялась.&lt;br /&gt;</w:t>
        <w:br/>
        <w:t>Його не смій торкнутись навіть!&lt;br /&gt;</w:t>
        <w:br/>
        <w:t>Коли ти... любиш — присягни!&lt;br /&gt;</w:t>
        <w:br/>
        <w:t>Чорт І&lt;br /&gt;</w:t>
        <w:br/>
        <w:t>Для тебе все зроблю на світі!&lt;br /&gt;</w:t>
        <w:br/>
        <w:t>Звели! Не віриш — прожени!</w:t>
      </w:r>
    </w:p>
    <w:p>
      <w:r>
        <w:br/>
        <w:t>8 О 1 Олеок. т 2</w:t>
      </w:r>
    </w:p>
    <w:p>
      <w:r>
        <w:br/>
        <w:t>225</w:t>
      </w:r>
    </w:p>
    <w:p>
      <w:r>
        <w:br/>
        <w:t>Так слухай. Тут два дні живе вже&lt;br /&gt;</w:t>
        <w:br/>
        <w:t>Красуня — дівчина з села.&lt;br /&gt;</w:t>
        <w:br/>
        <w:t>Вона з цим легінем неначе&lt;br /&gt;</w:t>
        <w:br/>
        <w:t>Уже заручена була.&lt;br /&gt;</w:t>
        <w:br/>
        <w:t>Та леґінь той мене побачив&lt;br /&gt;</w:t>
        <w:br/>
        <w:t>І враз до неї прохолов.&lt;br /&gt;</w:t>
        <w:br/>
        <w:t>Вона ще дужче загорілась,&lt;br /&gt;</w:t>
        <w:br/>
        <w:t>Та зайнялась і в мене кров&lt;br /&gt;</w:t>
        <w:br/>
        <w:t>Я певна: він мене кохає..&lt;br /&gt;</w:t>
        <w:br/>
        <w:t>Хай він любив її в свій час,&lt;br /&gt;</w:t>
        <w:br/>
        <w:t>Але ніколи з-за чужого&lt;br /&gt;</w:t>
        <w:br/>
        <w:t>Свого б я щастя не зреклась.&lt;br /&gt;</w:t>
        <w:br/>
        <w:t>(В задумі).&lt;br /&gt;</w:t>
        <w:br/>
        <w:t>Не полюблю я вже нікого...&lt;br /&gt;</w:t>
        <w:br/>
        <w:t>Не зможу бути і твоя.&lt;br /&gt;</w:t>
        <w:br/>
        <w:t>Допоможи мені, благаю,&lt;br /&gt;</w:t>
        <w:br/>
        <w:t>Мене ж ти любиш, вірю я.&lt;br /&gt;</w:t>
        <w:br/>
        <w:t>Чорт І&lt;br /&gt;</w:t>
        <w:br/>
        <w:t>Вразила ти у саме серце...&lt;br /&gt;</w:t>
        <w:br/>
        <w:t>Я більш нічого не скажу,&lt;br /&gt;</w:t>
        <w:br/>
        <w:t>А як тебе люблю — побачиш:&lt;br /&gt;</w:t>
        <w:br/>
        <w:t>Своїм я чином докажу.&lt;br /&gt;</w:t>
        <w:br/>
        <w:t>Мавка І&lt;br /&gt;</w:t>
        <w:br/>
        <w:t>Що зробиш ти? Ти що надумав?&lt;br /&gt;</w:t>
        <w:br/>
        <w:t>Чорт І&lt;br /&gt;</w:t>
        <w:br/>
        <w:t>Колибу в цю ніч підпалю!&lt;br /&gt;</w:t>
        <w:br/>
        <w:t>Згорять вони удвох на попіл!&lt;br /&gt;</w:t>
        <w:br/>
        <w:t>О Мавко, я ж тебе люблю!&lt;br /&gt;</w:t>
        <w:br/>
        <w:t>Мавка І&lt;br /&gt;</w:t>
        <w:br/>
        <w:t>Ти збожеволів? Схаменися!&lt;br /&gt;</w:t>
        <w:br/>
        <w:t>Він мусить жити! Чуєш ти!?&lt;br /&gt;</w:t>
        <w:br/>
        <w:t>Я прокляну тебе навіки.&lt;br /&gt;</w:t>
        <w:br/>
        <w:t>Ти будеш сам себе клясти!&lt;br /&gt;</w:t>
        <w:br/>
        <w:t>Чорт І (з плачем)&lt;br /&gt;</w:t>
        <w:br/>
        <w:t>Не можу я... "Він мусить ж йти!., я&lt;br /&gt;</w:t>
        <w:br/>
        <w:t>Нам буде ж тісно на землі!..&lt;br /&gt;</w:t>
        <w:br/>
        <w:t>Один з нас згине... Мавко, Мавко,&lt;br /&gt;</w:t>
        <w:br/>
        <w:t>Ти розігнала сни мої...&lt;br /&gt;</w:t>
        <w:br/>
        <w:t>Мавка І&lt;br /&gt;</w:t>
        <w:br/>
        <w:t>Хіба я винна? Серце винне!&lt;br /&gt;</w:t>
        <w:br/>
        <w:t>На, вирви з тіла! Розтопчи!.&lt;br /&gt;</w:t>
        <w:br/>
        <w:t>Я ще нікого не любила&lt;br /&gt;</w:t>
        <w:br/>
        <w:t>І тільки мріяла вночі.&lt;br /&gt;</w:t>
        <w:br/>
        <w:t>Чорт І&lt;br /&gt;</w:t>
        <w:br/>
        <w:t>А я люблю тебе ще змалку,&lt;br /&gt;</w:t>
        <w:br/>
        <w:t>Коли ще гралась ти в піску&lt;br /&gt;</w:t>
        <w:br/>
        <w:t>Не признававсь тобі ніколи&lt;br /&gt;</w:t>
        <w:br/>
        <w:t>Бо мав я вдачу боязку&lt;br /&gt;</w:t>
        <w:br/>
        <w:t>Мавка І (дає знак рукою)&lt;br /&gt;</w:t>
        <w:br/>
        <w:t>Ідуть сюди... дивись, благаю-&lt;br /&gt;</w:t>
        <w:br/>
        <w:t>Йому нічого не роби...&lt;br /&gt;</w:t>
        <w:br/>
        <w:t>її примусь домів вернутись,&lt;br /&gt;</w:t>
        <w:br/>
        <w:t>Але, крий Боже, не забий.&lt;br /&gt;</w:t>
        <w:br/>
        <w:t>Чорт І&lt;br /&gt;</w:t>
        <w:br/>
        <w:t>Коли її спіткаю в лісі,&lt;br /&gt;</w:t>
        <w:br/>
        <w:t>Збуджу я вітер, засвищу,&lt;br /&gt;</w:t>
        <w:br/>
        <w:t>Зарегочу, озвусь луною,&lt;br /&gt;</w:t>
        <w:br/>
        <w:t>Вовчицям очі засвічу.&lt;br /&gt;</w:t>
        <w:br/>
        <w:t>Зжену всіх сов, сичів на неї&lt;br /&gt;</w:t>
        <w:br/>
        <w:t>Навію хмару кажанів.&lt;br /&gt;</w:t>
        <w:br/>
        <w:t>Як крейда біла, з переляку&lt;br /&gt;</w:t>
        <w:br/>
        <w:t>Звідсіль втече вона домів!&lt;br /&gt;</w:t>
        <w:br/>
        <w:t>Мавка І&lt;br /&gt;</w:t>
        <w:br/>
        <w:t>Ідуть... Біжи... Роби, що можеш,&lt;br /&gt;</w:t>
        <w:br/>
        <w:t>Хтось наближається сюди..&lt;br /&gt;</w:t>
        <w:br/>
        <w:t>Чорті&lt;br /&gt;</w:t>
        <w:br/>
        <w:t>Де будеш ти? Озвись, як крикну'&lt;br /&gt;</w:t>
        <w:br/>
        <w:t>Мавка І&lt;br /&gt;</w:t>
        <w:br/>
        <w:t>Гаразд! Я йду!.. І ти іди!&lt;br /&gt;</w:t>
        <w:br/>
        <w:t>Зникають&lt;br /&gt;</w:t>
        <w:br/>
        <w:t>Іде Іван, за ним Марійка&lt;br /&gt;</w:t>
        <w:br/>
        <w:t>Іван&lt;br /&gt;</w:t>
        <w:br/>
        <w:t>Куди й чого ти йдеш за мною?&lt;br /&gt;</w:t>
        <w:br/>
        <w:t>Марійка&lt;br /&gt;</w:t>
        <w:br/>
        <w:t>А ти куди? Ага! Мовчиш!&lt;br /&gt;</w:t>
        <w:br/>
        <w:t>Я хочу знати!&lt;br /&gt;</w:t>
        <w:br/>
        <w:t>Іван&lt;br /&gt;</w:t>
        <w:br/>
        <w:t>От цікава!&lt;br /&gt;</w:t>
        <w:br/>
        <w:t>Дивлюсь, де паша є буйніш&lt;br /&gt;</w:t>
        <w:br/>
        <w:t>Марійка&lt;br /&gt;</w:t>
        <w:br/>
        <w:t>Неправду кажеш! Так! Я знаю...&lt;br /&gt;</w:t>
        <w:br/>
        <w:t>Шукаєш Мавку!.. Скучив ти!..&lt;br /&gt;</w:t>
        <w:br/>
        <w:t>Іван&lt;br /&gt;</w:t>
        <w:br/>
        <w:t>А що тобі хоча б до Мавки?&lt;br /&gt;</w:t>
        <w:br/>
        <w:t>Чому б і Мавки не знайти?&lt;br /&gt;</w:t>
        <w:br/>
        <w:t>Марійка&lt;br /&gt;</w:t>
        <w:br/>
        <w:t>Не хочу я... Не хочу... Чуєш?&lt;br /&gt;</w:t>
        <w:br/>
        <w:t>Що ми заручені, забув?&lt;br /&gt;</w:t>
        <w:br/>
        <w:t>Мене ж ти соромом укриєш..&lt;br /&gt;</w:t>
        <w:br/>
        <w:t>Вже може, хтось в селі і чув!&lt;br /&gt;</w:t>
        <w:br/>
        <w:t>Іван&lt;br /&gt;</w:t>
        <w:br/>
        <w:t>Мені однаково — хай знають,&lt;br /&gt;</w:t>
        <w:br/>
        <w:t>Сміються, кплять,— мені дарма!&lt;br /&gt;</w:t>
        <w:br/>
        <w:t>Лишуся тут, на полонині&lt;br /&gt;</w:t>
        <w:br/>
        <w:t>...Побачу тут яка зима.&lt;br /&gt;</w:t>
        <w:br/>
        <w:t>Марійка&lt;br /&gt;</w:t>
        <w:br/>
        <w:t>Та ти тут з голоду загинеш!&lt;br /&gt;</w:t>
        <w:br/>
        <w:t>Взимі тут сніг, мороз, вовки..&lt;br /&gt;</w:t>
        <w:br/>
        <w:t>Іван&lt;br /&gt;</w:t>
        <w:br/>
        <w:t>Вовків, ведмедів буду бити&lt;br /&gt;</w:t>
        <w:br/>
        <w:t>Марійка&lt;br /&gt;</w:t>
        <w:br/>
        <w:t>А хліб носитимуть мавки?&lt;br /&gt;</w:t>
        <w:br/>
        <w:t>Іван (сердито)&lt;br /&gt;</w:t>
        <w:br/>
        <w:t>Не йди за мною більш! Вернися!&lt;br /&gt;</w:t>
        <w:br/>
        <w:t>Я ляжу спати. Чуєш? Ні?&lt;br /&gt;</w:t>
        <w:br/>
        <w:t>Марійка&lt;br /&gt;</w:t>
        <w:br/>
        <w:t>А я над прірвою тут сяду!&lt;br /&gt;</w:t>
        <w:br/>
        <w:t>Іван&lt;br /&gt;</w:t>
        <w:br/>
        <w:t>Сідай' Однаково мені!..&lt;br /&gt;</w:t>
        <w:br/>
        <w:t>Марійка відходить і сідає на скелі&lt;br /&gt;</w:t>
        <w:br/>
        <w:t>Марійка&lt;br /&gt;</w:t>
        <w:br/>
        <w:t>Ось я і сіла...&lt;br /&gt;</w:t>
        <w:br/>
        <w:t>Іван&lt;br /&gt;</w:t>
        <w:br/>
        <w:t>Ніг не звішуй,&lt;br /&gt;</w:t>
        <w:br/>
        <w:t>Ще задрімаєш і впадеш.&lt;br /&gt;</w:t>
        <w:br/>
        <w:t>Марійка&lt;br /&gt;</w:t>
        <w:br/>
        <w:t>Чи не однаково дли тебе&lt;br /&gt;</w:t>
        <w:br/>
        <w:t>І для твоєї Мавки теж?&lt;br /&gt;</w:t>
        <w:br/>
        <w:t>Іван&lt;br /&gt;</w:t>
        <w:br/>
        <w:t>А що батькам твоїм скажу я?&lt;br /&gt;</w:t>
        <w:br/>
        <w:t>Що скажуть люде на селі?&lt;br /&gt;</w:t>
        <w:br/>
        <w:t>Марійка&lt;br /&gt;</w:t>
        <w:br/>
        <w:t>Батькам скажи, що я упала,&lt;br /&gt;</w:t>
        <w:br/>
        <w:t>Йдучи по гірському шпилі.&lt;br /&gt;</w:t>
        <w:br/>
        <w:t>Іван&lt;br /&gt;</w:t>
        <w:br/>
        <w:t>Тобі це легко говорити...&lt;br /&gt;</w:t>
        <w:br/>
        <w:t>Марійка&lt;br /&gt;</w:t>
        <w:br/>
        <w:t>Мені це легко?! А бодай&lt;br /&gt;</w:t>
        <w:br/>
        <w:t>Було так легко твоїй Мавці!&lt;br /&gt;</w:t>
        <w:br/>
        <w:t>Іван&lt;br /&gt;</w:t>
        <w:br/>
        <w:t>Моєї Мавки не займай!&lt;br /&gt;</w:t>
        <w:br/>
        <w:t>(Лягає на траву).&lt;br /&gt;</w:t>
        <w:br/>
        <w:t>Марійка&lt;br /&gt;</w:t>
        <w:br/>
        <w:t>"Моєї Мавки..." Він це каже!&lt;br /&gt;</w:t>
        <w:br/>
        <w:t>А де ж недавнє щастя наше?&lt;br /&gt;</w:t>
        <w:br/>
        <w:t>Куди ж від сорому втекти?</w:t>
      </w:r>
    </w:p>
    <w:p>
      <w:r>
        <w:br/>
        <w:t>Нащо ж сказав, що візьмеш ти?&lt;br /&gt;</w:t>
        <w:br/>
        <w:t>Зв'язався з Мавкою!.. Ганьба!&lt;br /&gt;</w:t>
        <w:br/>
        <w:t>І чи не краща я хіба?&lt;br /&gt;</w:t>
        <w:br/>
        <w:t>Чи Лісовик, чорти, потвори,&lt;br /&gt;</w:t>
        <w:br/>
        <w:t>Ці дикі праліси і гори&lt;br /&gt;</w:t>
        <w:br/>
        <w:t>Тобі миліші від села,&lt;br /&gt;</w:t>
        <w:br/>
        <w:t>Де зріс і ти, і я зросла?&lt;br /&gt;</w:t>
        <w:br/>
        <w:t>Що ж ти зробив?.. Що ж ти накоїв?&lt;br /&gt;</w:t>
        <w:br/>
        <w:t>Ти закохавсь чи збожеволів?&lt;br /&gt;</w:t>
        <w:br/>
        <w:t>Не відповість, не ворухнеться,&lt;br /&gt;</w:t>
        <w:br/>
        <w:t>І що йому до мого серця?..&lt;br /&gt;</w:t>
        <w:br/>
        <w:t>( Плаче).&lt;br /&gt;</w:t>
        <w:br/>
        <w:t>Із лісу вибігає Чорт І, помічає Івана й Марійку, оглядається, підбігає&lt;br /&gt;</w:t>
        <w:br/>
        <w:t>до Івана й, упевнившись, що він спить, ховається в куш.&lt;br /&gt;</w:t>
        <w:br/>
        <w:t>Чорт І&lt;br /&gt;</w:t>
        <w:br/>
        <w:t>Оце нагода! Він заснув.&lt;br /&gt;</w:t>
        <w:br/>
        <w:t>Вона над прірвою дрімає.&lt;br /&gt;</w:t>
        <w:br/>
        <w:t>"Сама скотилась",— і кінці&lt;br /&gt;</w:t>
        <w:br/>
        <w:t>Нехай хоч хто в воді шукає!&lt;br /&gt;</w:t>
        <w:br/>
        <w:t>Розважу Мавоньку смутну:&lt;br /&gt;</w:t>
        <w:br/>
        <w:t>Підкрадусь тихо і штовхну,&lt;br /&gt;</w:t>
        <w:br/>
        <w:t>А потім щось зроблю й йому...&lt;br /&gt;</w:t>
        <w:br/>
        <w:t>А потім я... її візьму.&lt;br /&gt;</w:t>
        <w:br/>
        <w:t>Підкрадається до Марійки і штовхає її в прірву. Чути крик і глухий гур-&lt;br /&gt;</w:t>
        <w:br/>
        <w:t>кіт падаючого тіла. Чорт І зникає. Мавка І вибігає з лісу й біжить&lt;br /&gt;</w:t>
        <w:br/>
        <w:t>на кручу&lt;br /&gt;</w:t>
        <w:br/>
        <w:t>Мавка І&lt;br /&gt;</w:t>
        <w:br/>
        <w:t>На дні! Жива вона? Розбилась?&lt;br /&gt;</w:t>
        <w:br/>
        <w:t>Не чути: мабуть, нежива...&lt;br /&gt;</w:t>
        <w:br/>
        <w:t>Це я зробила!.. Я це винна!&lt;br /&gt;</w:t>
        <w:br/>
        <w:t>Дало посіяне жнива!&lt;br /&gt;</w:t>
        <w:br/>
        <w:t>Та я хіба цього хотіла?!&lt;br /&gt;</w:t>
        <w:br/>
        <w:t>Ні, тут провина не моя!&lt;br /&gt;</w:t>
        <w:br/>
        <w:t>Так ось що він вчинив для мене!.&lt;br /&gt;</w:t>
        <w:br/>
        <w:t>Хіба ж йому казала я?&lt;br /&gt;</w:t>
        <w:br/>
        <w:t>Коли це він, то він і винний!&lt;br /&gt;</w:t>
        <w:br/>
        <w:t>Я тільки радила йому,&lt;br /&gt;</w:t>
        <w:br/>
        <w:t>Щоб він втекти її примусив.&lt;br /&gt;</w:t>
        <w:br/>
        <w:t>1 з себе я цей гріх зніму.&lt;br /&gt;</w:t>
        <w:br/>
        <w:t>(Підбігає до Івана і будить його).&lt;br /&gt;</w:t>
        <w:br/>
        <w:t>Вставай, вставай, нещастя сталось!&lt;br /&gt;</w:t>
        <w:br/>
        <w:t>Розбилась дівчина твоя...&lt;br /&gt;</w:t>
        <w:br/>
        <w:t>По кручі йшла і посковзнулась.&lt;br /&gt;</w:t>
        <w:br/>
        <w:t>Не бачила, не певна я.&lt;br /&gt;</w:t>
        <w:br/>
        <w:t>Іван&lt;br /&gt;</w:t>
        <w:br/>
        <w:t>Це, Мавко, ти? Чому ні вчора,&lt;br /&gt;</w:t>
        <w:br/>
        <w:t>Ні позавчора не прийшла?..&lt;br /&gt;</w:t>
        <w:br/>
        <w:t>Я ждав тебе, не спав до ранку...&lt;br /&gt;</w:t>
        <w:br/>
        <w:t>Мавка І&lt;br /&gt;</w:t>
        <w:br/>
        <w:t>Була ж та дівчина з села!..&lt;br /&gt;</w:t>
        <w:br/>
        <w:t>Іван&lt;br /&gt;</w:t>
        <w:br/>
        <w:t>Не прожену ж... Сама пристала...&lt;br /&gt;</w:t>
        <w:br/>
        <w:t>Не їсть, не п'є... Не знаю й сам,&lt;br /&gt;</w:t>
        <w:br/>
        <w:t>Як маю я її позбутись...&lt;br /&gt;</w:t>
        <w:br/>
        <w:t>Хотів сказати вже батькам...&lt;br /&gt;</w:t>
        <w:br/>
        <w:t>...Мені самому її шкода,&lt;br /&gt;</w:t>
        <w:br/>
        <w:t>Та що ж з собою я зроблю,&lt;br /&gt;</w:t>
        <w:br/>
        <w:t>Як не лежить вона до серця,&lt;br /&gt;</w:t>
        <w:br/>
        <w:t>Як іншу я уже люблю...&lt;br /&gt;</w:t>
        <w:br/>
        <w:t>(Пристрасно).&lt;br /&gt;</w:t>
        <w:br/>
        <w:t>Тебе люблю, тебе єдину!&lt;br /&gt;</w:t>
        <w:br/>
        <w:t>Хоч ти і мавка...&lt;br /&gt;</w:t>
        <w:br/>
        <w:t>Мавка І&lt;br /&gt;</w:t>
        <w:br/>
        <w:t>Чуєш крик?!&lt;br /&gt;</w:t>
        <w:br/>
        <w:t>Щось знову сталося у лісі...&lt;br /&gt;</w:t>
        <w:br/>
        <w:t>Кричить недурно Лісовик!&lt;br /&gt;</w:t>
        <w:br/>
        <w:t>Ховаймось швидше!.. Ще побачить!..&lt;br /&gt;</w:t>
        <w:br/>
        <w:t>Як він розсердиться — страшний.&lt;br /&gt;</w:t>
        <w:br/>
        <w:t>Тут я його лише боюся!&lt;br /&gt;</w:t>
        <w:br/>
        <w:t>Іван&lt;br /&gt;</w:t>
        <w:br/>
        <w:t>А він зо мною привітний!&lt;br /&gt;</w:t>
        <w:br/>
        <w:t>Приходить часом до колиби,&lt;br /&gt;</w:t>
        <w:br/>
        <w:t>Сідає, слухає пісні.&lt;br /&gt;</w:t>
        <w:br/>
        <w:t>То мовчки дим пускає з люльки,&lt;br /&gt;</w:t>
        <w:br/>
        <w:t>То гріє руки при вогні.&lt;br /&gt;</w:t>
        <w:br/>
        <w:t>Чути голос Лісовика.&lt;br /&gt;</w:t>
        <w:br/>
        <w:t>Але страшний він, як сердитий!&lt;br /&gt;</w:t>
        <w:br/>
        <w:t>Не стіймо краще: побіжім...&lt;br /&gt;</w:t>
        <w:br/>
        <w:t>Сховаймось десь. Вже чути кроки'&lt;br /&gt;</w:t>
        <w:br/>
        <w:t>Іван&lt;br /&gt;</w:t>
        <w:br/>
        <w:t>Коли ти кажеш, то й ходім&lt;br /&gt;</w:t>
        <w:br/>
        <w:t>Мавка І бере за руку Івана й разом зникають в ЛІСІ&lt;br /&gt;</w:t>
        <w:br/>
        <w:t>Виходить Лісовик&lt;br /&gt;</w:t>
        <w:br/>
        <w:t>ЛІСОВИК&lt;br /&gt;</w:t>
        <w:br/>
        <w:t>Не дозовешся з них нікого!&lt;br /&gt;</w:t>
        <w:br/>
        <w:t>Порозбігались... Волю дай,&lt;br /&gt;</w:t>
        <w:br/>
        <w:t>А потім станеться щось,— марно&lt;br /&gt;</w:t>
        <w:br/>
        <w:t>За ними бігай і скликай.&lt;br /&gt;</w:t>
        <w:br/>
        <w:t>Хтось в прірву впав. Вівця? Прохожий?&lt;br /&gt;</w:t>
        <w:br/>
        <w:t>Для них аби прийшла весна —&lt;br /&gt;</w:t>
        <w:br/>
        <w:t>Ідуть з долин, по горах ходять,&lt;br /&gt;</w:t>
        <w:br/>
        <w:t>Чого шукають? Хто їх зна!&lt;br /&gt;</w:t>
        <w:br/>
        <w:t>Чорти, мавки зникають в нетрі,&lt;br /&gt;</w:t>
        <w:br/>
        <w:t>В кущі ховаються від них.&lt;br /&gt;</w:t>
        <w:br/>
        <w:t>Без догляду овечка блудить.&lt;br /&gt;</w:t>
        <w:br/>
        <w:t>Зривається із скель стрімких&lt;br /&gt;</w:t>
        <w:br/>
        <w:t>А витягать — кому охота?&lt;br /&gt;</w:t>
        <w:br/>
        <w:t>В сопілки грають вівчарі,&lt;br /&gt;</w:t>
        <w:br/>
        <w:t>Чи вигріваються на сонці,&lt;br /&gt;</w:t>
        <w:br/>
        <w:t>Чи сплять кертицями' в норі&lt;br /&gt;</w:t>
        <w:br/>
        <w:t>Нещастя станеться — нікого!&lt;br /&gt;</w:t>
        <w:br/>
        <w:t>Дарма лунає стогін-крик,&lt;br /&gt;</w:t>
        <w:br/>
        <w:t>І гине десь в яру овечка,&lt;br /&gt;</w:t>
        <w:br/>
        <w:t>А винен завжди Лісовик!&lt;br /&gt;</w:t>
        <w:br/>
        <w:t>(Іде над прірву й приглядається)&lt;br /&gt;</w:t>
        <w:br/>
        <w:t>На дні щось наче червоніє.&lt;br /&gt;</w:t>
        <w:br/>
        <w:t>Це не вівця і не теля.&lt;br /&gt;</w:t>
        <w:br/>
        <w:t>Агов! Сюди! Сюди! Рятуйте!&lt;br /&gt;</w:t>
        <w:br/>
        <w:t>Де ж ви? Забрала б вас земля!&lt;br /&gt;</w:t>
        <w:br/>
        <w:t>Чорт І&lt;br /&gt;</w:t>
        <w:br/>
        <w:t>Я тут! Голошуся слухняно!</w:t>
      </w:r>
    </w:p>
    <w:p>
      <w:r>
        <w:br/>
        <w:t>Кротішями&lt;br /&gt;</w:t>
        <w:br/>
        <w:t>Нарешті хоч один прибіг!&lt;br /&gt;</w:t>
        <w:br/>
        <w:t>Ти де це був? З мавками бавивсь?&lt;br /&gt;</w:t>
        <w:br/>
        <w:t>Чорт І&lt;br /&gt;</w:t>
        <w:br/>
        <w:t>Маржину я й овець стеріг!&lt;br /&gt;</w:t>
        <w:br/>
        <w:t>Лісовик&lt;br /&gt;</w:t>
        <w:br/>
        <w:t>Маржину? Знаю вашу варту —&lt;br /&gt;</w:t>
        <w:br/>
        <w:t>Сама гульня вам в голові&lt;br /&gt;</w:t>
        <w:br/>
        <w:t>Та жарти з бідними бабами,&lt;br /&gt;</w:t>
        <w:br/>
        <w:t>Що гриб вишукують в траві.&lt;br /&gt;</w:t>
        <w:br/>
        <w:t>Чорт І&lt;br /&gt;</w:t>
        <w:br/>
        <w:t>Лякав я в лісі дроворуба...&lt;br /&gt;</w:t>
        <w:br/>
        <w:t>Таку смереку він зрубав,&lt;br /&gt;</w:t>
        <w:br/>
        <w:t>Що ледве я аж не заплакав!&lt;br /&gt;</w:t>
        <w:br/>
        <w:t>Так я йому топір і вкрав!&lt;br /&gt;</w:t>
        <w:br/>
        <w:t>Лісовик&lt;br /&gt;</w:t>
        <w:br/>
        <w:t>За це хвалю, що бережеш ти&lt;br /&gt;</w:t>
        <w:br/>
        <w:t>Одвічні праліси й ліси&lt;br /&gt;</w:t>
        <w:br/>
        <w:t>А ти хіба не чув здалека,&lt;br /&gt;</w:t>
        <w:br/>
        <w:t>Як хтось стогнав і голосив?&lt;br /&gt;</w:t>
        <w:br/>
        <w:t>Чорт І&lt;br /&gt;</w:t>
        <w:br/>
        <w:t>Не чув нічого, присягаю&lt;br /&gt;</w:t>
        <w:br/>
        <w:t>Лісовик&lt;br /&gt;</w:t>
        <w:br/>
        <w:t>А хто лежить це... подивись&lt;br /&gt;</w:t>
        <w:br/>
        <w:t>Я вже старий — недобачаю,&lt;br /&gt;</w:t>
        <w:br/>
        <w:t>Хоч добрі очі мав колись.&lt;br /&gt;</w:t>
        <w:br/>
        <w:t>Чорт І&lt;br /&gt;</w:t>
        <w:br/>
        <w:t>Лежить там дівчина, здається.&lt;br /&gt;</w:t>
        <w:br/>
        <w:t>Теж не пізнаю я здаля.&lt;br /&gt;</w:t>
        <w:br/>
        <w:t>Лісовик&lt;br /&gt;</w:t>
        <w:br/>
        <w:t>І ти став бачити погано?&lt;br /&gt;</w:t>
        <w:br/>
        <w:t>А це "робота" не твоя?!&lt;br /&gt;</w:t>
        <w:br/>
        <w:t>Чого ж мовчиш? Мені дивись ти!&lt;br /&gt;</w:t>
        <w:br/>
        <w:t>Чим провинилася вона?&lt;br /&gt;</w:t>
        <w:br/>
        <w:t>Прийшла якийсь там гриб зірвати,&lt;br /&gt;</w:t>
        <w:br/>
        <w:t>Хіба для нас це новина?&lt;br /&gt;</w:t>
        <w:br/>
        <w:t>Ходім: ще, може, урятуєм.&lt;br /&gt;</w:t>
        <w:br/>
        <w:t>З потоку в щось візьми води...&lt;br /&gt;</w:t>
        <w:br/>
        <w:t>Але не гайся! Чуєш — кроки,&lt;br /&gt;</w:t>
        <w:br/>
        <w:t>Неначе хтось іде сюди...&lt;br /&gt;</w:t>
        <w:br/>
        <w:t>Швидко зникають. За хвилину, обнявшись, виходять І в а н і Мавка І.&lt;br /&gt;</w:t>
        <w:br/>
        <w:t>Іван&lt;br /&gt;</w:t>
        <w:br/>
        <w:t>Тепер вже ти моя навіки!&lt;br /&gt;</w:t>
        <w:br/>
        <w:t>Мавка І&lt;br /&gt;</w:t>
        <w:br/>
        <w:t>І ти навіки тільки мій.&lt;br /&gt;</w:t>
        <w:br/>
        <w:t>Цілуються.&lt;br /&gt;</w:t>
        <w:br/>
        <w:t>Ти тут, ти з нами вже лишишся&lt;br /&gt;</w:t>
        <w:br/>
        <w:t>На горах, в казці чарівній.&lt;br /&gt;</w:t>
        <w:br/>
        <w:t>Іван&lt;br /&gt;</w:t>
        <w:br/>
        <w:t>А що ж! Лишуся... хоч не знаю...&lt;br /&gt;</w:t>
        <w:br/>
        <w:t>Тут якось дивно в вас... не звик...&lt;br /&gt;</w:t>
        <w:br/>
        <w:t>Ні з ким я досі не спізнався...&lt;br /&gt;</w:t>
        <w:br/>
        <w:t>Мене лиш знає Лісовик.&lt;br /&gt;</w:t>
        <w:br/>
        <w:t>Не раз до мене він приходив,&lt;br /&gt;</w:t>
        <w:br/>
        <w:t>Співав, то грав, то гомонів.&lt;br /&gt;</w:t>
        <w:br/>
        <w:t>Його я добре уже знаю,&lt;br /&gt;</w:t>
        <w:br/>
        <w:t>А от не знаю ще чортів.&lt;br /&gt;</w:t>
        <w:br/>
        <w:t>Мавка І&lt;br /&gt;</w:t>
        <w:br/>
        <w:t>Не бійсь: вони тебе не займуть!&lt;br /&gt;</w:t>
        <w:br/>
        <w:t>Тут Лісовик — єдиний пан.&lt;br /&gt;</w:t>
        <w:br/>
        <w:t>Він тільки дасть наказ — і досить!&lt;br /&gt;</w:t>
        <w:br/>
        <w:t>Чорти ж — це пустоцвіт, бур'ян.&lt;br /&gt;</w:t>
        <w:br/>
        <w:t>Іван&lt;br /&gt;</w:t>
        <w:br/>
        <w:t>Скажи мені, але не гнівайсь,&lt;br /&gt;</w:t>
        <w:br/>
        <w:t>А чи не краще б нам було&lt;br /&gt;</w:t>
        <w:br/>
        <w:t>Спуститись в доли з полонини,&lt;br /&gt;</w:t>
        <w:br/>
        <w:t>В якесь містечко чи село?&lt;br /&gt;</w:t>
        <w:br/>
        <w:t>Мавка І&lt;br /&gt;</w:t>
        <w:br/>
        <w:t>А що б батьки твої сказали?&lt;br /&gt;</w:t>
        <w:br/>
        <w:t>А люде? Мавка на селі!&lt;br /&gt;</w:t>
        <w:br/>
        <w:t>Та я б там квіткою зів'яла,&lt;br /&gt;</w:t>
        <w:br/>
        <w:t>Посіклись крила б там мої!&lt;br /&gt;</w:t>
        <w:br/>
        <w:t>А тут я — наче пташка в лісі.&lt;br /&gt;</w:t>
        <w:br/>
        <w:t>Сама не знаю — йду, лечу...&lt;br /&gt;</w:t>
        <w:br/>
        <w:t>А ти хіба ще не літаєш?&lt;br /&gt;</w:t>
        <w:br/>
        <w:t>Як схочеш, я тебе навчу!&lt;br /&gt;</w:t>
        <w:br/>
        <w:t>Іван&lt;br /&gt;</w:t>
        <w:br/>
        <w:t>Я вже літаю! Наче крила&lt;br /&gt;</w:t>
        <w:br/>
        <w:t>За мною мають і несуть.&lt;br /&gt;</w:t>
        <w:br/>
        <w:t>Весь світ — неначе сад зелений.&lt;br /&gt;</w:t>
        <w:br/>
        <w:t>Усе музику якусь чуть...&lt;br /&gt;</w:t>
        <w:br/>
        <w:t>Це все: і крила, і музику&lt;br /&gt;</w:t>
        <w:br/>
        <w:t>Єдина ти мені дала.&lt;br /&gt;</w:t>
        <w:br/>
        <w:t>Я вже людиною не чуюсь&lt;br /&gt;</w:t>
        <w:br/>
        <w:t>І не вернуся до села.&lt;br /&gt;</w:t>
        <w:br/>
        <w:t>Мавка І&lt;br /&gt;</w:t>
        <w:br/>
        <w:t>Ти любиш квіти?! Я щоранку&lt;br /&gt;</w:t>
        <w:br/>
        <w:t>Тобі із них вінок сплету,&lt;br /&gt;</w:t>
        <w:br/>
        <w:t>Із рос я вставлю діаманти,&lt;br /&gt;</w:t>
        <w:br/>
        <w:t>Як у корону золоту.&lt;br /&gt;</w:t>
        <w:br/>
        <w:t>Іван&lt;br /&gt;</w:t>
        <w:br/>
        <w:t>Квітки люблю... Любив ще змалку.&lt;br /&gt;</w:t>
        <w:br/>
        <w:t>Ідеш — волошки у житах,&lt;br /&gt;</w:t>
        <w:br/>
        <w:t>Березка в'ється по стеблині,&lt;br /&gt;</w:t>
        <w:br/>
        <w:t>Будяк на стежці, як їжак...&lt;br /&gt;</w:t>
        <w:br/>
        <w:t>І серце аж тремтить-радіє.&lt;br /&gt;</w:t>
        <w:br/>
        <w:t>На волю рветься, наче птах.&lt;br /&gt;</w:t>
        <w:br/>
        <w:t>Само цвісти і червоніти&lt;br /&gt;</w:t>
        <w:br/>
        <w:t>Хотіло б маком у житах.&lt;br /&gt;</w:t>
        <w:br/>
        <w:t>Мавка І&lt;br /&gt;</w:t>
        <w:br/>
        <w:t>Я все квітками тут засію,&lt;br /&gt;</w:t>
        <w:br/>
        <w:t>Яких не бачив ти й не знав.&lt;br /&gt;</w:t>
        <w:br/>
        <w:t>Весь день на тебе, мій коханий,&lt;br /&gt;</w:t>
        <w:br/>
        <w:t>Вони дивитимуться з трав.&lt;br /&gt;</w:t>
        <w:br/>
        <w:t>І коли ти затулиш вії&lt;br /&gt;</w:t>
        <w:br/>
        <w:t>І ляжеш спати на траві,&lt;br /&gt;</w:t>
        <w:br/>
        <w:t>Вони нахиляться й розкажуть&lt;br /&gt;</w:t>
        <w:br/>
        <w:t>Про наші дива лісові.&lt;br /&gt;</w:t>
        <w:br/>
        <w:t>Іван&lt;br /&gt;</w:t>
        <w:br/>
        <w:t>Я насаджу на полонині&lt;br /&gt;</w:t>
        <w:br/>
        <w:t>Грушок, і яблук, і вишень...&lt;br /&gt;</w:t>
        <w:br/>
        <w:t>В сад оберну я полонину,&lt;br /&gt;</w:t>
        <w:br/>
        <w:t>У водограй з квіток, пісень!&lt;br /&gt;</w:t>
        <w:br/>
        <w:t>Сюди із долу прийдуть люде&lt;br /&gt;</w:t>
        <w:br/>
        <w:t>Нарвати яблук, слив та груш,&lt;br /&gt;</w:t>
        <w:br/>
        <w:t>Але до них потік не пустить,&lt;br /&gt;</w:t>
        <w:br/>
        <w:t>Підійме гриву — ані руш!&lt;br /&gt;</w:t>
        <w:br/>
        <w:t>Чути голоси, стогін, крики.&lt;br /&gt;</w:t>
        <w:br/>
        <w:t>Мавка І&lt;br /&gt;</w:t>
        <w:br/>
        <w:t>Ідуть сюди! Тікаймо швидше!&lt;br /&gt;</w:t>
        <w:br/>
        <w:t>Іван&lt;br /&gt;</w:t>
        <w:br/>
        <w:t>Що сталось? Чуєш: стогін, крик.&lt;br /&gt;</w:t>
        <w:br/>
        <w:t>Мавка І&lt;br /&gt;</w:t>
        <w:br/>
        <w:t>Пусте! Когось лякають наші.&lt;br /&gt;</w:t>
        <w:br/>
        <w:t>Або розгнівавсь Лісовик.&lt;br /&gt;</w:t>
        <w:br/>
        <w:t>Іван (закохано до Мавки)&lt;br /&gt;</w:t>
        <w:br/>
        <w:t>Дай подивлюсь: не надивлюся.&lt;br /&gt;</w:t>
        <w:br/>
        <w:t>Мавка І&lt;br /&gt;</w:t>
        <w:br/>
        <w:t>Ходім... Помітять, доженуть...&lt;br /&gt;</w:t>
        <w:br/>
        <w:t>Я не казала ще нікому,&lt;br /&gt;</w:t>
        <w:br/>
        <w:t>Мене під суд наш віддадуть.&lt;br /&gt;</w:t>
        <w:br/>
        <w:t>Сховаймось в нетрі. Там тебе я&lt;br /&gt;</w:t>
        <w:br/>
        <w:t>Як скарб, як щастя обніму.&lt;br /&gt;</w:t>
        <w:br/>
        <w:t>Ці довгі коси розплету я,&lt;br /&gt;</w:t>
        <w:br/>
        <w:t>І це намисто я зніму.&lt;br /&gt;</w:t>
        <w:br/>
        <w:t>Іван якусь хвилину наче вагається, враз обнімає Мавку і удвох зникають.&lt;br /&gt;</w:t>
        <w:br/>
        <w:t>З кручі показується спочатку голова Лісовика, далі — двох чортів, які&lt;br /&gt;</w:t>
        <w:br/>
        <w:t>на руках несуть Марійку, й по хвилині всі відходять. Вертається&lt;br /&gt;</w:t>
        <w:br/>
        <w:t>Чорт І, сідає на галявині й починає голосно плакати.&lt;br /&gt;</w:t>
        <w:br/>
        <w:t>Завіса&lt;br /&gt;</w:t>
        <w:br/>
        <w:t>IV КАРТИНА&lt;br /&gt;</w:t>
        <w:br/>
        <w:t>Декорація 1-го акту. Ясна ніч, але дерево кидає тінь на колибу, на місце&lt;br /&gt;</w:t>
        <w:br/>
        <w:t>де спить Іван. На галявині перед лісом танцюють і співають мавки&lt;br /&gt;</w:t>
        <w:br/>
        <w:t>їх оточують різні лісові духи, часом беручи участь у танку. Чотири потвори&lt;br /&gt;</w:t>
        <w:br/>
        <w:t>грають на сопілку, трембіту й флояри.&lt;br /&gt;</w:t>
        <w:br/>
        <w:t>Хоррусалок&lt;br /&gt;</w:t>
        <w:br/>
        <w:t>Ти до мене, ти до мене не ходи,&lt;br /&gt;</w:t>
        <w:br/>
        <w:t>Куций,коротенький.&lt;br /&gt;</w:t>
        <w:br/>
        <w:t>Бо до мене, бо до мене листи пише&lt;br /&gt;</w:t>
        <w:br/>
        <w:t>Високий, тоненький&lt;br /&gt;</w:t>
        <w:br/>
        <w:t>Ти на мене, ти на мене&lt;br /&gt;</w:t>
        <w:br/>
        <w:t>Не дивись,&lt;br /&gt;</w:t>
        <w:br/>
        <w:t>Не витріщуй очі, я за тебе&lt;br /&gt;</w:t>
        <w:br/>
        <w:t>Не піду,&lt;br /&gt;</w:t>
        <w:br/>
        <w:t>Бо мі ся не хоче.&lt;br /&gt;</w:t>
        <w:br/>
        <w:t>Мавка X&lt;br /&gt;</w:t>
        <w:br/>
        <w:t>Співаймо, танцюймо до рана!&lt;br /&gt;</w:t>
        <w:br/>
        <w:t>Мавка V&lt;br /&gt;</w:t>
        <w:br/>
        <w:t>Заграйте, музики, аркана! 1&lt;br /&gt;</w:t>
        <w:br/>
        <w:t>Аркан.&lt;br /&gt;</w:t>
        <w:br/>
        <w:t>Стара потвора&lt;br /&gt;</w:t>
        <w:br/>
        <w:t>Чудне щось діятися стало.&lt;br /&gt;</w:t>
        <w:br/>
        <w:t>Одвічні діти полонини&lt;br /&gt;</w:t>
        <w:br/>
        <w:t>Перейняли в людей з долин&lt;br /&gt;</w:t>
        <w:br/>
        <w:t>Пісень, танків їх вже чимало.&lt;br /&gt;</w:t>
        <w:br/>
        <w:t>Своїх не знаємо неначе.&lt;br /&gt;</w:t>
        <w:br/>
        <w:t>Чи вже забули їх, ледачі?!&lt;br /&gt;</w:t>
        <w:br/>
        <w:t>Хіба старі нам не казали,&lt;br /&gt;</w:t>
        <w:br/>
        <w:t>Щоб від людей чимдальш тікали?&lt;br /&gt;</w:t>
        <w:br/>
        <w:t>Так ні! Цей жінку покохає,&lt;br /&gt;</w:t>
        <w:br/>
        <w:t>А та по легіню зітхає.&lt;br /&gt;</w:t>
        <w:br/>
        <w:t>А як дитину приведе,&lt;br /&gt;</w:t>
        <w:br/>
        <w:t>То немовля ні се ні те:&lt;br /&gt;</w:t>
        <w:br/>
        <w:t>Летів би дух на полонину,&lt;br /&gt;</w:t>
        <w:br/>
        <w:t>А тіло тягне у долину.</w:t>
      </w:r>
    </w:p>
    <w:p>
      <w:r>
        <w:br/>
        <w:t>Мавка V&lt;br /&gt;</w:t>
        <w:br/>
        <w:t>Таке ви кажете, дідусю.&lt;br /&gt;</w:t>
        <w:br/>
        <w:t>Що й одповісти вам боюся.&lt;br /&gt;</w:t>
        <w:br/>
        <w:t>Тепер нова доба прийшла,&lt;br /&gt;</w:t>
        <w:br/>
        <w:t>Як хвиля з моря, принесла&lt;br /&gt;</w:t>
        <w:br/>
        <w:t>Нові невидані перлини,&lt;br /&gt;</w:t>
        <w:br/>
        <w:t>Що берегли морські глибини.&lt;br /&gt;</w:t>
        <w:br/>
        <w:t>Чому ж перлин цих нам не брати.&lt;br /&gt;</w:t>
        <w:br/>
        <w:t>Коли не в душу, так на шати?&lt;br /&gt;</w:t>
        <w:br/>
        <w:t>Стара потвора (розсердившись)&lt;br /&gt;</w:t>
        <w:br/>
        <w:t>Бач, серед нас найшлась яка!&lt;br /&gt;</w:t>
        <w:br/>
        <w:t>Навчись держати язика,&lt;br /&gt;</w:t>
        <w:br/>
        <w:t>Щоб прикусити, маєш зуби?&lt;br /&gt;</w:t>
        <w:br/>
        <w:t>Така вівця й отару згубить!&lt;br /&gt;</w:t>
        <w:br/>
        <w:t>Мавка V&lt;br /&gt;</w:t>
        <w:br/>
        <w:t>Всі зуби маю! Подивіться...&lt;br /&gt;</w:t>
        <w:br/>
        <w:t>(Лащиться).&lt;br /&gt;</w:t>
        <w:br/>
        <w:t>Та вже не сердіться, всміхніться!&lt;br /&gt;</w:t>
        <w:br/>
        <w:t>Стара потвора&lt;br /&gt;</w:t>
        <w:br/>
        <w:t>Та вже не серджусь: веселіться...&lt;br /&gt;</w:t>
        <w:br/>
        <w:t>Мавка X&lt;br /&gt;</w:t>
        <w:br/>
        <w:t>Ой місяцю-князю, і ви, зіроньки,&lt;br /&gt;</w:t>
        <w:br/>
        <w:t>Світіть нам, дивіться на наші танки.&lt;br /&gt;</w:t>
        <w:br/>
        <w:t>Свої хороводи водіть до світанку,&lt;br /&gt;</w:t>
        <w:br/>
        <w:t>А ми затанцюєм свою полонянку 1&lt;br /&gt;</w:t>
        <w:br/>
        <w:t>Фантастичний танець&lt;br /&gt;</w:t>
        <w:br/>
        <w:t>Музика І&lt;br /&gt;</w:t>
        <w:br/>
        <w:t>Та згляньтесь на нас: ми вже духу не маєм.&lt;br /&gt;</w:t>
        <w:br/>
        <w:t>Від самого вечора граєм та граєм.&lt;br /&gt;</w:t>
        <w:br/>
        <w:t>Мавка И&lt;br /&gt;</w:t>
        <w:br/>
        <w:t>Ідіть відпочиньте, аж вийшов з вас дух.</w:t>
      </w:r>
    </w:p>
    <w:p>
      <w:r>
        <w:br/>
        <w:t>Танець.&lt;br /&gt;</w:t>
        <w:br/>
        <w:t>Мавка К&lt;br /&gt;</w:t>
        <w:br/>
        <w:t>Під буком столітнім трава, як той пух.&lt;br /&gt;</w:t>
        <w:br/>
        <w:t>Музики виходять.&lt;br /&gt;</w:t>
        <w:br/>
        <w:t>Русалка&lt;br /&gt;</w:t>
        <w:br/>
        <w:t>Хто хоче купатись, ходімте зо мною.&lt;br /&gt;</w:t>
        <w:br/>
        <w:t>По танцю мій звик освіжитись водою.&lt;br /&gt;</w:t>
        <w:br/>
        <w:t>Лебідками білими будем пливти...&lt;br /&gt;</w:t>
        <w:br/>
        <w:t>Мавка У&lt;br /&gt;</w:t>
        <w:br/>
        <w:t>Аби не дізнались потвори-чорти&lt;br /&gt;</w:t>
        <w:br/>
        <w:t>Мавка А&lt;br /&gt;</w:t>
        <w:br/>
        <w:t>У них є своя, більш цікава робота&lt;br /&gt;</w:t>
        <w:br/>
        <w:t>Без нас подадуться вони до болота.&lt;br /&gt;</w:t>
        <w:br/>
        <w:t>Більшість мавок по одній зникаюіь. Чорта, шо і шили в гурті, помітивши&lt;br /&gt;</w:t>
        <w:br/>
        <w:t>зникаючих мавок і переморгнувшись, подаються крадькома за ними&lt;br /&gt;</w:t>
        <w:br/>
        <w:t>Декілька мавок залишилося&lt;br /&gt;</w:t>
        <w:br/>
        <w:t>Мавка С&lt;br /&gt;</w:t>
        <w:br/>
        <w:t>Як любо жити на землі,&lt;br /&gt;</w:t>
        <w:br/>
        <w:t>І щедрі як дари її!&lt;br /&gt;</w:t>
        <w:br/>
        <w:t>Мавка К&lt;br /&gt;</w:t>
        <w:br/>
        <w:t>Чом ці щедроти не розлиті&lt;br /&gt;</w:t>
        <w:br/>
        <w:t>По всій землі, по цілім світі?&lt;br /&gt;</w:t>
        <w:br/>
        <w:t>Мавка С&lt;br /&gt;</w:t>
        <w:br/>
        <w:t>Щасливі ми на полонині,&lt;br /&gt;</w:t>
        <w:br/>
        <w:t>А скільки сліз тече в долині!&lt;br /&gt;</w:t>
        <w:br/>
        <w:t>Мавка О&lt;br /&gt;</w:t>
        <w:br/>
        <w:t>Нащо цей смуток? Срібна ніч&lt;br /&gt;</w:t>
        <w:br/>
        <w:t>Стає щохвилі чарівніш!&lt;br /&gt;</w:t>
        <w:br/>
        <w:t>Ходімте квітів нарвемо,&lt;br /&gt;</w:t>
        <w:br/>
        <w:t>Віночки файні сплетемо.&lt;br /&gt;</w:t>
        <w:br/>
        <w:t>Мавка С&lt;br /&gt;</w:t>
        <w:br/>
        <w:t>З дзвіночків буде мій віночок.&lt;br /&gt;</w:t>
        <w:br/>
        <w:t>Мавка О&lt;br /&gt;</w:t>
        <w:br/>
        <w:t>Мій з золотих кульбаб, з волошок.</w:t>
      </w:r>
    </w:p>
    <w:p>
      <w:r>
        <w:br/>
        <w:t>Скажи, де папороть цвіте?&lt;br /&gt;</w:t>
        <w:br/>
        <w:t>І з неї хто вінок сплете?&lt;br /&gt;</w:t>
        <w:br/>
        <w:t>Мавка С (показує рукою)&lt;br /&gt;</w:t>
        <w:br/>
        <w:t>Я бачу квітку золоту,&lt;br /&gt;</w:t>
        <w:br/>
        <w:t>І перша я вінок сплету.&lt;br /&gt;</w:t>
        <w:br/>
        <w:t>Біжить, її з криками доганяють інші мавки.</w:t>
      </w:r>
    </w:p>
    <w:p>
      <w:r>
        <w:br/>
        <w:t>Молодий чортик II (переслідуючи молоду&lt;br /&gt;</w:t>
        <w:br/>
        <w:t>мавку)&lt;br /&gt;</w:t>
        <w:br/>
        <w:t>Та ти сховайся на той світ,&lt;br /&gt;</w:t>
        <w:br/>
        <w:t>А я впізнаю враз твій слід.&lt;br /&gt;</w:t>
        <w:br/>
        <w:t>Молода мавка (спиняється, суворо)&lt;br /&gt;</w:t>
        <w:br/>
        <w:t>Чого чіпляєшся до мене?&lt;br /&gt;</w:t>
        <w:br/>
        <w:t>Чорт II&lt;br /&gt;</w:t>
        <w:br/>
        <w:t>Люблю тебе, люблю шалено!&lt;br /&gt;</w:t>
        <w:br/>
        <w:t>Молода мавка&lt;br /&gt;</w:t>
        <w:br/>
        <w:t>Ах, дай мені, нарешті, спокій!&lt;br /&gt;</w:t>
        <w:br/>
        <w:t>Чорт II&lt;br /&gt;</w:t>
        <w:br/>
        <w:t>Такій красуні чорноокій?&lt;br /&gt;</w:t>
        <w:br/>
        <w:t>Ніколи! Я на все поб'юсь!&lt;br /&gt;</w:t>
        <w:br/>
        <w:t>Побачиш — пізно або рано,&lt;br /&gt;</w:t>
        <w:br/>
        <w:t>А будеш ти моя кохана!&lt;br /&gt;</w:t>
        <w:br/>
        <w:t>Молода мавка&lt;br /&gt;</w:t>
        <w:br/>
        <w:t>Хто? Я? Не діждешся, хвалько!&lt;br /&gt;</w:t>
        <w:br/>
        <w:t>Он на губах ще молоко!&lt;br /&gt;</w:t>
        <w:br/>
        <w:t>Брудний, негарний, неохайний...&lt;br /&gt;</w:t>
        <w:br/>
        <w:t>Мій любий буде файний-файний!&lt;br /&gt;</w:t>
        <w:br/>
        <w:t>Чорт II&lt;br /&gt;</w:t>
        <w:br/>
        <w:t>"Брудний!.." В болоті б побула,&lt;br /&gt;</w:t>
        <w:br/>
        <w:t>З намулу жаб повиганяла —&lt;br /&gt;</w:t>
        <w:br/>
        <w:t>Ото б лілеєю цвіла&lt;br /&gt;</w:t>
        <w:br/>
        <w:t>Та білим цвітом чарувала!&lt;br /&gt;</w:t>
        <w:br/>
        <w:t>Мені накаже Водяник:&lt;br /&gt;</w:t>
        <w:br/>
        <w:t>"Загнати жаб в кінець болота,&lt;br /&gt;</w:t>
        <w:br/>
        <w:t>Хоч спокій матиму від них!"&lt;br /&gt;</w:t>
        <w:br/>
        <w:t>Гадаєш, чиста ця робота?&lt;br /&gt;</w:t>
        <w:br/>
        <w:t>Чи станеш до потоку йти,&lt;br /&gt;</w:t>
        <w:br/>
        <w:t>Як знаєш, що так близько ти?!&lt;br /&gt;</w:t>
        <w:br/>
        <w:t>Ну і біжиш брудний, огидний.&lt;br /&gt;</w:t>
        <w:br/>
        <w:t>Мовляв: простить близький хтось й рідний.&lt;br /&gt;</w:t>
        <w:br/>
        <w:t>Молода мавка&lt;br /&gt;</w:t>
        <w:br/>
        <w:t>А я хіба тобі рідня?&lt;br /&gt;</w:t>
        <w:br/>
        <w:t>...А може, вже... кохаю я.&lt;br /&gt;</w:t>
        <w:br/>
        <w:t>Чорт II&lt;br /&gt;</w:t>
        <w:br/>
        <w:t>Ого! Не знав я... Ха-ха-ха!&lt;br /&gt;</w:t>
        <w:br/>
        <w:t>Й ти любиш, може, пастуха?&lt;br /&gt;</w:t>
        <w:br/>
        <w:t>Таж він закоханий у другу...&lt;br /&gt;</w:t>
        <w:br/>
        <w:t>І, посковзнувшись, впав у тугу.&lt;br /&gt;</w:t>
        <w:br/>
        <w:t>Іван виходить з колиби, взявшись за голову, наче вона йому болить,&lt;br /&gt;</w:t>
        <w:br/>
        <w:t>і сідає, замислившись, на колоді під колибою.&lt;br /&gt;</w:t>
        <w:br/>
        <w:t>Мавка Л&lt;br /&gt;</w:t>
        <w:br/>
        <w:t>Вівчар прокинувся, мовчи!&lt;br /&gt;</w:t>
        <w:br/>
        <w:t>Сховаймось: видко і вночі.&lt;br /&gt;</w:t>
        <w:br/>
        <w:t>Поглянь, як він і схуд, і зблід,&lt;br /&gt;</w:t>
        <w:br/>
        <w:t>А цвів, згадай, як маків цвіт!&lt;br /&gt;</w:t>
        <w:br/>
        <w:t>(Ховаються за кущ).&lt;br /&gt;</w:t>
        <w:br/>
        <w:t>Іван (взявши флояру, спочатку програє мелодію,&lt;br /&gt;</w:t>
        <w:br/>
        <w:t>потім співає)&lt;br /&gt;</w:t>
        <w:br/>
        <w:t>Додому, додому,&lt;br /&gt;</w:t>
        <w:br/>
        <w:t>Бо я маю д' кому. (2)&lt;br /&gt;</w:t>
        <w:br/>
        <w:t>Бо я маю мамку.&lt;br /&gt;</w:t>
        <w:br/>
        <w:t>Як солодку планку.&lt;br /&gt;</w:t>
        <w:br/>
        <w:t>Додому, додому.&lt;br /&gt;</w:t>
        <w:br/>
        <w:t>Бо вже час приходить, (2)&lt;br /&gt;</w:t>
        <w:br/>
        <w:t>Вже тота зірниця&lt;br /&gt;</w:t>
        <w:br/>
        <w:t>За гори заходить.&lt;br /&gt;</w:t>
        <w:br/>
        <w:t>Додому, додому,&lt;br /&gt;</w:t>
        <w:br/>
        <w:t>Кожний ід' свойому, (2)&lt;br /&gt;</w:t>
        <w:br/>
        <w:t>А я, небожатко,&lt;br /&gt;</w:t>
        <w:br/>
        <w:t>Усе ід' чужому.</w:t>
      </w:r>
    </w:p>
    <w:p>
      <w:r>
        <w:br/>
        <w:t>(Встає).&lt;br /&gt;</w:t>
        <w:br/>
        <w:t>Піду... куди, і сам не знаю...&lt;br /&gt;</w:t>
        <w:br/>
        <w:t>А голова болить без краю...&lt;br /&gt;</w:t>
        <w:br/>
        <w:t>Марійка спить,— їй все дарма —&lt;br /&gt;</w:t>
        <w:br/>
        <w:t>Чи я на світі, чи нема.&lt;br /&gt;</w:t>
        <w:br/>
        <w:t>Але для Мавки... Де вона?&lt;br /&gt;</w:t>
        <w:br/>
        <w:t>Що з нею е — ніхто не зна.&lt;br /&gt;</w:t>
        <w:br/>
        <w:t>Вона є мавка, і їй нічого:&lt;br /&gt;</w:t>
        <w:br/>
        <w:t>Одурить ще когось дурного,&lt;br /&gt;</w:t>
        <w:br/>
        <w:t>І справді, мабуть, я дурний,&lt;br /&gt;</w:t>
        <w:br/>
        <w:t>Мені захмаривсь світ ясний..&lt;br /&gt;</w:t>
        <w:br/>
        <w:t>Піду... куди... і сам не знаю,—&lt;br /&gt;</w:t>
        <w:br/>
        <w:t>Куди іду й чого шукаю&lt;br /&gt;</w:t>
        <w:br/>
        <w:t>(Поволі йде праворуч,&lt;br /&gt;</w:t>
        <w:br/>
        <w:t>безнадійно похиливши голову).&lt;br /&gt;</w:t>
        <w:br/>
        <w:t>Молода мавка (виходить з Чортом II із-за&lt;br /&gt;</w:t>
        <w:br/>
        <w:t>кущів )&lt;br /&gt;</w:t>
        <w:br/>
        <w:t>На горах тут йому немило!&lt;br /&gt;</w:t>
        <w:br/>
        <w:t>Щось голову йому схилило...&lt;br /&gt;</w:t>
        <w:br/>
        <w:t>Молодий чорт&lt;br /&gt;</w:t>
        <w:br/>
        <w:t>Не в тому річ — прийшла весна,—&lt;br /&gt;</w:t>
        <w:br/>
        <w:t>Кого кохає — сам не зна.&lt;br /&gt;</w:t>
        <w:br/>
        <w:t>Надвоє серце розкололось.&lt;br /&gt;</w:t>
        <w:br/>
        <w:t>Тому й схилився він, як колос.&lt;br /&gt;</w:t>
        <w:br/>
        <w:t>Молода мавка&lt;br /&gt;</w:t>
        <w:br/>
        <w:t>Ні, він закоханий без краю&lt;br /&gt;</w:t>
        <w:br/>
        <w:t>До однієї — це я знаю.&lt;br /&gt;</w:t>
        <w:br/>
        <w:t>Молодий чорт&lt;br /&gt;</w:t>
        <w:br/>
        <w:t>Багато знаєш — що й казати?&lt;br /&gt;</w:t>
        <w:br/>
        <w:t>Як підростеш, то будеш знати!&lt;br /&gt;</w:t>
        <w:br/>
        <w:t>Молода мавка&lt;br /&gt;</w:t>
        <w:br/>
        <w:t>Ти сам ще трохи підрости!&lt;br /&gt;</w:t>
        <w:br/>
        <w:t>(Пішла, розсердившись).&lt;br /&gt;</w:t>
        <w:br/>
        <w:t>Молодий чорт&lt;br /&gt;</w:t>
        <w:br/>
        <w:t>Постій! Образилася ти?!&lt;br /&gt;</w:t>
        <w:br/>
        <w:t>(Пішов за нею).&lt;br /&gt;</w:t>
        <w:br/>
        <w:t>Входять дві мавки.&lt;br /&gt;</w:t>
        <w:br/>
        <w:t>Мавка-подруга&lt;br /&gt;</w:t>
        <w:br/>
        <w:t>Розважся, сестро, не сумуй.&lt;br /&gt;</w:t>
        <w:br/>
        <w:t>Танок русалчин затанцюй!&lt;br /&gt;</w:t>
        <w:br/>
        <w:t>Ще, бачиш, місяць не погас,&lt;br /&gt;</w:t>
        <w:br/>
        <w:t>І зорі дивляться на нас.&lt;br /&gt;</w:t>
        <w:br/>
        <w:t>Лови хвилину: прийде день&lt;br /&gt;</w:t>
        <w:br/>
        <w:t>Не для танків, не для пісень:&lt;br /&gt;</w:t>
        <w:br/>
        <w:t>Маржину будем стерегти,&lt;br /&gt;</w:t>
        <w:br/>
        <w:t>То вишивати, то плести.&lt;br /&gt;</w:t>
        <w:br/>
        <w:t>Мавка І&lt;br /&gt;</w:t>
        <w:br/>
        <w:t>Не до танків мені, кохана..&lt;br /&gt;</w:t>
        <w:br/>
        <w:t>Як ніч, глибока моя рана...&lt;br /&gt;</w:t>
        <w:br/>
        <w:t>Як ніч, для мене цілий світ.&lt;br /&gt;</w:t>
        <w:br/>
        <w:t>Холодний він мені, як лід.&lt;br /&gt;</w:t>
        <w:br/>
        <w:t>(Кладе руку на плече подруги).&lt;br /&gt;</w:t>
        <w:br/>
        <w:t>Я ж не хотіла й не могла&lt;br /&gt;</w:t>
        <w:br/>
        <w:t>Забити дівчину з села.&lt;br /&gt;</w:t>
        <w:br/>
        <w:t>І як би я її убила.&lt;br /&gt;</w:t>
        <w:br/>
        <w:t>Коли й вона його любила!&lt;br /&gt;</w:t>
        <w:br/>
        <w:t>Він винен? Ні! Він вогник стрів,&lt;br /&gt;</w:t>
        <w:br/>
        <w:t>Що наче більш його зогрів,&lt;br /&gt;</w:t>
        <w:br/>
        <w:t>А на тепло душа холодна...&lt;br /&gt;</w:t>
        <w:br/>
        <w:t>Була така, така голодна...&lt;br /&gt;</w:t>
        <w:br/>
        <w:t>Усе життя цей скарб — тепло —&lt;br /&gt;</w:t>
        <w:br/>
        <w:t>Для нього мрією було...&lt;br /&gt;</w:t>
        <w:br/>
        <w:t>Та жаль прийшов і переміг&lt;br /&gt;</w:t>
        <w:br/>
        <w:t>Тепло, любов, красу і сміх&lt;br /&gt;</w:t>
        <w:br/>
        <w:t>Чужа тепер я тут і там.&lt;br /&gt;</w:t>
        <w:br/>
        <w:t>Розбите серце пополам,&lt;br /&gt;</w:t>
        <w:br/>
        <w:t>Чужу і людям, і своїм&lt;br /&gt;</w:t>
        <w:br/>
        <w:t>Ношу дитину я під ним.&lt;br /&gt;</w:t>
        <w:br/>
        <w:t>Мавка-подруга&lt;br /&gt;</w:t>
        <w:br/>
        <w:t>Не воруши болючих ран...&lt;br /&gt;</w:t>
        <w:br/>
        <w:t>Опам'ятається Іван&lt;br /&gt;</w:t>
        <w:br/>
        <w:t>І тут лишиться зимувати&lt;br /&gt;</w:t>
        <w:br/>
        <w:t>Він вже не вернеться до хати!&lt;br /&gt;</w:t>
        <w:br/>
        <w:t>Та і вертався б він чого?</w:t>
      </w:r>
    </w:p>
    <w:p>
      <w:r>
        <w:br/>
        <w:t>Хоч би угледіти його...&lt;br /&gt;</w:t>
        <w:br/>
        <w:t>Три дні не бачу... зник кудись.&lt;br /&gt;</w:t>
        <w:br/>
        <w:t>Мавка-подруга&lt;br /&gt;</w:t>
        <w:br/>
        <w:t>Пасе десь вівці, не журись.&lt;br /&gt;</w:t>
        <w:br/>
        <w:t>Ось я піду й знайду...&lt;br /&gt;</w:t>
        <w:br/>
        <w:t>Мавка І&lt;br /&gt;</w:t>
        <w:br/>
        <w:t>Піди...&lt;br /&gt;</w:t>
        <w:br/>
        <w:t>Та принеси мені води...&lt;br /&gt;</w:t>
        <w:br/>
        <w:t>Подруга пішла. Вибігає Чорт І.&lt;br /&gt;</w:t>
        <w:br/>
        <w:t>Чорт І&lt;br /&gt;</w:t>
        <w:br/>
        <w:t>А я тебе давно шукаю.&lt;br /&gt;</w:t>
        <w:br/>
        <w:t>Спускався з гір аж до села.&lt;br /&gt;</w:t>
        <w:br/>
        <w:t>Казали, ніби з полонини&lt;br /&gt;</w:t>
        <w:br/>
        <w:t>Ти жити до людей пішла.&lt;br /&gt;</w:t>
        <w:br/>
        <w:t>Мавка І&lt;br /&gt;</w:t>
        <w:br/>
        <w:t>Куди б я звідси подалася:&lt;br /&gt;</w:t>
        <w:br/>
        <w:t>Змія круг серця обвилася,&lt;br /&gt;</w:t>
        <w:br/>
        <w:t>Темніє світ мені в очах..&lt;br /&gt;</w:t>
        <w:br/>
        <w:t>Я ледве встою на ногах.&lt;br /&gt;</w:t>
        <w:br/>
        <w:t>Чорт І&lt;br /&gt;</w:t>
        <w:br/>
        <w:t>Не бійсь! Це пройде, це — пусте!&lt;br /&gt;</w:t>
        <w:br/>
        <w:t>Багато ліків тут росте...&lt;br /&gt;</w:t>
        <w:br/>
        <w:t>Ось сядь посидь: спочинеш трошки&lt;br /&gt;</w:t>
        <w:br/>
        <w:t>А потім підем до ворожки,&lt;br /&gt;</w:t>
        <w:br/>
        <w:t>І від цілющої трави&lt;br /&gt;</w:t>
        <w:br/>
        <w:t>Мине біль серця й голови.&lt;br /&gt;</w:t>
        <w:br/>
        <w:t>Мавка І&lt;br /&gt;</w:t>
        <w:br/>
        <w:t>Він не мине, не перестане,&lt;br /&gt;</w:t>
        <w:br/>
        <w:t>Аж доки журиться коханий.&lt;br /&gt;</w:t>
        <w:br/>
        <w:t>Цілющий лік — це він один,&lt;br /&gt;</w:t>
        <w:br/>
        <w:t>Хоч вже мене не гоїть він...&lt;br /&gt;</w:t>
        <w:br/>
        <w:t>...А чи я тобі казала,&lt;br /&gt;</w:t>
        <w:br/>
        <w:t>А чи ти від мене чув,&lt;br /&gt;</w:t>
        <w:br/>
        <w:t>Щоб підступно із-за мене&lt;br /&gt;</w:t>
        <w:br/>
        <w:t>В прірву дівчину зіпхнув?&lt;br /&gt;</w:t>
        <w:br/>
        <w:t>Не її ти з кручі кинув —&lt;br /&gt;</w:t>
        <w:br/>
        <w:t>Моє серце ти розбив.&lt;br /&gt;</w:t>
        <w:br/>
        <w:t>Чорт І&lt;br /&gt;</w:t>
        <w:br/>
        <w:t>Все зроблю я знов для тебе,&lt;br /&gt;</w:t>
        <w:br/>
        <w:t>Бо люблю я, як любив.&lt;br /&gt;</w:t>
        <w:br/>
        <w:t>Мавка І&lt;br /&gt;</w:t>
        <w:br/>
        <w:t>Знов згадав своє кохання.&lt;br /&gt;</w:t>
        <w:br/>
        <w:t>(Тихо плаче).&lt;br /&gt;</w:t>
        <w:br/>
        <w:t>Чорт І&lt;br /&gt;</w:t>
        <w:br/>
        <w:t>Я сказав уже востаннє...&lt;br /&gt;</w:t>
        <w:br/>
        <w:t>(В задумі схилився на дерево).&lt;br /&gt;</w:t>
        <w:br/>
        <w:t>Мавка-подруга (прибігає й приносить кухоль&lt;br /&gt;</w:t>
        <w:br/>
        <w:t>з оодою)&lt;br /&gt;</w:t>
        <w:br/>
        <w:t>Все плачеш, журишся покинь!&lt;br /&gt;</w:t>
        <w:br/>
        <w:t>Напийсь води та сядь спочинь&lt;br /&gt;</w:t>
        <w:br/>
        <w:t>Мавка І п'є воду й сідає під деревом, збоку від&lt;br /&gt;</w:t>
        <w:br/>
        <w:t>колиби.&lt;br /&gt;</w:t>
        <w:br/>
        <w:t>Мавка І (до подруги)&lt;br /&gt;</w:t>
        <w:br/>
        <w:t>Ну, що?!&lt;br /&gt;</w:t>
        <w:br/>
        <w:t>Мавка-подруга&lt;br /&gt;</w:t>
        <w:br/>
        <w:t>Знайшла!!&lt;br /&gt;</w:t>
        <w:br/>
        <w:t>Мавка І&lt;br /&gt;</w:t>
        <w:br/>
        <w:t>Скажи хоч, де?!&lt;br /&gt;</w:t>
        <w:br/>
        <w:t>Мавка-подруга&lt;br /&gt;</w:t>
        <w:br/>
        <w:t>Та глянь: ось він сюди вже йде.&lt;br /&gt;</w:t>
        <w:br/>
        <w:t>Іван (засмучений, схиливши голову, в задумі)&lt;br /&gt;</w:t>
        <w:br/>
        <w:t>Ой Мавко, Мавко,&lt;br /&gt;</w:t>
        <w:br/>
        <w:t>Файна та мила.&lt;br /&gt;</w:t>
        <w:br/>
        <w:t>За що ж мою ти&lt;br /&gt;</w:t>
        <w:br/>
        <w:t>Дівчину вбила?&lt;br /&gt;</w:t>
        <w:br/>
        <w:t>Яку зробила&lt;br /&gt;</w:t>
        <w:br/>
        <w:t>Для тебе шкоду?&lt;br /&gt;</w:t>
        <w:br/>
        <w:t>Чи була заздра&lt;br /&gt;</w:t>
        <w:br/>
        <w:t>На твою вроду?&lt;br /&gt;</w:t>
        <w:br/>
        <w:t>А чи не міг я&lt;br /&gt;</w:t>
        <w:br/>
        <w:t>Вас двох кохати,&lt;br /&gt;</w:t>
        <w:br/>
        <w:t>Вдень дома бути,&lt;br /&gt;</w:t>
        <w:br/>
        <w:t>Вночі блукати?&lt;br /&gt;</w:t>
        <w:br/>
        <w:t>З ранку б до ночі&lt;br /&gt;</w:t>
        <w:br/>
        <w:t>Робив, що треба,&lt;br /&gt;</w:t>
        <w:br/>
        <w:t>Вночі на гори&lt;br /&gt;</w:t>
        <w:br/>
        <w:t>Йшов би до тебе.&lt;br /&gt;</w:t>
        <w:br/>
        <w:t>Гуляв би, бавивсь&lt;br /&gt;</w:t>
        <w:br/>
        <w:t>Аж до світанку,&lt;br /&gt;</w:t>
        <w:br/>
        <w:t>Все милував би&lt;br /&gt;</w:t>
        <w:br/>
        <w:t>Свою коханку.&lt;br /&gt;</w:t>
        <w:br/>
        <w:t>Тепер одна вже,&lt;br /&gt;</w:t>
        <w:br/>
        <w:t>Як крейда біла,&lt;br /&gt;</w:t>
        <w:br/>
        <w:t>Тому, що палко&lt;br /&gt;</w:t>
        <w:br/>
        <w:t>Вона любила.&lt;br /&gt;</w:t>
        <w:br/>
        <w:t>А друга ходить&lt;br /&gt;</w:t>
        <w:br/>
        <w:t>Простоволоса,&lt;br /&gt;</w:t>
        <w:br/>
        <w:t>З очей-волошок&lt;br /&gt;</w:t>
        <w:br/>
        <w:t>Збирає роси.&lt;br /&gt;</w:t>
        <w:br/>
        <w:t>(Підводить голову й бачить колибу).&lt;br /&gt;</w:t>
        <w:br/>
        <w:t>Вернувсь без стежки...&lt;br /&gt;</w:t>
        <w:br/>
        <w:t>Коли б заснути,&lt;br /&gt;</w:t>
        <w:br/>
        <w:t>Спочити серцем,&lt;br /&gt;</w:t>
        <w:br/>
        <w:t>Про все забути.&lt;br /&gt;</w:t>
        <w:br/>
        <w:t>Мавка-подруга&lt;br /&gt;</w:t>
        <w:br/>
        <w:t>Чого блукаєш десь марою?&lt;br /&gt;</w:t>
        <w:br/>
        <w:t>Іван&lt;br /&gt;</w:t>
        <w:br/>
        <w:t>Я не знайду ніде спокою.&lt;br /&gt;</w:t>
        <w:br/>
        <w:t>Удень ходжу я на могилу,&lt;br /&gt;</w:t>
        <w:br/>
        <w:t>Вночі шукаю Мавку милу.&lt;br /&gt;</w:t>
        <w:br/>
        <w:t>Мавка-подруга&lt;br /&gt;</w:t>
        <w:br/>
        <w:t>Та Мавка тут ось, під вербою,&lt;br /&gt;</w:t>
        <w:br/>
        <w:t>Сльозами сходить за тобою.&lt;br /&gt;</w:t>
        <w:br/>
        <w:t>(До Чорта І).&lt;br /&gt;</w:t>
        <w:br/>
        <w:t>Не станьмо заважати їм:&lt;br /&gt;</w:t>
        <w:br/>
        <w:t>Хай поговорять вдвох, ходім.&lt;br /&gt;</w:t>
        <w:br/>
        <w:t>Відходять.&lt;br /&gt;</w:t>
        <w:br/>
        <w:t>Іван, наче опам'ятавшись і помітивши Мавку, швидко підходить до неї&lt;br /&gt;</w:t>
        <w:br/>
        <w:t>Іван&lt;br /&gt;</w:t>
        <w:br/>
        <w:t>Це ти? Ти тут? Чого?&lt;br /&gt;</w:t>
        <w:br/>
        <w:t>Мавка І&lt;br /&gt;</w:t>
        <w:br/>
        <w:t>Питаєш!?&lt;br /&gt;</w:t>
        <w:br/>
        <w:t>Іван&lt;br /&gt;</w:t>
        <w:br/>
        <w:t>Чому засмучена?&lt;br /&gt;</w:t>
        <w:br/>
        <w:t>Мавка І&lt;br /&gt;</w:t>
        <w:br/>
        <w:t>Не знаєш?!&lt;br /&gt;</w:t>
        <w:br/>
        <w:t>Іван&lt;br /&gt;</w:t>
        <w:br/>
        <w:t>А я пустив овець, маржину,—&lt;br /&gt;</w:t>
        <w:br/>
        <w:t>Хай гине... з нею й я загину.&lt;br /&gt;</w:t>
        <w:br/>
        <w:t>Я не вернусь уже додому...&lt;br /&gt;</w:t>
        <w:br/>
        <w:t>Та не кажи про це нікому!..&lt;br /&gt;</w:t>
        <w:br/>
        <w:t>Мавка І&lt;br /&gt;</w:t>
        <w:br/>
        <w:t>А що ти будеш тут робити?&lt;br /&gt;</w:t>
        <w:br/>
        <w:t>Ти ж перестав мене любити...&lt;br /&gt;</w:t>
        <w:br/>
        <w:t>(В задумі).&lt;br /&gt;</w:t>
        <w:br/>
        <w:t>А я тут більше жить не хочу,&lt;br /&gt;</w:t>
        <w:br/>
        <w:t>Піду я звідси світ за очі...&lt;br /&gt;</w:t>
        <w:br/>
        <w:t>На інших горах чи в лісах&lt;br /&gt;</w:t>
        <w:br/>
        <w:t>Тебе шукатиму... в сльозах,&lt;br /&gt;</w:t>
        <w:br/>
        <w:t>Чи одягнуся в хустку, свитку,&lt;br /&gt;</w:t>
        <w:br/>
        <w:t>І, може, найме хтось покритку.&lt;br /&gt;</w:t>
        <w:br/>
        <w:t>Іван&lt;br /&gt;</w:t>
        <w:br/>
        <w:t>А тут чого б тобі не жити.&lt;br /&gt;</w:t>
        <w:br/>
        <w:t>Щоб на могилі вдвох тужити?&lt;br /&gt;</w:t>
        <w:br/>
        <w:t>Мавка І&lt;br /&gt;</w:t>
        <w:br/>
        <w:t>Ні, квітка, скошена удруге,&lt;br /&gt;</w:t>
        <w:br/>
        <w:t>Ніколи вже не розцвіте.&lt;br /&gt;</w:t>
        <w:br/>
        <w:t>І на її смертельну рану&lt;br /&gt;</w:t>
        <w:br/>
        <w:t>Цілюще зілля не росте.&lt;br /&gt;</w:t>
        <w:br/>
        <w:t>Іван&lt;br /&gt;</w:t>
        <w:br/>
        <w:t>Я хочу вмерти... Світ холодний.&lt;br /&gt;</w:t>
        <w:br/>
        <w:t>Коли б тепер вона жила,</w:t>
      </w:r>
    </w:p>
    <w:p>
      <w:r>
        <w:br/>
        <w:t>А тн о весною и нім цвіла.</w:t>
      </w:r>
    </w:p>
    <w:p>
      <w:r>
        <w:br/>
        <w:t>Я вмерти хочу... і умру я.</w:t>
      </w:r>
    </w:p>
    <w:p>
      <w:r>
        <w:br/>
        <w:t>Мене ж зненавидів давно ти,&lt;br /&gt;</w:t>
        <w:br/>
        <w:t>Злочинна відьма я, мовляв...&lt;br /&gt;</w:t>
        <w:br/>
        <w:t>Чи тебе я колись дурила?&lt;br /&gt;</w:t>
        <w:br/>
        <w:t>Що мавка я — хіба не знав?&lt;br /&gt;</w:t>
        <w:br/>
        <w:t>Ти винний сам: чому, згадай лиш&lt;br /&gt;</w:t>
        <w:br/>
        <w:t>До неї став байдужий ти?&lt;br /&gt;</w:t>
        <w:br/>
        <w:t>Коли б я бачила, що любиш,&lt;br /&gt;</w:t>
        <w:br/>
        <w:t>Знайшла б я силу відійти.&lt;br /&gt;</w:t>
        <w:br/>
        <w:t>З корінням вирвала б ту квітку.&lt;br /&gt;</w:t>
        <w:br/>
        <w:t>Яка тоді лише зійшла.&lt;br /&gt;</w:t>
        <w:br/>
        <w:t>І може б, згодом ще гарніша&lt;br /&gt;</w:t>
        <w:br/>
        <w:t>В моєму серці розцвіла.</w:t>
      </w:r>
    </w:p>
    <w:p>
      <w:r>
        <w:br/>
        <w:t>Іван&lt;br /&gt;</w:t>
        <w:br/>
        <w:t>Я справді став, як лід, до неї,&lt;br /&gt;</w:t>
        <w:br/>
        <w:t>І як я іншим стати міг,&lt;br /&gt;</w:t>
        <w:br/>
        <w:t>Коли залив мені всю душу&lt;br /&gt;</w:t>
        <w:br/>
        <w:t>Незнаний чар очей твоїх.&lt;br /&gt;</w:t>
        <w:br/>
        <w:t>Село, нудьга, щоденна праця,&lt;br /&gt;</w:t>
        <w:br/>
        <w:t>Нужда, те саме день у день.&lt;br /&gt;</w:t>
        <w:br/>
        <w:t>А тут твій сміх, цей праліс сонце&lt;br /&gt;</w:t>
        <w:br/>
        <w:t>І ночі з танців і пісень.&lt;br /&gt;</w:t>
        <w:br/>
        <w:t>Мавка І&lt;br /&gt;</w:t>
        <w:br/>
        <w:t>Чи винна я, що народилась&lt;br /&gt;</w:t>
        <w:br/>
        <w:t>В цім лісі мавкою на світ?&lt;br /&gt;</w:t>
        <w:br/>
        <w:t>Що покохала я чужого&lt;br /&gt;</w:t>
        <w:br/>
        <w:t>І цим зів'ялила свій цвіт?&lt;br /&gt;</w:t>
        <w:br/>
        <w:t>Іван&lt;br /&gt;</w:t>
        <w:br/>
        <w:t>Ні, Ні! Ти ще цвітеш і досі!&lt;br /&gt;</w:t>
        <w:br/>
        <w:t>Побите градом заросте.&lt;br /&gt;</w:t>
        <w:br/>
        <w:t>Всміхнись, і рани всі загоїть&lt;br /&gt;</w:t>
        <w:br/>
        <w:t>Твоє ж проміння золоте.&lt;br /&gt;</w:t>
        <w:br/>
        <w:t>Мавка І&lt;br /&gt;</w:t>
        <w:br/>
        <w:t>Не можу я: і сміх, і усміх —&lt;br /&gt;</w:t>
        <w:br/>
        <w:t>Обидва з кров'ю вже зійшли&lt;br /&gt;</w:t>
        <w:br/>
        <w:t>Мавка І&lt;br /&gt;</w:t>
        <w:br/>
        <w:t>Щоб... з сином ми самі жили.&lt;br /&gt;</w:t>
        <w:br/>
        <w:t>І ми... ми... житимем... тобою!.&lt;br /&gt;</w:t>
        <w:br/>
        <w:t>Як дуб, наш виросте синок...&lt;br /&gt;</w:t>
        <w:br/>
        <w:t>Не знаю де, чи в бідній хаті,&lt;br /&gt;</w:t>
        <w:br/>
        <w:t>Чи в лісі десь серед квіток.&lt;br /&gt;</w:t>
        <w:br/>
        <w:t>І коли стане він великий,&lt;br /&gt;</w:t>
        <w:br/>
        <w:t>Сюди повернемось ми знов,&lt;br /&gt;</w:t>
        <w:br/>
        <w:t>Де ти ходив, де пас отари,&lt;br /&gt;</w:t>
        <w:br/>
        <w:t>Де нас покинув і пішов...&lt;br /&gt;</w:t>
        <w:br/>
        <w:t>...Чи ще стоятиме колиба?!&lt;br /&gt;</w:t>
        <w:br/>
        <w:t>..Трембіту нам свою лиши,&lt;br /&gt;</w:t>
        <w:br/>
        <w:t>Заграє він, і я почую&lt;br /&gt;</w:t>
        <w:br/>
        <w:t>Знов голос рідної душі.&lt;br /&gt;</w:t>
        <w:br/>
        <w:t>Щоранку й вечора почую,&lt;br /&gt;</w:t>
        <w:br/>
        <w:t>Немов живого, голос твій,&lt;br /&gt;</w:t>
        <w:br/>
        <w:t>А тут білітиме, як в морі.&lt;br /&gt;</w:t>
        <w:br/>
        <w:t>Отара в росяній траві.&lt;br /&gt;</w:t>
        <w:br/>
        <w:t>Тебе лише не буде з нами..&lt;br /&gt;</w:t>
        <w:br/>
        <w:t>(Схилившись, наче над дитиною)&lt;br /&gt;</w:t>
        <w:br/>
        <w:t>..Не плач, дитиночко моя&lt;br /&gt;</w:t>
        <w:br/>
        <w:t>Тобі колисочку зроблю я,&lt;br /&gt;</w:t>
        <w:br/>
        <w:t>Схилюсь і заспіваю я:&lt;br /&gt;</w:t>
        <w:br/>
        <w:t>"Дрімки, дрімки, задрімай,&lt;br /&gt;</w:t>
        <w:br/>
        <w:t>А ти, батечку, заграй.&lt;br /&gt;</w:t>
        <w:br/>
        <w:t>Щоб синочок наш почув,&lt;br /&gt;</w:t>
        <w:br/>
        <w:t>Щоб малесенький заснув.&lt;br /&gt;</w:t>
        <w:br/>
        <w:t>Кличе батечко: "Бир, бир..."&lt;br /&gt;</w:t>
        <w:br/>
        <w:t>Біжать вівці його з гір,&lt;br /&gt;</w:t>
        <w:br/>
        <w:t>Біля його лягли, ситі,&lt;br /&gt;</w:t>
        <w:br/>
        <w:t>І заслухались трембіти.&lt;br /&gt;</w:t>
        <w:br/>
        <w:t>Сяє личенько твоє...&lt;br /&gt;</w:t>
        <w:br/>
        <w:t>Тільки мати сльози ллє...&lt;br /&gt;</w:t>
        <w:br/>
        <w:t>Та й вона спочити ляже,&lt;br /&gt;</w:t>
        <w:br/>
        <w:t>А колись про все розкаже..&lt;br /&gt;</w:t>
        <w:br/>
        <w:t>Дрімки, дрімоньки, бай, бай,&lt;br /&gt;</w:t>
        <w:br/>
        <w:t>А ти, батечку, заграй,&lt;br /&gt;</w:t>
        <w:br/>
        <w:t>Щоб синочок наш почув,&lt;br /&gt;</w:t>
        <w:br/>
        <w:t>Щоб малесенький заснув"</w:t>
      </w:r>
    </w:p>
    <w:p>
      <w:r>
        <w:br/>
        <w:t>Спів Марійки з лісу:&lt;br /&gt;</w:t>
        <w:br/>
        <w:t>Помалу-малу,&lt;br /&gt;</w:t>
        <w:br/>
        <w:t>Вівчарю, грай,—&lt;br /&gt;</w:t>
        <w:br/>
        <w:t>Не врази мого&lt;br /&gt;</w:t>
        <w:br/>
        <w:t>Серденька вкрай.&lt;br /&gt;</w:t>
        <w:br/>
        <w:t>Мене сестричка&lt;br /&gt;</w:t>
        <w:br/>
        <w:t>В лісі згубила,&lt;br /&gt;</w:t>
        <w:br/>
        <w:t>Як по ягідки&lt;br /&gt;</w:t>
        <w:br/>
        <w:t>З нею ходила.&lt;br /&gt;</w:t>
        <w:br/>
        <w:t>Мавка й Іван з жахом прислухаються до пісні.&lt;br /&gt;</w:t>
        <w:br/>
        <w:t>Іван&lt;br /&gt;</w:t>
        <w:br/>
        <w:t>Ти чуєш? Чуєш? Це вона!.,&lt;br /&gt;</w:t>
        <w:br/>
        <w:t>її це пісня жалібна...&lt;br /&gt;</w:t>
        <w:br/>
        <w:t>Ходім до неї... все розкажем.&lt;br /&gt;</w:t>
        <w:br/>
        <w:t>І з нею поруч спати ляжем.&lt;br /&gt;</w:t>
        <w:br/>
        <w:t>Мавка І&lt;br /&gt;</w:t>
        <w:br/>
        <w:t>Не ляжу я з синком своїм...&lt;br /&gt;</w:t>
        <w:br/>
        <w:t>Спів з лісу: "Мене сестричка&gt; і т. д.&lt;br /&gt;</w:t>
        <w:br/>
        <w:t>Іван&lt;br /&gt;</w:t>
        <w:br/>
        <w:t>Співає знов!.. Ходім, ходім...&lt;br /&gt;</w:t>
        <w:br/>
        <w:t>Бере Мавку за руку і веде її в ліс, звідки чулась пісня Марійки. Місяць&lt;br /&gt;</w:t>
        <w:br/>
        <w:t>на хвилину зайшов за хмару і знов вийшов.&lt;br /&gt;</w:t>
        <w:br/>
        <w:t>І в а н (з того місця, де вчора ліг спати, крізь сон...)&lt;br /&gt;</w:t>
        <w:br/>
        <w:t>Мені ні вмерти, ані жити...&lt;br /&gt;</w:t>
        <w:br/>
        <w:t>( Кричить).&lt;br /&gt;</w:t>
        <w:br/>
        <w:t>Покинь, покинь мене душити!&lt;br /&gt;</w:t>
        <w:br/>
        <w:t>(Схоплюється й протирає очі).&lt;br /&gt;</w:t>
        <w:br/>
        <w:t>0 Боже мій! Що сталось нині?!&lt;br /&gt;</w:t>
        <w:br/>
        <w:t>Чи все приснилося мені?&lt;br /&gt;</w:t>
        <w:br/>
        <w:t>1 де ж це я? На полонині?!&lt;br /&gt;</w:t>
        <w:br/>
        <w:t>Марійка вмерла? Вмерла!! Ні!&lt;br /&gt;</w:t>
        <w:br/>
        <w:t>(Кричить).&lt;br /&gt;</w:t>
        <w:br/>
        <w:t>Гей, Мавко, Мавко! Зле мені!&lt;br /&gt;</w:t>
        <w:br/>
        <w:t>Здалеку озивається луна.&lt;br /&gt;</w:t>
        <w:br/>
        <w:t>Завіса&lt;br /&gt;</w:t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полонині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