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 довгих ножів</w:t>
      </w:r>
    </w:p>
    <w:p>
      <w:r>
        <w:br/>
        <w:t xml:space="preserve"> знайомий сержант мав рацію&lt;br /&gt;</w:t>
        <w:br/>
        <w:t>4 вагони довгих ножів&lt;br /&gt;</w:t>
        <w:br/>
        <w:t>завезено сьогодні на станцію&lt;br /&gt;</w:t>
        <w:br/>
        <w:t>5 вантажівок усю ніч&lt;br /&gt;</w:t>
        <w:br/>
        <w:t>з товарного двору возили їх в місто&lt;br /&gt;</w:t>
        <w:br/>
        <w:t>білою крейдою хтось позначив&lt;br /&gt;</w:t>
        <w:br/>
        <w:t>усі костьоли й каплиці</w:t>
      </w:r>
    </w:p>
    <w:p>
      <w:r>
        <w:br/>
        <w:t>***</w:t>
      </w:r>
    </w:p>
    <w:p>
      <w:r>
        <w:br/>
        <w:t>у жидівському барі під папугою&lt;br /&gt;</w:t>
        <w:br/>
        <w:t>молодики цілий день грали в кості&lt;br /&gt;</w:t>
        <w:br/>
        <w:t>у таку жару цілий день грали в кості&lt;br /&gt;</w:t>
        <w:br/>
        <w:t>не знімаючи піджаків</w:t>
      </w:r>
    </w:p>
    <w:p>
      <w:r>
        <w:br/>
        <w:t>якийсь надокучливий єгомосць&lt;br /&gt;</w:t>
        <w:br/>
        <w:t>подарував мені липовий довгий ніж&lt;br /&gt;</w:t>
        <w:br/>
        <w:t>уночі виглядатиме ніби справжній&lt;br /&gt;</w:t>
        <w:br/>
        <w:t>але тут же й облаяв&lt;br /&gt;</w:t>
        <w:br/>
        <w:t>ти боягуз і задуже нервовий&lt;br /&gt;</w:t>
        <w:br/>
        <w:t>і глянув так ніби плюнув</w:t>
      </w:r>
    </w:p>
    <w:p>
      <w:r>
        <w:br/>
        <w:t>***</w:t>
      </w:r>
    </w:p>
    <w:p>
      <w:r>
        <w:br/>
        <w:t>у місті труб єрихонських більше аніж клаксонів&lt;br /&gt;</w:t>
        <w:br/>
        <w:t>і всього лиш кілька буржуїв мають авто&lt;br /&gt;</w:t>
        <w:br/>
        <w:t>зате на дахах труби архангельські&lt;br /&gt;</w:t>
        <w:br/>
        <w:t>по 4 на кожному</w:t>
      </w:r>
    </w:p>
    <w:p>
      <w:r>
        <w:br/>
        <w:t>Бог з'являється скрізь&lt;br /&gt;</w:t>
        <w:br/>
        <w:t>але ніяк не впливає&lt;br /&gt;</w:t>
        <w:br/>
        <w:t>на перебіг подій&lt;br /&gt;</w:t>
        <w:br/>
        <w:t>Він для цього занадто розумний</w:t>
      </w:r>
    </w:p>
    <w:p>
      <w:r>
        <w:br/>
        <w:t>Малиновський ні про що не хоче слухати&lt;br /&gt;</w:t>
        <w:br/>
        <w:t>у своїм помешканні&lt;br /&gt;</w:t>
        <w:br/>
        <w:t>не кращому від кролятника&lt;br /&gt;</w:t>
        <w:br/>
        <w:t>він ставить термоядерні досліди</w:t>
      </w:r>
    </w:p>
    <w:p>
      <w:r>
        <w:br/>
        <w:t>на випадок чого Ковальські&lt;br /&gt;</w:t>
        <w:br/>
        <w:t>спалили свій гобелен&lt;br /&gt;</w:t>
        <w:br/>
        <w:t>оленя гнаного крізь вогняні кущі&lt;br /&gt;</w:t>
        <w:br/>
        <w:t>він був вартнішим за усі візії сальвадора далі&lt;br /&gt;</w:t>
        <w:br/>
        <w:t>(що також брехня)&lt;br /&gt;</w:t>
        <w:br/>
        <w:t>цей шедевральний олень&lt;br /&gt;</w:t>
        <w:br/>
        <w:t>цей фейєричний олень&lt;br /&gt;</w:t>
        <w:br/>
        <w:t>і цей ґураль у капелюшку із зірочкою</w:t>
      </w:r>
    </w:p>
    <w:p>
      <w:r>
        <w:br/>
        <w:t>***</w:t>
      </w:r>
    </w:p>
    <w:p>
      <w:r>
        <w:br/>
        <w:t>циганові все одно&lt;br /&gt;</w:t>
        <w:br/>
        <w:t>бо циган не має нічого&lt;br /&gt;</w:t>
        <w:br/>
        <w:t>крім дружини дітей і точила&lt;br /&gt;</w:t>
        <w:br/>
        <w:t>і всіх тих речей котрі можуть бути його&lt;br /&gt;</w:t>
        <w:br/>
        <w:t>так само як і когось іншого&lt;br /&gt;</w:t>
        <w:br/>
        <w:t>сів циган посеред майдану</w:t>
      </w:r>
    </w:p>
    <w:p>
      <w:r>
        <w:br/>
        <w:t>ножі гострити&lt;br /&gt;</w:t>
        <w:br/>
        <w:t>ножі гострити&lt;br /&gt;</w:t>
        <w:br/>
        <w:t>кличе</w:t>
      </w:r>
    </w:p>
    <w:p>
      <w:r>
        <w:br/>
        <w:t>вискочили два кеглярі з бару&lt;br /&gt;</w:t>
        <w:br/>
        <w:t>які ножі щооооо…&lt;br /&gt;</w:t>
        <w:br/>
        <w:t>на кого ножі… га…&lt;br /&gt;</w:t>
        <w:br/>
        <w:t>злякався цаган&lt;br /&gt;</w:t>
        <w:br/>
        <w:t>признався&lt;br /&gt;</w:t>
        <w:br/>
        <w:t>бачив як новий місяць&lt;br /&gt;</w:t>
        <w:br/>
        <w:t>срібні намистини сіяв&lt;br /&gt;</w:t>
        <w:br/>
        <w:t>щораз менші&lt;br /&gt;</w:t>
        <w:br/>
        <w:t>щораз менші&lt;br /&gt;</w:t>
        <w:br/>
        <w:t>перешукали увесь майдан&lt;br /&gt;</w:t>
        <w:br/>
        <w:t>срібних намистин не знайшли</w:t>
      </w:r>
    </w:p>
    <w:p>
      <w:r>
        <w:br/>
        <w:t>***</w:t>
      </w:r>
    </w:p>
    <w:p>
      <w:r>
        <w:br/>
        <w:t>до найшикарнішої кав'ярні&lt;br /&gt;</w:t>
        <w:br/>
        <w:t>де збирається цвіт&lt;br /&gt;</w:t>
        <w:br/>
        <w:t>чорно-каратового рицарства&lt;br /&gt;</w:t>
        <w:br/>
        <w:t>увійшов ніж&lt;br /&gt;</w:t>
        <w:br/>
        <w:t>але на нього ніхто не звернув уваги&lt;br /&gt;</w:t>
        <w:br/>
        <w:t>кельнер підійшов до нього так як і до людини&lt;br /&gt;</w:t>
        <w:br/>
        <w:t>маленьку каву бовкнув той&lt;br /&gt;</w:t>
        <w:br/>
        <w:t>а на бісквіт йому вже не вистачило&lt;br /&gt;</w:t>
        <w:br/>
        <w:t>він нудився цілий вечір</w:t>
      </w:r>
    </w:p>
    <w:p>
      <w:r>
        <w:br/>
        <w:t>за всіма столиками&lt;br /&gt;</w:t>
        <w:br/>
        <w:t>говорили про ціни на довгі ножі</w:t>
      </w:r>
    </w:p>
    <w:p>
      <w:r>
        <w:br/>
        <w:t>***</w:t>
      </w:r>
    </w:p>
    <w:p>
      <w:r>
        <w:br/>
        <w:t>а якщо нагадати що рефрент П.&lt;br /&gt;</w:t>
        <w:br/>
        <w:t>(він працював на сортуванні довгих ножів)&lt;br /&gt;</w:t>
        <w:br/>
        <w:t>багатодітний і віддавна перетворений в таргана&lt;br /&gt;</w:t>
        <w:br/>
        <w:t>(див. у Кафки)&lt;br /&gt;</w:t>
        <w:br/>
        <w:t>купив автомобіль величезне чорне сонце&lt;br /&gt;</w:t>
        <w:br/>
        <w:t>і знову став схожий на людину&lt;br /&gt;</w:t>
        <w:br/>
        <w:t>(каже стукнув себе по лобі&lt;br /&gt;</w:t>
        <w:br/>
        <w:t>й прокинувся)&lt;br /&gt;</w:t>
        <w:br/>
        <w:t>що перламутрові овочі&lt;br /&gt;</w:t>
        <w:br/>
        <w:t>ховатимуть (тссс…)&lt;br /&gt;</w:t>
        <w:br/>
        <w:t>у матках багатих жінок&lt;br /&gt;</w:t>
        <w:br/>
        <w:t>заскочених незвичайністю ситуації&lt;br /&gt;</w:t>
        <w:br/>
        <w:t>і в поетів&lt;br /&gt;</w:t>
        <w:br/>
        <w:t>тих гівнюків&lt;br /&gt;</w:t>
        <w:br/>
        <w:t>що псують папір нечленороздільними белькотаннями&lt;br /&gt;</w:t>
        <w:br/>
        <w:t>тих мудаків&lt;br /&gt;</w:t>
        <w:br/>
        <w:t>які не доросли до шаленства</w:t>
      </w:r>
    </w:p>
    <w:p>
      <w:r>
        <w:br/>
        <w:t>якщо усе це візьмемо до уваги&lt;br /&gt;</w:t>
        <w:br/>
        <w:t>то&lt;br /&gt;</w:t>
        <w:br/>
        <w:t>безперечно&lt;br /&gt;</w:t>
        <w:br/>
        <w:t>сержант мав рацію</w:t>
      </w:r>
    </w:p>
    <w:p>
      <w:r>
        <w:br/>
        <w:t>***</w:t>
      </w:r>
    </w:p>
    <w:p>
      <w:r>
        <w:br/>
        <w:t>але дайте мені краще помешкання&lt;br /&gt;</w:t>
        <w:br/>
        <w:t>і я почеплю в ньому портрет президента&lt;br /&gt;</w:t>
        <w:br/>
        <w:t>дайте мені ділянку за містом&lt;br /&gt;</w:t>
        <w:br/>
        <w:t>і я стану змовником в ім'я короля&lt;br /&gt;</w:t>
        <w:br/>
        <w:t>але помешкання розподіляють демократи&lt;br /&gt;</w:t>
        <w:br/>
        <w:t>(вони кажуть демократи це жахливо)&lt;br /&gt;</w:t>
        <w:br/>
        <w:t>а в уряді зелені&lt;br /&gt;</w:t>
        <w:br/>
        <w:t>монархісти позбавлені спадку</w:t>
      </w:r>
    </w:p>
    <w:p>
      <w:r>
        <w:br/>
        <w:t>клячі старорежимні проте&lt;br /&gt;</w:t>
        <w:br/>
        <w:t>не без впливів&lt;br /&gt;</w:t>
        <w:br/>
        <w:t>(коли длубаються в зубах)&lt;br /&gt;</w:t>
        <w:br/>
        <w:t>отож одним кажуть так іншим сяк&lt;br /&gt;</w:t>
        <w:br/>
        <w:t>і ходять в моєму дерев'яному одязі</w:t>
      </w:r>
    </w:p>
    <w:p>
      <w:r>
        <w:br/>
        <w:t>ні це не самотронія&lt;br /&gt;</w:t>
        <w:br/>
        <w:t>мені насправді потрібні&lt;br /&gt;</w:t>
        <w:br/>
        <w:t>помешкання і город</w:t>
      </w:r>
    </w:p>
    <w:p>
      <w:r>
        <w:br/>
        <w:t>***</w:t>
      </w:r>
    </w:p>
    <w:p>
      <w:r>
        <w:br/>
        <w:t>4 вагони довгих ножів&lt;br /&gt;</w:t>
        <w:br/>
        <w:t>2 тонни жидівського золота&lt;br /&gt;</w:t>
        <w:br/>
        <w:t>я боягуз і задуже нервовий&lt;br /&gt;</w:t>
        <w:br/>
        <w:t>жидівське золото не для мене</w:t>
      </w:r>
    </w:p>
    <w:p>
      <w:r>
        <w:br/>
        <w:t>***</w:t>
      </w:r>
    </w:p>
    <w:p>
      <w:r>
        <w:br/>
        <w:t>це нічого що той молодик у френчі є чортом&lt;br /&gt;</w:t>
        <w:br/>
        <w:t>а оцей старець з сопілкою святим&lt;br /&gt;</w:t>
        <w:br/>
        <w:t>це нічого не означає напередодні ночі довгих ножів&lt;br /&gt;</w:t>
        <w:br/>
        <w:t>це взагалі нічого не означає&lt;br /&gt;</w:t>
        <w:br/>
        <w:t>ані цієї ночі&lt;br /&gt;</w:t>
        <w:br/>
        <w:t>ані наступної&lt;br /&gt;</w:t>
        <w:br/>
        <w:t>хіба в логіці</w:t>
      </w:r>
    </w:p>
    <w:p>
      <w:r>
        <w:br/>
        <w:t>усі кельнери чорти&lt;br /&gt;</w:t>
        <w:br/>
        <w:t>отож&lt;br /&gt;</w:t>
        <w:br/>
        <w:t>кожен кельнер є чортом&lt;br /&gt;</w:t>
        <w:br/>
        <w:t>А до Б&lt;br /&gt;</w:t>
        <w:br/>
        <w:t>має таке ж відношення&lt;br /&gt;</w:t>
        <w:br/>
        <w:t>як віл до карети&lt;br /&gt;</w:t>
        <w:br/>
        <w:t>або&lt;br /&gt;</w:t>
        <w:br/>
        <w:t>перина до вітряка</w:t>
      </w:r>
    </w:p>
    <w:p>
      <w:r>
        <w:br/>
        <w:t>***</w:t>
      </w:r>
    </w:p>
    <w:p>
      <w:r>
        <w:br/>
        <w:t>люблю дивитися як когось б'ють&lt;br /&gt;</w:t>
        <w:br/>
        <w:t>хоч сам не рвуся до бійки&lt;br /&gt;</w:t>
        <w:br/>
        <w:t>тут гахнули щойно одного&lt;br /&gt;</w:t>
        <w:br/>
        <w:t>з вуст і з носа&lt;br /&gt;</w:t>
        <w:br/>
        <w:t>червона&lt;br /&gt;</w:t>
        <w:br/>
        <w:t>фонтаном била&lt;br /&gt;</w:t>
        <w:br/>
        <w:t>думав що це во славу&lt;br /&gt;</w:t>
        <w:br/>
        <w:t>побіг крізь усе місто заквічаний&lt;br /&gt;</w:t>
        <w:br/>
        <w:t>во славу волав</w:t>
      </w:r>
    </w:p>
    <w:p>
      <w:r>
        <w:br/>
        <w:t>во славу</w:t>
      </w:r>
    </w:p>
    <w:p>
      <w:r>
        <w:br/>
        <w:t>але примчало службове авто&lt;br /&gt;</w:t>
        <w:br/>
        <w:t>і все скінчилося&lt;br /&gt;</w:t>
        <w:br/>
        <w:t>і гарячий брук ніби губка&lt;br /&gt;</w:t>
        <w:br/>
        <w:t>всмоктав і кров&lt;br /&gt;</w:t>
        <w:br/>
        <w:t>і спогад про ліричного бевзя&lt;br /&gt;</w:t>
        <w:br/>
        <w:t>з розбитим носом</w:t>
      </w:r>
    </w:p>
    <w:p>
      <w:r>
        <w:br/>
        <w:t>***</w:t>
      </w:r>
    </w:p>
    <w:p>
      <w:r>
        <w:br/>
        <w:t>Кривоніс чи Криворіг&lt;br /&gt;</w:t>
        <w:br/>
        <w:t>менший за злодійське псевдо&lt;br /&gt;</w:t>
        <w:br/>
        <w:t>ще хлопченям&lt;br /&gt;</w:t>
        <w:br/>
        <w:t>видряпався на фігуру Бога Отця&lt;br /&gt;</w:t>
        <w:br/>
        <w:t>щоб вирвати йому з долоні&lt;br /&gt;</w:t>
        <w:br/>
        <w:t>золоте яблуко&lt;br /&gt;</w:t>
        <w:br/>
        <w:t>але яблуко виявилося ґіпсовим&lt;br /&gt;</w:t>
        <w:br/>
        <w:t>і Кривоніс перестав вірити в диво</w:t>
      </w:r>
    </w:p>
    <w:p>
      <w:r>
        <w:br/>
        <w:t>тож якби жидівські перстеники&lt;br /&gt;</w:t>
        <w:br/>
        <w:t>виявилися ґіпсовими&lt;br /&gt;</w:t>
        <w:br/>
        <w:t>чи відвернуло б це ніч довгих ножів?</w:t>
      </w:r>
    </w:p>
    <w:p>
      <w:r>
        <w:br/>
        <w:t>***</w:t>
      </w:r>
    </w:p>
    <w:p>
      <w:r>
        <w:br/>
        <w:t>зрештою ножі не мають бути&lt;br /&gt;</w:t>
        <w:br/>
        <w:t>вживані лише супроти жидів&lt;br /&gt;</w:t>
        <w:br/>
        <w:t>про це говорити марно&lt;br /&gt;</w:t>
        <w:br/>
        <w:t>бо ножі взагалі не будуть вживані&lt;br /&gt;</w:t>
        <w:br/>
        <w:t>бо вагони стоять на станції&lt;br /&gt;</w:t>
        <w:br/>
        <w:t>вантажівки перевозять хіба меблі&lt;br /&gt;</w:t>
        <w:br/>
        <w:t>урядникові просто пощастило&lt;br /&gt;</w:t>
        <w:br/>
        <w:t>уперше в житті повному самозречень&lt;br /&gt;</w:t>
        <w:br/>
        <w:t>а хлопцям подобається грати в кеглі&lt;br /&gt;</w:t>
        <w:br/>
        <w:t>просто подобається грати в кеглі&lt;br /&gt;</w:t>
        <w:br/>
        <w:t>і&lt;br /&gt;</w:t>
        <w:br/>
        <w:t>тиша&lt;br /&gt;</w:t>
        <w:br/>
        <w:t>тииишшааа…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 довгих ножів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