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собі, ні людям неабищо</w:t>
      </w:r>
    </w:p>
    <w:p>
      <w:r>
        <w:br/>
        <w:t xml:space="preserve"> &lt;p&gt;Славянские ручьи</w:t>
      </w:r>
    </w:p>
    <w:p>
      <w:r>
        <w:br/>
        <w:t>сольются в русском море?..</w:t>
      </w:r>
    </w:p>
    <w:p>
      <w:r>
        <w:br/>
        <w:t>Пушкин.</w:t>
      </w:r>
    </w:p>
    <w:p>
      <w:r>
        <w:br/>
        <w:t>("Клеветникам России")</w:t>
      </w:r>
    </w:p>
    <w:p>
      <w:r>
        <w:br/>
        <w:t>І</w:t>
      </w:r>
    </w:p>
    <w:p>
      <w:r>
        <w:br/>
        <w:t>Було се ще тоді, як татари на Україну загонами приходили та людей — хлоп'ят та дівчат — у полон забирали.</w:t>
      </w:r>
    </w:p>
    <w:p>
      <w:r>
        <w:br/>
        <w:t>У одному селі жила тоді удова старенька, а у неї ж дві дочки — Одарка та Катря. Були вони вже не підліточки, а геть-геть попідростали та вже собі й скрині мальовані попридбали після Пилипівки й рушники сватам давать мусили.</w:t>
      </w:r>
    </w:p>
    <w:p>
      <w:r>
        <w:br/>
        <w:t>Так де вже тобі! — не така година була тоді.</w:t>
      </w:r>
    </w:p>
    <w:p>
      <w:r>
        <w:br/>
        <w:t>II</w:t>
      </w:r>
    </w:p>
    <w:p>
      <w:r>
        <w:br/>
        <w:t>Якось-то улітку, у неділю пообід, загадали дівчата йти у луг по калину. Пішли з ними й Одаря й Катря. А де вже дівчата юрбою йдуть та ще в свято, так там і хлопці мов з-під землі повиростають.</w:t>
      </w:r>
    </w:p>
    <w:p>
      <w:r>
        <w:br/>
        <w:t>От і пішли цілою чередою.</w:t>
      </w:r>
    </w:p>
    <w:p>
      <w:r>
        <w:br/>
        <w:t>А вже ж, звісно,— де дівчата та хлопці зійдуться та ще й у свято, то там і пісня вродиться.</w:t>
      </w:r>
    </w:p>
    <w:p>
      <w:r>
        <w:br/>
        <w:t>А тоді співали більш ніж тепер, тоді пісня на Україні ще не захолонула від холодного вітру з московської півночі...</w:t>
      </w:r>
    </w:p>
    <w:p>
      <w:r>
        <w:br/>
        <w:t>III</w:t>
      </w:r>
    </w:p>
    <w:p>
      <w:r>
        <w:br/>
        <w:t>От, ідучи лугом, і заспівали:</w:t>
      </w:r>
    </w:p>
    <w:p>
      <w:r>
        <w:br/>
        <w:t>Гомін, гомін по діброві,</w:t>
      </w:r>
    </w:p>
    <w:p>
      <w:r>
        <w:br/>
        <w:t>Туман поле покриває,</w:t>
      </w:r>
    </w:p>
    <w:p>
      <w:r>
        <w:br/>
        <w:t>Мати сина проганяє:</w:t>
      </w:r>
    </w:p>
    <w:p>
      <w:r>
        <w:br/>
        <w:t>Іди, синку, пріч від мене,</w:t>
      </w:r>
    </w:p>
    <w:p>
      <w:r>
        <w:br/>
        <w:t>Нехай тебе Орда візьме...</w:t>
      </w:r>
    </w:p>
    <w:p>
      <w:r>
        <w:br/>
        <w:t>Ідуть та співають голосно, аж дібровою луна йде.</w:t>
      </w:r>
    </w:p>
    <w:p>
      <w:r>
        <w:br/>
        <w:t>А от недалеко вже й діброва — осичина та березина і кущі рясної та червоної, як коралі, калини.</w:t>
      </w:r>
    </w:p>
    <w:p>
      <w:r>
        <w:br/>
        <w:t>IV</w:t>
      </w:r>
    </w:p>
    <w:p>
      <w:r>
        <w:br/>
        <w:t>Розбрелись по діброві дівчата й хлопці, мов ті овечата: ходять по діброві, рвуть калину та перегукуються. А тим часом інші хлопець та дівчина зійдуться у гущині докупочки, цілуються та обнімаються, аж мліють обоє від любощів. І тільки бог святий з високого неба до своїх діточок приглядається та святим серцям радується: "Кохайтеся, діточки, кохайтеся, поки весна у серці та молодощі".</w:t>
      </w:r>
    </w:p>
    <w:p>
      <w:r>
        <w:br/>
        <w:t>І кохаються, й обнімаються, бо ніхто не знає й не відає, що завтра буде.</w:t>
      </w:r>
    </w:p>
    <w:p>
      <w:r>
        <w:br/>
        <w:t>Де завтра! Може, от-от тут, за плечима, лихо стоїть та осміхається, своєї черги ждучи, мов яструб свого добичу.</w:t>
      </w:r>
    </w:p>
    <w:p>
      <w:r>
        <w:br/>
        <w:t>V</w:t>
      </w:r>
    </w:p>
    <w:p>
      <w:r>
        <w:br/>
        <w:t>Коли заголосять дівчата й хлопці, що потягли дальш за діброву:</w:t>
      </w:r>
    </w:p>
    <w:p>
      <w:r>
        <w:br/>
        <w:t>— Татари йдуть! Татари йдуть! Ох лишенько, ох, матінко!</w:t>
      </w:r>
    </w:p>
    <w:p>
      <w:r>
        <w:br/>
        <w:t>І в той самий мент відкіля не взялась Орда та як заалалакають, як затупотять кінськими копитами, як засвистять арканами — що господи!</w:t>
      </w:r>
    </w:p>
    <w:p>
      <w:r>
        <w:br/>
        <w:t>Дівчата й хлопці урозтіч. Так де тобі! Мало не всіх Орда переловила. Переловила й погнала ген-ген, мов череду.</w:t>
      </w:r>
    </w:p>
    <w:p>
      <w:r>
        <w:br/>
        <w:t>Зостались у діброві тільки Одаря й Катря: забились, мов курчата під квочку, у калинові кущі й сидять там не живі, не мертві.</w:t>
      </w:r>
    </w:p>
    <w:p>
      <w:r>
        <w:br/>
        <w:t>VI</w:t>
      </w:r>
    </w:p>
    <w:p>
      <w:r>
        <w:br/>
        <w:t>Коли слухають — тихо, тихо кругом, тільки де-не-де вітрець позіхає, вершиною дерев пробіжить та осичина тихесенько щось з листом розмовляє.</w:t>
      </w:r>
    </w:p>
    <w:p>
      <w:r>
        <w:br/>
        <w:t>Виходять з кущів — нема нікого! Усіх Орда забрала. Забрала й Степана чорнявого й Василя кучерявого тих, що мусили після Пилипівки до Одарі й Катрі сватів засилати.</w:t>
      </w:r>
    </w:p>
    <w:p>
      <w:r>
        <w:br/>
        <w:t>І заплакали дівчата, да так заплакали, так заплакали, так плакали, що не зчулись, як водою пойнялись і побігли-побігли двома річечками — побігли туди, ген-ген за Ордою.</w:t>
      </w:r>
    </w:p>
    <w:p>
      <w:r>
        <w:br/>
        <w:t>І прозвали люди ті річечки — одну річкою Одарею, другу — річкою Катрусею.</w:t>
      </w:r>
    </w:p>
    <w:p>
      <w:r>
        <w:br/>
        <w:t>І біжать ті річечки-сестри й досі.</w:t>
      </w:r>
    </w:p>
    <w:p>
      <w:r>
        <w:br/>
        <w:t>Тільки ось що з того вийшло.</w:t>
      </w:r>
    </w:p>
    <w:p>
      <w:r>
        <w:br/>
        <w:t>VII</w:t>
      </w:r>
    </w:p>
    <w:p>
      <w:r>
        <w:br/>
        <w:t>Спершу бігли сестрички кожна своїм шляхом. Біжать одна недалечко від другої та плачуть чистою сльозою. А люди дивляться та аж об поли руками б'ються.</w:t>
      </w:r>
    </w:p>
    <w:p>
      <w:r>
        <w:br/>
        <w:t>— От,— кажуть,— ніколи не було у сьому степу річок, а тепер бог послав.</w:t>
      </w:r>
    </w:p>
    <w:p>
      <w:r>
        <w:br/>
        <w:t>І п'ють люди з тих річок водицю чисту та холодну і скотинку напувають, і усяка твар божа ту водицю п'є — чи горобчик, чи сірії утенята, чи білії лебедята.</w:t>
      </w:r>
    </w:p>
    <w:p>
      <w:r>
        <w:br/>
        <w:t>А далі скучились сестри одна за другою та й умовились бігти укупі. От обнялись, знов заплакали і побігли.</w:t>
      </w:r>
    </w:p>
    <w:p>
      <w:r>
        <w:br/>
        <w:t>І все біжать, все біжать туди, ген-ген на полудень, куди їх чорнобривих та кучерявих татарці погнали.</w:t>
      </w:r>
    </w:p>
    <w:p>
      <w:r>
        <w:br/>
        <w:t>VIII</w:t>
      </w:r>
    </w:p>
    <w:p>
      <w:r>
        <w:br/>
        <w:t>Не день бігли й не другий. Коли дивляться — вода! Та така вода, що й кінця й краю немає та блакитна, як небо.</w:t>
      </w:r>
    </w:p>
    <w:p>
      <w:r>
        <w:br/>
        <w:t>— Се вже чи не море, сестрице? — одна у другої питається.</w:t>
      </w:r>
    </w:p>
    <w:p>
      <w:r>
        <w:br/>
        <w:t>— Та, мабуть, серце, море.</w:t>
      </w:r>
    </w:p>
    <w:p>
      <w:r>
        <w:br/>
        <w:t>— Отож там, за морем, і турецька, й кримська неволя:</w:t>
      </w:r>
    </w:p>
    <w:p>
      <w:r>
        <w:br/>
        <w:t>— Та там же ж, любко.</w:t>
      </w:r>
    </w:p>
    <w:p>
      <w:r>
        <w:br/>
        <w:t>— А може, там і наші бідні невольники — Степаночко та Василечок?</w:t>
      </w:r>
    </w:p>
    <w:p>
      <w:r>
        <w:br/>
        <w:t>— Там-там, серце, коли ще живі.</w:t>
      </w:r>
    </w:p>
    <w:p>
      <w:r>
        <w:br/>
        <w:t>IX</w:t>
      </w:r>
    </w:p>
    <w:p>
      <w:r>
        <w:br/>
        <w:t>Коли дивляться — на морі галера стоїть, турецька галера. І чути, як на галері бідні невольники співають, неволю й землю турецьку проклинають:</w:t>
      </w:r>
    </w:p>
    <w:p>
      <w:r>
        <w:br/>
        <w:t>Ой ти, земле турецька, віро бісурменська,</w:t>
      </w:r>
    </w:p>
    <w:p>
      <w:r>
        <w:br/>
        <w:t>Ти, розлуко християнська!</w:t>
      </w:r>
    </w:p>
    <w:p>
      <w:r>
        <w:br/>
        <w:t>Не одного ти розлучила мужа з жоною,</w:t>
      </w:r>
    </w:p>
    <w:p>
      <w:r>
        <w:br/>
        <w:t>Брата з сестрою,</w:t>
      </w:r>
    </w:p>
    <w:p>
      <w:r>
        <w:br/>
        <w:t>Діток маленьких з отцем і маткою...</w:t>
      </w:r>
    </w:p>
    <w:p>
      <w:r>
        <w:br/>
        <w:t>— Ох, сестрице-рибко! Я чую, либонь, то мій Василечок співає.</w:t>
      </w:r>
    </w:p>
    <w:p>
      <w:r>
        <w:br/>
        <w:t>— І я, сестро, чую Степаночків голосочок.</w:t>
      </w:r>
    </w:p>
    <w:p>
      <w:r>
        <w:br/>
        <w:t>А воно так і було — бог привів побачить своїх бідних.</w:t>
      </w:r>
    </w:p>
    <w:p>
      <w:r>
        <w:br/>
        <w:t>X</w:t>
      </w:r>
    </w:p>
    <w:p>
      <w:r>
        <w:br/>
        <w:t>— Побіжімо ж,— кажуть,— сестричко, до самої галери, де, може, бідні невольники тяжкою роботою примучені, сонечком попечені, питоньки хочуть, то ми їм питоньки, свіжої водиці дамо з рідного краю.</w:t>
      </w:r>
    </w:p>
    <w:p>
      <w:r>
        <w:br/>
        <w:t>Ото і добігли до самої галери і бачать, як бідні невольники, а з ними Степан і Василь, тяжку роботу відбувають.</w:t>
      </w:r>
    </w:p>
    <w:p>
      <w:r>
        <w:br/>
        <w:t>— О мати божа! Хоч би краплю холодної водиці! — стогне</w:t>
      </w:r>
    </w:p>
    <w:p>
      <w:r>
        <w:br/>
        <w:t>Степан, на море з галери поглядаючи,— у горлі пересохло і у грудях так і пече.</w:t>
      </w:r>
    </w:p>
    <w:p>
      <w:r>
        <w:br/>
        <w:t>— І я б, брате, випив,— каже Василь,— Та де її, води, візьмеш? Велике море, а води... о-о!</w:t>
      </w:r>
    </w:p>
    <w:p>
      <w:r>
        <w:br/>
        <w:t>XI</w:t>
      </w:r>
    </w:p>
    <w:p>
      <w:r>
        <w:br/>
        <w:t>— А ось вода, серце Степаночку! — озвалось щось із моря.</w:t>
      </w:r>
    </w:p>
    <w:p>
      <w:r>
        <w:br/>
        <w:t>— Та се либонь Одаря мені дочулась,— дивиться Степан на море,— се її голосочок.</w:t>
      </w:r>
    </w:p>
    <w:p>
      <w:r>
        <w:br/>
        <w:t>— Та я ж, Степасю, серце! Я водиці рідної принесла з України: возьми ківш та й пий з богом.</w:t>
      </w:r>
    </w:p>
    <w:p>
      <w:r>
        <w:br/>
        <w:t>Дивуються невольники: се б то, мабуть, русалки до їх З води озиваються.</w:t>
      </w:r>
    </w:p>
    <w:p>
      <w:r>
        <w:br/>
        <w:t>Бере Степан ківш, хреститься, нагинається з човна і бере з моря воду — та до устоньків.</w:t>
      </w:r>
    </w:p>
    <w:p>
      <w:r>
        <w:br/>
        <w:t>А вода гірка та солона!</w:t>
      </w:r>
    </w:p>
    <w:p>
      <w:r>
        <w:br/>
        <w:t>— О бодай тебе! Се нам, братці, проява проявилась: вода така ж гірка, як і наші сльози, і солона, солона!</w:t>
      </w:r>
    </w:p>
    <w:p>
      <w:r>
        <w:br/>
        <w:t>Почувши теє, сестри-річки гірко заплакали.</w:t>
      </w:r>
    </w:p>
    <w:p>
      <w:r>
        <w:br/>
        <w:t>— Ні собі,— кажуть,— ні людям: море й нашу чисту воду попсувало. Пропали ми, сестро, у чужому краю.</w:t>
      </w:r>
    </w:p>
    <w:p>
      <w:r>
        <w:br/>
        <w:t>ХII</w:t>
      </w:r>
    </w:p>
    <w:p>
      <w:r>
        <w:br/>
        <w:t>А на Вкраїні річки-сестри й досі течуть чистою та холодною водою. А люди тую водицю й досі п'ють та милосердного бога славлять, бідних сестер згадуючи. І згадуватимуть, і питимуть чисту воду, поки сонця й світу...</w:t>
      </w:r>
    </w:p>
    <w:p>
      <w:r>
        <w:br/>
        <w:t>А як добіжать, кажуть, сестри-річки до моря, то н і с о б і в о н и, н і л ю д я м. Таке-то воно, море!..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собі, ні людям неабищо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