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не хочеться з кривди вмирати...</w:t>
      </w:r>
    </w:p>
    <w:p>
      <w:r>
        <w:br/>
        <w:t xml:space="preserve"> Ні, не хочеться з кривди вмирати,&lt;br /&gt;</w:t>
        <w:br/>
        <w:t>ще ж бо осінь, мов чиста вода.&lt;br /&gt;</w:t>
        <w:br/>
        <w:t>Як лишити Вкраїну і знати,&lt;br /&gt;</w:t>
        <w:br/>
        <w:t>що вона ще така молода!</w:t>
      </w:r>
    </w:p>
    <w:p>
      <w:r>
        <w:br/>
        <w:t>Як покинути в горі кохану&lt;br /&gt;</w:t>
        <w:br/>
        <w:t>І спалити любов на золу!&lt;br /&gt;</w:t>
        <w:br/>
        <w:t>Підведуся підстрелений, встану,&lt;br /&gt;</w:t>
        <w:br/>
        <w:t>Бо на мене очікує плуг.</w:t>
      </w:r>
    </w:p>
    <w:p>
      <w:r>
        <w:br/>
        <w:t>Треба ниву життя доорати&lt;br /&gt;</w:t>
        <w:br/>
        <w:t>І засіяти рясно жита...&lt;br /&gt;</w:t>
        <w:br/>
        <w:t>Ні, не хочеться з кривди вмирати,&lt;br /&gt;</w:t>
        <w:br/>
        <w:t>Ще ж бо осінь в літах золота.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не хочеться з кривди вмирати...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