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Незвичайне навчання</w:t>
      </w:r>
    </w:p>
    <w:p>
      <w:r>
        <w:br/>
        <w:t xml:space="preserve"> І музики, і співу&lt;br /&gt;</w:t>
        <w:br/>
        <w:t>я вчилась у птахів —&lt;br /&gt;</w:t>
        <w:br/>
        <w:t>у славних музикантів,&lt;br /&gt;</w:t>
        <w:br/>
        <w:t>відомих співаків.&lt;br /&gt;</w:t>
        <w:br/>
        <w:t>Сольфеджіо навчала&lt;br /&gt;</w:t>
        <w:br/>
        <w:t>синиця молода,&lt;br /&gt;</w:t>
        <w:br/>
        <w:t>а грати на сопілці&lt;br /&gt;</w:t>
        <w:br/>
        <w:t>я вчилась у дрозда.&lt;br /&gt;</w:t>
        <w:br/>
        <w:t>У білки лісової,&lt;br /&gt;</w:t>
        <w:br/>
        <w:t>з якою я на "ти",&lt;br /&gt;</w:t>
        <w:br/>
        <w:t>домашнє господарство&lt;br /&gt;</w:t>
        <w:br/>
        <w:t>я вчилася вести.&lt;br /&gt;</w:t>
        <w:br/>
        <w:t>А в пасічники вивести&lt;br /&gt;</w:t>
        <w:br/>
        <w:t>мені заздалегідь&lt;br /&gt;</w:t>
        <w:br/>
        <w:t>увічливо дав згоду&lt;br /&gt;</w:t>
        <w:br/>
        <w:t>люб'язний дід-ведмідь.&lt;br /&gt;</w:t>
        <w:br/>
        <w:t>Уроки філософії&lt;br /&gt;</w:t>
        <w:br/>
        <w:t>у мене вів&lt;br /&gt;</w:t>
        <w:br/>
        <w:t>один із авторів&lt;br /&gt;</w:t>
        <w:br/>
        <w:t>підручника про ліс —&lt;br /&gt;</w:t>
        <w:br/>
        <w:t>відомий, знаменитий&lt;br /&gt;</w:t>
        <w:br/>
        <w:t>професор лісу лис.&lt;br /&gt;</w:t>
        <w:br/>
        <w:t>Уроки географії&lt;br /&gt;</w:t>
        <w:br/>
        <w:t>вели учителі:&lt;br /&gt;</w:t>
        <w:br/>
        <w:t>тямущі дикі гуси&lt;br /&gt;</w:t>
        <w:br/>
        <w:t>і мудрі журавлі.&lt;br /&gt;</w:t>
        <w:br/>
        <w:t>Тепер і серед ночі&lt;br /&gt;</w:t>
        <w:br/>
        <w:t>я можу вам охоче&lt;br /&gt;</w:t>
        <w:br/>
        <w:t>на карті показати&lt;br /&gt;</w:t>
        <w:br/>
        <w:t>Балкани чи Карпати.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Незвичайне навчання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