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Невже?</w:t>
      </w:r>
    </w:p>
    <w:p>
      <w:r>
        <w:br/>
        <w:t xml:space="preserve"> По широких степах України&lt;br /&gt;</w:t>
        <w:br/>
        <w:t>І по різних далеких кутках&lt;br /&gt;</w:t>
        <w:br/>
        <w:t>Ми згинаєм робітницькі спини&lt;br /&gt;</w:t>
        <w:br/>
        <w:t>І тримаєм всю працю в руках.</w:t>
      </w:r>
    </w:p>
    <w:p>
      <w:r>
        <w:br/>
        <w:t>Тільки з праці тієї не досить&lt;br /&gt;</w:t>
        <w:br/>
        <w:t>Навіть хліба для наших дітей,&lt;br /&gt;</w:t>
        <w:br/>
        <w:t>Бо лихий соціальний недосвіт&lt;br /&gt;</w:t>
        <w:br/>
        <w:t>Зупиняє довільних людей;</w:t>
      </w:r>
    </w:p>
    <w:p>
      <w:r>
        <w:br/>
        <w:t>Зупиняє од руху, од світу&lt;br /&gt;</w:t>
        <w:br/>
        <w:t>Благородних високих ідей,&lt;br /&gt;</w:t>
        <w:br/>
        <w:t>Що виводять із давнього гніту&lt;br /&gt;</w:t>
        <w:br/>
        <w:t>До братерства і волі людей.</w:t>
      </w:r>
    </w:p>
    <w:p>
      <w:r>
        <w:br/>
        <w:t>Що ведуть їх під прапор науки&lt;br /&gt;</w:t>
        <w:br/>
        <w:t>І навчають людей в боротьбі&lt;br /&gt;</w:t>
        <w:br/>
        <w:t>Поважати робітницькі руки&lt;br /&gt;</w:t>
        <w:br/>
        <w:t>І прийматись за працю собі.</w:t>
      </w:r>
    </w:p>
    <w:p>
      <w:r>
        <w:br/>
        <w:t>Ми працюєм без міри, без ліку&lt;br /&gt;</w:t>
        <w:br/>
        <w:t>На широких степах, на морях,&lt;br /&gt;</w:t>
        <w:br/>
        <w:t>Ми вкорочуєм працею віку&lt;br /&gt;</w:t>
        <w:br/>
        <w:t>В наймитах, в грабарях, в шахтарях.</w:t>
      </w:r>
    </w:p>
    <w:p>
      <w:r>
        <w:br/>
        <w:t>До життя ми всі засоби людям&lt;br /&gt;</w:t>
        <w:br/>
        <w:t>З підневільної праці дали, —&lt;br /&gt;</w:t>
        <w:br/>
        <w:t>То невже ми того не здобудем&lt;br /&gt;</w:t>
        <w:br/>
        <w:t>І собі, що другим здобули?</w:t>
      </w:r>
    </w:p>
    <w:p>
      <w:r>
        <w:br/>
        <w:t>***</w:t>
      </w:r>
    </w:p>
    <w:p>
      <w:r>
        <w:br/>
        <w:t>Джерело: друковане видання.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Невже?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