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Невирішене питання</w:t>
      </w:r>
    </w:p>
    <w:p>
      <w:r>
        <w:br/>
        <w:t xml:space="preserve"> &lt;p&gt;Карлові Сукенцуцке в 1944 році стукнуло 78 літ.</w:t>
      </w:r>
    </w:p>
    <w:p>
      <w:r>
        <w:br/>
        <w:t>У Карла Сукенцуцке була чималенька родина, яка складалася з його дружини Єви — 75 літ, та двох онуків — Курта — 28 років і Ганса — 26 літ.</w:t>
      </w:r>
    </w:p>
    <w:p>
      <w:r>
        <w:br/>
        <w:t>У Курта після побідоносного "бліц-кріга" на Сталінградських степах не було правої ноги, правої руки й правого ока, а в Ганса, після такого ж "бліц-кріга" на Дніпрі, не було лівої ноги, лівої руки й лівого ока…</w:t>
      </w:r>
    </w:p>
    <w:p>
      <w:r>
        <w:br/>
        <w:t>Отже, єдиним кормильцем всієї Сукенцуцкенової сім'ї був сам Карл Сукенцуцке, семидесятивосьмилітній старець.</w:t>
      </w:r>
    </w:p>
    <w:p>
      <w:r>
        <w:br/>
        <w:t>Кінець 1944 року був уже для третьої імперії самим "крігом", без "бліц"…</w:t>
      </w:r>
    </w:p>
    <w:p>
      <w:r>
        <w:br/>
        <w:t>Разом із "бліцем" одійшли в минуле і українська пшениця, і українське сало, і кури, і гуси, і качки, і яйця…</w:t>
      </w:r>
    </w:p>
    <w:p>
      <w:r>
        <w:br/>
        <w:t>А утрата всього цього для третьої імперії було значно дошкульніше, ніж потеря "бліца".</w:t>
      </w:r>
    </w:p>
    <w:p>
      <w:r>
        <w:br/>
        <w:t>Сутужно було Карлові Сукенцуцке годувати свою родину: не завжди вистачало ерзац-кави, ерзац-картоплі й ерзац-хліба, проте Карл Сукенцуцке стоїчно вистоював довгі часи в чергах і сяк-так годував своїх старих та сліпо-безного-безруких…</w:t>
      </w:r>
    </w:p>
    <w:p>
      <w:r>
        <w:br/>
        <w:t>Вдарила понадтотальніша мобілізація.</w:t>
      </w:r>
    </w:p>
    <w:p>
      <w:r>
        <w:br/>
        <w:t>Не викрутився 78-літній Сукенцуцке.</w:t>
      </w:r>
    </w:p>
    <w:p>
      <w:r>
        <w:br/>
        <w:t>Сукенцуцке — солдат.</w:t>
      </w:r>
    </w:p>
    <w:p>
      <w:r>
        <w:br/>
        <w:t>Коли він прибув у військову частину, третя імперія котилася із західних схилів Карпат…</w:t>
      </w:r>
    </w:p>
    <w:p>
      <w:r>
        <w:br/>
        <w:t>Командир роти, в яку потрапив Карл Сукенцуцке, довго-довго дивився на 78-літнього "гросфатера", думаючи:</w:t>
      </w:r>
    </w:p>
    <w:p>
      <w:r>
        <w:br/>
        <w:t>— Ну, куди я його?</w:t>
      </w:r>
    </w:p>
    <w:p>
      <w:r>
        <w:br/>
        <w:t>Рота захищала круту височину, вкриту сковзькою кригою.</w:t>
      </w:r>
    </w:p>
    <w:p>
      <w:r>
        <w:br/>
        <w:t>Держатись солдатам на схилах цієї височини було дуже важко: вони сковзались і падали…</w:t>
      </w:r>
    </w:p>
    <w:p>
      <w:r>
        <w:br/>
        <w:t>Вдержати височину надії вже не було, але й покинути її, відступаючи, загрожувало зривами солдат на слизькій кризі в безодню.</w:t>
      </w:r>
    </w:p>
    <w:p>
      <w:r>
        <w:br/>
        <w:t>Подививсь командир роти ще раз на 78-літнього Карла Сукенцуцке і вдарив себе по лобу:</w:t>
      </w:r>
    </w:p>
    <w:p>
      <w:r>
        <w:br/>
        <w:t>— Евріка!</w:t>
      </w:r>
    </w:p>
    <w:p>
      <w:r>
        <w:br/>
        <w:t>Він покликав двох солдат, наказав узяти Карла Сукенцуцке під руки й обережно поводити його на найслизькіших місцях по схилу височини.</w:t>
      </w:r>
    </w:p>
    <w:p>
      <w:r>
        <w:br/>
        <w:t>Солдати поводили "гросфатера"[6].</w:t>
      </w:r>
    </w:p>
    <w:p>
      <w:r>
        <w:br/>
        <w:t>Після цього рота вже не сковзалася і більш-менш благополучно відійшла.</w:t>
      </w:r>
    </w:p>
    <w:p>
      <w:r>
        <w:br/>
        <w:t>Пісок, що сипався із 78-літнього Сукенцуцке, врятував становище.</w:t>
      </w:r>
    </w:p>
    <w:p>
      <w:r>
        <w:br/>
        <w:t>Командир роти представив Карла Сукенцуцке до нагороди залізним хрестом…</w:t>
      </w:r>
    </w:p>
    <w:p>
      <w:r>
        <w:br/>
        <w:t>В штабі армії погодилися, що подвиг 78-літнього Карла Сукенцуцке достоїн залізного хреста.</w:t>
      </w:r>
    </w:p>
    <w:p>
      <w:r>
        <w:br/>
        <w:t>Одне тільки непокоїло командування: куди чіпляти того залізного хреста?</w:t>
      </w:r>
    </w:p>
    <w:p>
      <w:r>
        <w:br/>
        <w:t>Коли солдат грудьми захищає батьківщину — хреста чіпляють на груди…</w:t>
      </w:r>
    </w:p>
    <w:p>
      <w:r>
        <w:br/>
        <w:t>А Карл Сукенцуцке прислужився батьківщині зовсім не грудьми!</w:t>
      </w:r>
    </w:p>
    <w:p>
      <w:r>
        <w:br/>
        <w:t>Де він має носити залізного хреста?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Невирішене 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