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Невичерпальність</w:t>
      </w:r>
    </w:p>
    <w:p>
      <w:r>
        <w:br/>
        <w:t xml:space="preserve"> Тяжким хрестом лежать шляхи,&lt;br /&gt;</w:t>
        <w:br/>
        <w:t>Ясні в ночах, вони сліпі вдень:&lt;br /&gt;</w:t>
        <w:br/>
        <w:t>Рамено — з заходу на схід,&lt;br /&gt;</w:t>
        <w:br/>
        <w:t>Рамено — з півночі на південь.</w:t>
      </w:r>
    </w:p>
    <w:p>
      <w:r>
        <w:br/>
        <w:t>І так розп'ята — віки,-&lt;br /&gt;</w:t>
        <w:br/>
        <w:t>Вогонь буття не загасила.&lt;br /&gt;</w:t>
        <w:br/>
        <w:t>Невичерпаний дух який!&lt;br /&gt;</w:t>
        <w:br/>
        <w:t>Яка непереможна сила!</w:t>
      </w:r>
    </w:p>
    <w:p>
      <w:r>
        <w:br/>
        <w:t>Гноблять, калічать, труять рід,&lt;br /&gt;</w:t>
        <w:br/>
        <w:t>Ворожать, напускають чари,-&lt;br /&gt;</w:t>
        <w:br/>
        <w:t>Здається, знищено вже й слід,&lt;br /&gt;</w:t>
        <w:br/>
        <w:t>Лиш потурнаки й яничари.</w:t>
      </w:r>
    </w:p>
    <w:p>
      <w:r>
        <w:br/>
        <w:t>І ось — Стефаник і Куліш,&lt;br /&gt;</w:t>
        <w:br/>
        <w:t>Ось — Коцюбинський, Леся — квіти&lt;br /&gt;</w:t>
        <w:br/>
        <w:t>Степів страждальної землі,&lt;br /&gt;</w:t>
        <w:br/>
        <w:t>Народу самостійні діти!</w:t>
      </w:r>
    </w:p>
    <w:p>
      <w:r>
        <w:br/>
        <w:t>А то підземно загуде&lt;br /&gt;</w:t>
        <w:br/>
        <w:t>Вулканом націй ціла раса,&lt;br /&gt;</w:t>
        <w:br/>
        <w:t>І даром божеським гряде&lt;br /&gt;</w:t>
        <w:br/>
        <w:t>Нам Прометеїв дух Тараса.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Невичерпальність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