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Невгамовність</w:t>
      </w:r>
    </w:p>
    <w:p>
      <w:r>
        <w:br/>
        <w:t xml:space="preserve"> Клякни при джерелі своєї туги&lt;br /&gt;</w:t>
        <w:br/>
        <w:t>І пий її, невичерпної, струм,&lt;br /&gt;</w:t>
        <w:br/>
        <w:t>Впадуть високі, хмаролетні смуги&lt;br /&gt;</w:t>
        <w:br/>
        <w:t>Минулих днів на твій кленовий сум.&lt;br /&gt;</w:t>
        <w:br/>
        <w:t>І ти, вповитий тінявою синню,&lt;br /&gt;</w:t>
        <w:br/>
        <w:t>Тоді покинеш непотрібний гнів&lt;br /&gt;</w:t>
        <w:br/>
        <w:t>І всю тривогу нерозважних днів&lt;br /&gt;</w:t>
        <w:br/>
        <w:t>Даси своєму мудрому терпінню.</w:t>
      </w:r>
    </w:p>
    <w:p>
      <w:r>
        <w:br/>
        <w:t>З минулого усі свої діла,&lt;br /&gt;</w:t>
        <w:br/>
        <w:t>Хвилини всі, розгублені в тривозі,&lt;br /&gt;</w:t>
        <w:br/>
        <w:t>Те все, що ти, схотівши, подолав&lt;br /&gt;</w:t>
        <w:br/>
        <w:t>І те, що ти покинув по дорозі,&lt;br /&gt;</w:t>
        <w:br/>
        <w:t>Згадаєш ти, збереш усе в одно,&lt;br /&gt;</w:t>
        <w:br/>
        <w:t>Із дна глибин порушених покличеш,&lt;br /&gt;</w:t>
        <w:br/>
        <w:t>І кожне слово, сказане давно,&lt;br /&gt;</w:t>
        <w:br/>
        <w:t>Повернеться, тобі загляне в вічі,</w:t>
      </w:r>
    </w:p>
    <w:p>
      <w:r>
        <w:br/>
        <w:t>І спогади, розвіяні, мов дим,&lt;br /&gt;</w:t>
        <w:br/>
        <w:t>До тебе знов із забуття прилинуть,&lt;br /&gt;</w:t>
        <w:br/>
        <w:t>Отруйний жаль з докором мовчазним,&lt;br /&gt;</w:t>
        <w:br/>
        <w:t>Брестимуть за тобою безупину;&lt;br /&gt;</w:t>
        <w:br/>
        <w:t>Пристануть рядом дні твої, бліді,&lt;br /&gt;</w:t>
        <w:br/>
        <w:t>Мовчанням будуть їх уста затяті,&lt;br /&gt;</w:t>
        <w:br/>
        <w:t>І перед ними зважиш ти плоди,&lt;br /&gt;</w:t>
        <w:br/>
        <w:t>Що маєш їх, і що їх міг ти мати:</w:t>
      </w:r>
    </w:p>
    <w:p>
      <w:r>
        <w:br/>
        <w:t>Тремтіти буде скована душа,&lt;br /&gt;</w:t>
        <w:br/>
        <w:t>Жорстока буде туга та, нестерпна,&lt;br /&gt;</w:t>
        <w:br/>
        <w:t>За всім, за чим колись ти вирушав,&lt;br /&gt;</w:t>
        <w:br/>
        <w:t>По що сягав, та до дна не дочерпав,&lt;br /&gt;</w:t>
        <w:br/>
        <w:t>За втіх вино, яке ти жадно пив,&lt;br /&gt;</w:t>
        <w:br/>
        <w:t>І відсував, щоб по нове сягнути,&lt;br /&gt;</w:t>
        <w:br/>
        <w:t>За смілість дум, жадань твоїх і слів,&lt;br /&gt;</w:t>
        <w:br/>
        <w:t>Безумних мрій, погашених, забутих.</w:t>
      </w:r>
    </w:p>
    <w:p>
      <w:r>
        <w:br/>
        <w:t>За все, що брав собі ти щедро сам&lt;br /&gt;</w:t>
        <w:br/>
        <w:t>І прагнув ще, нічим незадовільний,&lt;br /&gt;</w:t>
        <w:br/>
        <w:t>Ще уст – твоїм пожадливим устам,&lt;br /&gt;</w:t>
        <w:br/>
        <w:t>Ще простору – твоїм легеням сильним,&lt;br /&gt;</w:t>
        <w:br/>
        <w:t>Нових тривог, великих хвилювань,&lt;br /&gt;</w:t>
        <w:br/>
        <w:t>Душі твоїй поривів хуртовинних,&lt;br /&gt;</w:t>
        <w:br/>
        <w:t>І захватів, і гіркости оман,&lt;br /&gt;</w:t>
        <w:br/>
        <w:t>Осяяних упоєнням хвилинним...</w:t>
      </w:r>
    </w:p>
    <w:p>
      <w:r>
        <w:br/>
        <w:t>Схвильований, оглянешся назад,&lt;br /&gt;</w:t>
        <w:br/>
        <w:t>Де сам себе ти щедро розгубляв так,&lt;br /&gt;</w:t>
        <w:br/>
        <w:t>І враз думки лякливо затремтять:&lt;br /&gt;</w:t>
        <w:br/>
        <w:t>Чи ж досить ще залишиться на завтра,&lt;br /&gt;</w:t>
        <w:br/>
        <w:t>Чи вистане ще міці та жаги&lt;br /&gt;</w:t>
        <w:br/>
        <w:t>Прийдешнє дочервона розогнити&lt;br /&gt;</w:t>
        <w:br/>
        <w:t>І бути все поривним і тугим,&lt;br /&gt;</w:t>
        <w:br/>
        <w:t>Як буйнодухий, невгамовний вітер?</w:t>
      </w:r>
    </w:p>
    <w:p>
      <w:r>
        <w:br/>
        <w:t>Отак своє проглянеш ти життя&lt;br /&gt;</w:t>
        <w:br/>
        <w:t>І дні твої на терезах повиснуть:&lt;br /&gt;</w:t>
        <w:br/>
        <w:t>Повстанеш – сам нещадний свій суддя,&lt;br /&gt;</w:t>
        <w:br/>
        <w:t>Та приймеш ти з усмішкою свій присуд.&lt;br /&gt;</w:t>
        <w:br/>
        <w:t>Лиш серце, серце стиснеш ти строгіш –&lt;br /&gt;</w:t>
        <w:br/>
        <w:t>Хай, досвідом терпінь своїх багате,&lt;br /&gt;</w:t>
        <w:br/>
        <w:t>Воно вже більш так щедро, як давніш,&lt;br /&gt;</w:t>
        <w:br/>
        <w:t>Скарбів своїх безтямно не розтратить!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Невгамовність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