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Невдячна Муха</w:t>
      </w:r>
    </w:p>
    <w:p>
      <w:r>
        <w:br/>
        <w:t xml:space="preserve"> &lt;p&gt;На столі стояла чашка. У чашці холонув чай. А в чаї плавала Муха. Вона з усіх сил дриґала лапками і намагалась розправити мокрі крильцята.</w:t>
      </w:r>
    </w:p>
    <w:p>
      <w:r>
        <w:br/>
        <w:t>&amp;#8195; – Неподобство, – буркотіла вона. – Води, хоч і солодкої, занадто багато. Я можу потонути!</w:t>
      </w:r>
    </w:p>
    <w:p>
      <w:r>
        <w:br/>
        <w:t>&amp;#8195; – Не хвилюйтесь, – втішила її Чаїнка, яка пропливала поряд. – На дні теж дуже гарно.</w:t>
      </w:r>
    </w:p>
    <w:p>
      <w:r>
        <w:br/>
        <w:t>&amp;#8195; – Я боюся! – закричала Муха. – Люди добрі, допоможіть!</w:t>
      </w:r>
    </w:p>
    <w:p>
      <w:r>
        <w:br/>
        <w:t>&amp;#8195; У чашку зазирнув маленький Хлопчик.</w:t>
      </w:r>
    </w:p>
    <w:p>
      <w:r>
        <w:br/>
        <w:t>&amp;#8195; – Мамо, поглянь, як Муха плаває, – сказав він. – Вона водоплавна?</w:t>
      </w:r>
    </w:p>
    <w:p>
      <w:r>
        <w:br/>
        <w:t>&amp;#8195; – Не заважай, синку, мені ніколи, – відповіла Мама.</w:t>
      </w:r>
    </w:p>
    <w:p>
      <w:r>
        <w:br/>
        <w:t>&amp;#8195; – Треба допомогти бідоласі, – вирішив Хлопчик і простягнув Мусі ложку. – Почекай, люба, зараз я тебе витру. Ось тільки рушник візьму.</w:t>
      </w:r>
    </w:p>
    <w:p>
      <w:r>
        <w:br/>
        <w:t>&amp;#8195; Але витиратися Муха не схотіла.</w:t>
      </w:r>
    </w:p>
    <w:p>
      <w:r>
        <w:br/>
        <w:t>&amp;#8195; – Яка нісенітниця! – пирхнула вона, обтрусилась і полетіла.</w:t>
      </w:r>
    </w:p>
    <w:p>
      <w:r>
        <w:br/>
        <w:t>&amp;#8195; – Яка невдячна, – здивувався Хлопчик. – Навіть "дякую" не сказала!</w:t>
      </w:r>
    </w:p>
    <w:p>
      <w:r>
        <w:br/>
        <w:t>&amp;#8195; А Муха сиділа на Лампі та розмірковувала: "От якби цей хлопець розлив чай по кімнаті... Як би я бенкетувала весь день!"</w:t>
      </w:r>
    </w:p>
    <w:p>
      <w:r>
        <w:br/>
        <w:t>&amp;#8195; – Як тобі не соромно! Невдячна! – спалахнула Лампа.</w:t>
      </w:r>
    </w:p>
    <w:p>
      <w:r>
        <w:br/>
        <w:t>&amp;#8195; – Ти бач! – пхекнула Муха. – Не подобається – не слухай. А я на вулицю подамся. Там так багато ящиків із сміттям. Ось де я порозкошую...</w:t>
      </w:r>
    </w:p>
    <w:p>
      <w:r>
        <w:br/>
        <w:t>&amp;#8195; Тільки-но Муха вилетіла у вікно, як Птах, що саме пролітав повз будинок Хлопчика, роззявив дзьоба і...</w:t>
      </w:r>
    </w:p>
    <w:p>
      <w:r>
        <w:br/>
        <w:t>&amp;#8195; Що було далі – Хлопчик не побачив, бо з переляку заплющив очі. А коли розплющив, то ані Птаха, ані Мухи поруч не було.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Невдячна Муха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