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Несподіваний гість</w:t>
      </w:r>
    </w:p>
    <w:p>
      <w:r>
        <w:br/>
        <w:t xml:space="preserve"> &lt;p&gt;Наше судно переходило на нове місце промислу. Рибалки після напруженої праці вже виспались і з цигарками сиділи на палубі. Легенький південний вітрець вже витіснив холодне дихання Аляски. Тамтешні гори враз посіріли, і лише з глибоких ущелин білими жилами холодно виглядав сніг.</w:t>
      </w:r>
    </w:p>
    <w:p>
      <w:r>
        <w:br/>
        <w:t>Море дрімало. Я стояв біля борту і дивився в морську далечінь. І тут мій погляд привернув до себе темний силует,— ніби людина у водолазному костюмі по груди стояла у воді.</w:t>
      </w:r>
    </w:p>
    <w:p>
      <w:r>
        <w:br/>
        <w:t>Пильніше роздивлятися ніколи було, у таких випадках дорога й секунда.</w:t>
      </w:r>
    </w:p>
    <w:p>
      <w:r>
        <w:br/>
        <w:t>— Людина за бортом! — гукнув я.</w:t>
      </w:r>
    </w:p>
    <w:p>
      <w:r>
        <w:br/>
        <w:t>Рибалки підхопилися.</w:t>
      </w:r>
    </w:p>
    <w:p>
      <w:r>
        <w:br/>
        <w:t>— Де?.. Де?..</w:t>
      </w:r>
    </w:p>
    <w:p>
      <w:r>
        <w:br/>
        <w:t>Із штурманської рубки ніхто не виглянув, і я, не гаючи часу на відповідь, прожогом метнувся туди.</w:t>
      </w:r>
    </w:p>
    <w:p>
      <w:r>
        <w:br/>
        <w:t>— Людина за бортом! — випалив одним духом.</w:t>
      </w:r>
    </w:p>
    <w:p>
      <w:r>
        <w:br/>
        <w:t>— Ліво на борт! — скомандував помічник капітана.</w:t>
      </w:r>
    </w:p>
    <w:p>
      <w:r>
        <w:br/>
        <w:t>Судно розвернулося.</w:t>
      </w:r>
    </w:p>
    <w:p>
      <w:r>
        <w:br/>
        <w:t>Притихле море сріблилося аж до обрію. Ми зробили одне коло, друге, третє. Незвичайний силует наче розтанув у воді.</w:t>
      </w:r>
    </w:p>
    <w:p>
      <w:r>
        <w:br/>
        <w:t>Рибалки кепкували з мене. І самого вже брали сумніви,— дивна була ота поза для людини, що тоне в морі. Рукою вона не подавала ніяких знаків, і все погруддя не могло ж висунутися з води...</w:t>
      </w:r>
    </w:p>
    <w:p>
      <w:r>
        <w:br/>
        <w:t>Аж ось і сама відгадка з'явилася. Судно тоді саме не рухалося. Тиша була навкруги. Не чути навіть розмов. За довгі місяці промислу про все перебалакано. Ми саме лагодили сіті на палубі. І тут ураз за бортом захлюпотіла вода. Озирнувся на те плюскотіння рибалка, що стояв край палуби, і весело всміхнувся до мене:</w:t>
      </w:r>
    </w:p>
    <w:p>
      <w:r>
        <w:br/>
        <w:t>— Чи не такого,— каже,— страждальця ти часом збирався рятувати?</w:t>
      </w:r>
    </w:p>
    <w:p>
      <w:r>
        <w:br/>
        <w:t>Всі побігли до борту. Біля самісінького нашого судна я побачив знайомий силует і сам із себе засміявся. Як же це я сплутав оце морське чудовисько із людиною?</w:t>
      </w:r>
    </w:p>
    <w:p>
      <w:r>
        <w:br/>
        <w:t>— Знайомтесь,— каже один матрос,— морський лев.</w:t>
      </w:r>
    </w:p>
    <w:p>
      <w:r>
        <w:br/>
        <w:t>Коли ж лев розкрив свою величезну пащу із довгими рядами гостряків-іклів ще й зарикав, що мав сили, тоді вже не до сміху стало. Рибалки кинули у воду йому велику рибину, і звір заспокоївся. Пожадливо клямцнувши щелепами, з'їв її і поплив геть.</w:t>
      </w:r>
    </w:p>
    <w:p>
      <w:r>
        <w:br/>
        <w:t>Відтоді не раз доводилося нам стрічатися з морськими левами, чи, як їх іще називають, сивучами. Цілими гуртами спливали вони, коли ми підіймали сіті. Рибалки, було, посміюються:</w:t>
      </w:r>
    </w:p>
    <w:p>
      <w:r>
        <w:br/>
        <w:t>— Зараз добрий вилов спливе. Недарма ж тут стільки сивучів шастає.</w:t>
      </w:r>
    </w:p>
    <w:p>
      <w:r>
        <w:br/>
        <w:t>Аби тільки виринули на поверхню моря сіті з рибою, зараз леви кидаються до поживи. Усі риб'ячі голови, що стирчать із мережі, вмить повідгризають. Виголоднілі, вони часом навіть і сіті рвали зубами, добираючись до риби. Одного разу отак сивуч утрапив під гвинт. Усі звірі кинули їжу, зібралися в гурт і на своїх спинах понесли пораненого до берега. Там були їхні лежбища.</w:t>
      </w:r>
    </w:p>
    <w:p>
      <w:r>
        <w:br/>
        <w:t>Не раз ми бачили їх на берегах Камчатки, Чукотки, Аляски, на островах Тихого океану. У кожному стаді є свій ватаг, якого всі слухаються. Сивучі мають звичку видертися на високу скелю і звідти шубовснути у воду. Дихають вони, як їхні родичі тюлені, легенями.</w:t>
      </w:r>
    </w:p>
    <w:p>
      <w:r>
        <w:br/>
        <w:t>Та справжнє знайомство із сивучами було тоді, коли один із них полюючи за рибою, опинився спершу в сітях, а звідти — й на палубі. Це була подія. Усі рибалки, вільні від вахти, прийшли глянути на несподіваного гостя.</w:t>
      </w:r>
    </w:p>
    <w:p>
      <w:r>
        <w:br/>
        <w:t>Шкура в нього була руда, наче вигорілий від сонця стен. Замість ніг — плавці, схожі на ласти, а над великим ротом — дуже довгі й рідкі вуса.</w:t>
      </w:r>
    </w:p>
    <w:p>
      <w:r>
        <w:br/>
        <w:t>Спершу сивуч нишком лежав на палубі, а потім ураз скоцюрбився і дужим ривком поставив свою п'ятсоткілограмову тушу на задні плавці. А коли ще й зарикав на увесь голос і почав переставляти ноги-ласти, всіх як вітром змело з палуби.</w:t>
      </w:r>
    </w:p>
    <w:p>
      <w:r>
        <w:br/>
        <w:t>Сивуч кинувся чомусь до матроса-камбузника[1]. Той налагодився якраз варити обід і тримав у руках великого палтуса. В розпачі матрос випустив рибину з рук, а сам кинувся навтіч.</w:t>
      </w:r>
    </w:p>
    <w:p>
      <w:r>
        <w:br/>
        <w:t>Несподіваний гість зігнувся, схопив рибину в зуби, озирнувся довкола і, перевалившись через борт, зник у морі.</w:t>
      </w:r>
    </w:p>
    <w:p>
      <w:r>
        <w:br/>
        <w:t>[1] Камбуз — кухня. Камбузник — матрос, що допомагає кухареві.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Несподіваний гість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