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Непройдений шлях</w:t>
      </w:r>
    </w:p>
    <w:p>
      <w:r>
        <w:br/>
        <w:t xml:space="preserve"> Роберт Фрост&lt;br /&gt;</w:t>
        <w:br/>
        <w:t>Непройдений шлях</w:t>
      </w:r>
    </w:p>
    <w:p>
      <w:r>
        <w:br/>
        <w:t>У лісі я вийшов до двох доріг&lt;br /&gt;</w:t>
        <w:br/>
        <w:t>І мусив якусь одну вибирати,&lt;br /&gt;</w:t>
        <w:br/>
        <w:t>Щоб рушити далі... Я ж довго не міг&lt;br /&gt;</w:t>
        <w:br/>
        <w:t>Наважитись; глянув управо — проліг&lt;br /&gt;</w:t>
        <w:br/>
        <w:t>Той шлях попід сосни крислаті, —</w:t>
      </w:r>
    </w:p>
    <w:p>
      <w:r>
        <w:br/>
        <w:t>І рушив ліворуч я... Тим путівцем&lt;br /&gt;</w:t>
        <w:br/>
        <w:t>Нелегко було в самоті простувати,&lt;br /&gt;</w:t>
        <w:br/>
        <w:t>Бо трави за ноги хапали тихцем...&lt;br /&gt;</w:t>
        <w:br/>
        <w:t>Лежала дорога між ялівцем,&lt;br /&gt;</w:t>
        <w:br/>
        <w:t>І хто б її мав торувати?</w:t>
      </w:r>
    </w:p>
    <w:p>
      <w:r>
        <w:br/>
        <w:t>Осінній лист на піску золотів, —&lt;br /&gt;</w:t>
        <w:br/>
        <w:t>По ньому жодна нога не ступала.&lt;br /&gt;</w:t>
        <w:br/>
        <w:t>Я й іншим шляхом пройти б хотів, —&lt;br /&gt;</w:t>
        <w:br/>
        <w:t>Так доля, глуха до бажань і чуттів,&lt;br /&gt;</w:t>
        <w:br/>
        <w:t>Назад нікого ще не вертала...</w:t>
      </w:r>
    </w:p>
    <w:p>
      <w:r>
        <w:br/>
        <w:t>Й коли вже роки мої відійдуть,&lt;br /&gt;</w:t>
        <w:br/>
        <w:t>Скажу я, зітхнувши, як то й годиться:&lt;br /&gt;</w:t>
        <w:br/>
        <w:t>"І в мене було роздоріжжя... й отут&lt;br /&gt;</w:t>
        <w:br/>
        <w:t>Обрав я собі менш второвану путь, —&lt;br /&gt;</w:t>
        <w:br/>
        <w:t>Лише в цьому й була різниця".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Непройдений 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