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Непохитний олов'яний солдатик</w:t>
      </w:r>
    </w:p>
    <w:p>
      <w:r>
        <w:br/>
        <w:t xml:space="preserve"> &lt;p&gt;Жили колись двадцять п'ять олов'яних солдатиків — усі рідні брати, бо народилися вони з однієї старої олов'яної ложки. Рушниці в руці, дивляться прямо вперед, а мундири, червоні з синім, дуже гарні! Вони лежали в коробці. От її відкрили, і найперше, що вони почули на світі,— були слова: "Олов'яні солдатики!" Це вигукнув маленький хлопчик і заплескав у долоньки.</w:t>
      </w:r>
    </w:p>
    <w:p>
      <w:r>
        <w:br/>
        <w:t>Хлопчик одержав їх тому, що був день його народження, і він одразу ж почав розставляти їх на столі.</w:t>
      </w:r>
    </w:p>
    <w:p>
      <w:r>
        <w:br/>
        <w:t>Всі солдатики були подібні один до одного, лише двадцять п'ятий відрізнявся від своїх братів: у нього була тільки одна нога. Його виливали останнім, і олова на нього не вистачило. Але і на своїй одній нозі він стояв рівно і твердо, як решта на своїх двох. Та саме він і відзначився своїми пригодами.</w:t>
      </w:r>
    </w:p>
    <w:p>
      <w:r>
        <w:br/>
        <w:t>На столі, де їх поставили, було багато інших іграшок, а найбільше впадав у око чудовий палац з картону. Крізь маленькі вікна можна було заглянути всередину і побачити залу. Перед палацом стояли маленькі дерева. Вони оточували маленьке дзеркальце, що було ніби справжнє озеро. На озері плавали воскові лебеді і милувалися своїм віддзеркаленням у цьому озері. Усе було дуже миле, але наймилішою за все була маленька дівчинка, яка стояла на порозі відчинених дверей палацу. Вона теж була вирізана з картону, спідничка її була з найтоншого батисту, а маленька вузька блакитна стьожка спускалася з плечей до пояса. Посередині стьожки була прикріплена яскрава блискітка, така завбільшки, як усе личко дівчинки. Дівчинка була балерина. Вона стояла на одній нозі, простягнувши руки вперед, а другу свою ногу підняла так високо, що олов'яний солдатик не міг її побачити і подумав, що у дівчинки, як і в нього, тільки одна нога.</w:t>
      </w:r>
    </w:p>
    <w:p>
      <w:r>
        <w:br/>
        <w:t>"От дружина для мене,— подумав він.— Але вона така знатна, вона живе в палаці, а я маю лише коробку, та й у тій нас аж двадцять п'ять. Це ж не місце для неї! Проте я повинен з нею познайомитися!"</w:t>
      </w:r>
    </w:p>
    <w:p>
      <w:r>
        <w:br/>
        <w:t>І, випроставшись, він сховався за табакеркою, що стояла на столі. Звідти він міг дивитись на маленьку чарівну дівчинку, яка все стояла на одній нозі, не втрачаючи рівноваги.</w:t>
      </w:r>
    </w:p>
    <w:p>
      <w:r>
        <w:br/>
        <w:t>Коли настав вечір, решта олов'яних солдатиків прибула в свою коробку, а люди в домі пішли спати. От тоді іграшки почали гратися в "гості" і в війну, а потім влаштували бал. Олов'яні солдатики заметушились у своїй коробці, бо їм теж хотілося взяти участь в іграх, а грифель пішов витанцьовувати на дошці. Знявся такий галас, що прокинулась канарка і теж зацвірінькала, та все віршами. Тільки двоє не рушили з місця — це були олов'яний солдатик і балерина. Вона трималась рівно на носочках, розкинувши обидві руки. Він був теж непохитний на своїй одній нозі й на мить не зводив з неї очей.</w:t>
      </w:r>
    </w:p>
    <w:p>
      <w:r>
        <w:br/>
        <w:t>Годинник пробив дванадцять — і раптом тарох! — з табакерки зіскочила покришка. Але там був зовсім не тютюн, ні, а маленький чорний чортик — троль, майстерно зроблений.</w:t>
      </w:r>
    </w:p>
    <w:p>
      <w:r>
        <w:br/>
        <w:t>— Олов'яний солдатику! — крикнув троль.— Не дивись на те, що тебе не стосується!</w:t>
      </w:r>
    </w:p>
    <w:p>
      <w:r>
        <w:br/>
        <w:t>Але олов'яний солдатик удав, начебто зовсім нічого й не чує.</w:t>
      </w:r>
    </w:p>
    <w:p>
      <w:r>
        <w:br/>
        <w:t>— Ну, добре ж, почекай до ранку! — сказав троль.</w:t>
      </w:r>
    </w:p>
    <w:p>
      <w:r>
        <w:br/>
        <w:t>Вранці прокинулись діти і поставили олов'яного солдатика на вікно. І чи то троль зробив, чи протяг, але вікно раптом відчинилося, і солдатик полетів сторч головою з третього поверху. Це був жахливий політ! Він летів догори ногою і уткнувся каскою та багнетом між камінням бруку.</w:t>
      </w:r>
    </w:p>
    <w:p>
      <w:r>
        <w:br/>
        <w:t>Служниця і маленький хлопчик одразу побігли вниз шукати солдатика. Шукали, шукали і мало не наступили на нього, але все-таки не знайшли.</w:t>
      </w:r>
    </w:p>
    <w:p>
      <w:r>
        <w:br/>
        <w:t>Якби солдатик закричав: "Я тут!" — вони б, звичайно, його знайшли, але він вважав, що йому не личить галасувати, тому що він був у мундирі.</w:t>
      </w:r>
    </w:p>
    <w:p>
      <w:r>
        <w:br/>
        <w:t>Раптом пішов дощ. Краплі падали все частіше, і нарешті почалася злива.</w:t>
      </w:r>
    </w:p>
    <w:p>
      <w:r>
        <w:br/>
        <w:t>Коли вона минула, прибігли два вуличні хлопчики.</w:t>
      </w:r>
    </w:p>
    <w:p>
      <w:r>
        <w:br/>
        <w:t>— Дивись! — закричав один.— Он лежить олов'яний солдатик. Давай пустимо його плавати.</w:t>
      </w:r>
    </w:p>
    <w:p>
      <w:r>
        <w:br/>
        <w:t>Вони зробили з газети човника, поставили посередині солдатика, і він поплив униз рівчаком. Обидва хлопчики бігли поряд і плескали в долоні. О, рятуйте! Які хвилі билися в рівчаку і яка була течія! Адже злива була сильна, і паперовий човник то підкидало вгору та вниз, то так швидко крутило, що олов'яний солдатик аж тремтів, але він лишався непохитним, не мінився в обличчі, дивився прямо вперед і тримав рушницю в руці. Раптом човник опинився під довгим містком,— там було темно, як колись у коробці.</w:t>
      </w:r>
    </w:p>
    <w:p>
      <w:r>
        <w:br/>
        <w:t>"Куди ж я потраплю? — думав солдатик.— Це все витівки троля! Ох, коли б ще тут, у човнику, сиділа балерина, хай тоді було б і вдвічі темніше!"</w:t>
      </w:r>
    </w:p>
    <w:p>
      <w:r>
        <w:br/>
        <w:t>Раптом вистрибнув великий водяний пацюк, що жив під містком.</w:t>
      </w:r>
    </w:p>
    <w:p>
      <w:r>
        <w:br/>
        <w:t>— А паспорт у тебе є? — запитав він.— Покажи паспорт!</w:t>
      </w:r>
    </w:p>
    <w:p>
      <w:r>
        <w:br/>
        <w:t>Але олов'яний солдатик мовчав і тільки міцніше стискав рушницю.</w:t>
      </w:r>
    </w:p>
    <w:p>
      <w:r>
        <w:br/>
        <w:t>Човник понесло далі, а пацюк плив за ним.</w:t>
      </w:r>
    </w:p>
    <w:p>
      <w:r>
        <w:br/>
        <w:t>Брр-р... як клацав він зубами і кричав зустрічним тріскам та соломинкам:</w:t>
      </w:r>
    </w:p>
    <w:p>
      <w:r>
        <w:br/>
        <w:t>— Тримайте його! Держіть його! Він не заплатив мита! Він не показав паспорта!</w:t>
      </w:r>
    </w:p>
    <w:p>
      <w:r>
        <w:br/>
        <w:t>Але течія була щодалі сильніша. Олов'яний солдатик помітив попереду світло, місток закінчувався, але тут почувся такий гуркіт, що злякав би найхоробрішу людину. Подумайте тільки! За містком рівчак кінчався, і вода спадала у великий канал. Це для солдатика було так само небезпечно, як для нас кинутися у водоспад.</w:t>
      </w:r>
    </w:p>
    <w:p>
      <w:r>
        <w:br/>
        <w:t>Водоспад був так близько, що човна уже ніщо не могло зупинити, його рвонуло. Бідний олов'яний солдатик тримався непохитно, як міг; ніхто не сказав би, що він хоч оком кліпнув. Човен крутився, наповнився водою по вінця і став тонути. Олов'яний солдатик стояв по шию у воді. Човен поринав усе глибше, більше й більше розлазився папір. От вода вже над головою солдатика. Він згадав у цю хвилину маленьку чарівну балерину, яку вже ніколи не побачить, і в вухах його лунала пісня:</w:t>
      </w:r>
    </w:p>
    <w:p>
      <w:r>
        <w:br/>
        <w:t>Вперед, вперед, о воїне!</w:t>
      </w:r>
    </w:p>
    <w:p>
      <w:r>
        <w:br/>
        <w:t>Сміливо йди на смерть!</w:t>
      </w:r>
    </w:p>
    <w:p>
      <w:r>
        <w:br/>
        <w:t>І от папір зовсім подерся, і олов'яний солдатик пішов на дно. Але в цю мить його проковтнула велика риба.</w:t>
      </w:r>
    </w:p>
    <w:p>
      <w:r>
        <w:br/>
        <w:t>Ох, як темно було у неї всередині! Ще темніше, ніж під містком у рівчаку, і до того ж дуже тісно. Але олов'яний солдатик лишався непохитним і лежав, випроставшись з рушницею в руках.</w:t>
      </w:r>
    </w:p>
    <w:p>
      <w:r>
        <w:br/>
        <w:t>Риба заметалася на всі боки, виробляла жахливі стрибки. Нарешті вона зовсім затихла. І раптом,— ніби блискавка майнула. Стало раптом світло, і хтось закричав голосно:</w:t>
      </w:r>
    </w:p>
    <w:p>
      <w:r>
        <w:br/>
        <w:t>— Олов'яний солдатик!</w:t>
      </w:r>
    </w:p>
    <w:p>
      <w:r>
        <w:br/>
        <w:t>А сталось так: рибу впіймали, понесли на базар, продали, звідти вона потрапила на кухню, тут куховарка розрізала її великим ножем, схопила двома пальцями солдатика за спину і понесла в кімнату. Всі хотіли побачити незвичайного чоловічка, який зробив у риб'ячому животі таку мандрівку.</w:t>
      </w:r>
    </w:p>
    <w:p>
      <w:r>
        <w:br/>
        <w:t>Але олов'яний солдатик не загордився. Його поставили на стіл. Ні, подумайте тільки, які чудеса трапляються на світі,— олов'яний солдатик опинився в тій самій кімнаті, де був раніш; він бачив тих самих дітей, і ті самі іграшки стояли на столі, і розкішний палац з чарівною маленькою балериною. Вона так само трималась на одній нозі, а другу відкинула високо в повітря. Вона також була непохитна. Це зворушило олов'яного солдатика, він мало не заплакав оловом, але це ж йому не личило.</w:t>
      </w:r>
    </w:p>
    <w:p>
      <w:r>
        <w:br/>
        <w:t>Він тільки дивився на неї, та вона не вимовила ані слова.</w:t>
      </w:r>
    </w:p>
    <w:p>
      <w:r>
        <w:br/>
        <w:t>Раптом один з хлопчиків схопив солдатика і, ні з того ні з сього, кинув його просто в палаючу піч; певне, це його напоумив троль з табакерки.</w:t>
      </w:r>
    </w:p>
    <w:p>
      <w:r>
        <w:br/>
        <w:t>Солдатик стояв, освічений яскравим полум'ям, і йому було дуже жарко, але, чи було це від вогню, чи від кохання, він і сам не знав. Фарби на ньому зовсім злиняли,— чи від суму, чи під час мандрівки, теж ніхто не знав. Він дивився на маленьку балерину, вона на нього, і він відчув, що тане, але все ще стояв непохитно з рушницею на плечі. Раптом двері в кімнату розчинилися. Протяг підхопив балерину, і вона, як метелик, пурхнула в пічку, просто до олов'яного солдатика, запалала яскравим полум'ям — і її не стало. А олов'яний солдатик розтанув у грудочку, і коли робітниця другого дня вигрібала золу, вона знайшла у пічці маленьке олов'яне серце. Від балерини залишилася тільки блискітка, але й та почорніла, як вугілля.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Непохитний олов'яний солдатик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